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0B02F4" w14:textId="77777777" w:rsidR="001215F5" w:rsidRPr="00FC0B6D" w:rsidRDefault="001215F5" w:rsidP="001215F5">
      <w:pPr>
        <w:spacing w:after="80"/>
        <w:jc w:val="center"/>
        <w:rPr>
          <w:lang w:val="ru-RU"/>
        </w:rPr>
      </w:pPr>
      <w:r w:rsidRPr="00FC0B6D">
        <w:rPr>
          <w:b/>
          <w:lang w:val="ru-RU"/>
        </w:rPr>
        <w:t>МІНІСТЕРСТВО ОСВІТИ І НАУКИ УКРАЇНИ</w:t>
      </w:r>
    </w:p>
    <w:p w14:paraId="6E7D0DC6" w14:textId="77777777" w:rsidR="001215F5" w:rsidRPr="00FC0B6D" w:rsidRDefault="001215F5" w:rsidP="001215F5">
      <w:pPr>
        <w:jc w:val="center"/>
        <w:rPr>
          <w:lang w:val="ru-RU"/>
        </w:rPr>
      </w:pPr>
      <w:r w:rsidRPr="00FC0B6D">
        <w:rPr>
          <w:b/>
          <w:lang w:val="ru-RU"/>
        </w:rPr>
        <w:t>УМАНСЬКИЙ НАЦІОНАЛЬНИЙ УНІВЕРСИТЕТ</w:t>
      </w:r>
    </w:p>
    <w:p w14:paraId="4E865B8A" w14:textId="77777777" w:rsidR="001215F5" w:rsidRPr="00FC0B6D" w:rsidRDefault="001215F5" w:rsidP="001215F5">
      <w:pPr>
        <w:spacing w:after="840"/>
        <w:rPr>
          <w:lang w:val="ru-RU"/>
        </w:rPr>
      </w:pP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A5407" w14:paraId="30DBF499" w14:textId="77777777" w:rsidTr="003454DF">
        <w:tc>
          <w:tcPr>
            <w:tcW w:w="4819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4E979B2" w14:textId="77777777" w:rsidR="00EA5407" w:rsidRDefault="00EA5407" w:rsidP="003454DF">
            <w:pPr>
              <w:spacing w:line="240" w:lineRule="auto"/>
            </w:pPr>
            <w:proofErr w:type="spellStart"/>
            <w:r>
              <w:t>Схвалено</w:t>
            </w:r>
            <w:proofErr w:type="spellEnd"/>
            <w:r>
              <w:t xml:space="preserve"> </w:t>
            </w:r>
            <w:proofErr w:type="spellStart"/>
            <w:r>
              <w:t>Вченою</w:t>
            </w:r>
            <w:proofErr w:type="spellEnd"/>
            <w:r>
              <w:t xml:space="preserve"> </w:t>
            </w:r>
            <w:proofErr w:type="spellStart"/>
            <w:r>
              <w:t>радою</w:t>
            </w:r>
            <w:proofErr w:type="spellEnd"/>
            <w:r>
              <w:t xml:space="preserve"> УНУ</w:t>
            </w:r>
          </w:p>
          <w:p w14:paraId="7BEE8444" w14:textId="77777777" w:rsidR="00EA5407" w:rsidRDefault="00EA5407" w:rsidP="003454DF">
            <w:pPr>
              <w:spacing w:line="240" w:lineRule="auto"/>
            </w:pPr>
            <w:r>
              <w:t>(</w:t>
            </w:r>
            <w:proofErr w:type="spellStart"/>
            <w:r>
              <w:t>протокол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08552668" w14:textId="77777777" w:rsidR="00EA5407" w:rsidRDefault="00EA5407" w:rsidP="003454DF">
            <w:pPr>
              <w:spacing w:line="240" w:lineRule="auto"/>
              <w:rPr>
                <w:lang w:val="uk-UA"/>
              </w:rPr>
            </w:pPr>
            <w:proofErr w:type="spellStart"/>
            <w:proofErr w:type="gramStart"/>
            <w:r>
              <w:t>від</w:t>
            </w:r>
            <w:proofErr w:type="spellEnd"/>
            <w:r>
              <w:t xml:space="preserve">  </w:t>
            </w:r>
            <w:r>
              <w:rPr>
                <w:lang w:val="uk-UA"/>
              </w:rPr>
              <w:t>11</w:t>
            </w:r>
            <w:proofErr w:type="gramEnd"/>
            <w:r>
              <w:rPr>
                <w:lang w:val="uk-UA"/>
              </w:rPr>
              <w:t xml:space="preserve"> вересня</w:t>
            </w:r>
            <w:r>
              <w:t xml:space="preserve"> 202</w:t>
            </w:r>
            <w:r>
              <w:rPr>
                <w:lang w:val="uk-UA"/>
              </w:rPr>
              <w:t>6</w:t>
            </w:r>
            <w:r>
              <w:t xml:space="preserve"> </w:t>
            </w:r>
            <w:proofErr w:type="spellStart"/>
            <w:r>
              <w:t>року</w:t>
            </w:r>
            <w:proofErr w:type="spellEnd"/>
            <w:r>
              <w:t xml:space="preserve"> №1)</w:t>
            </w:r>
          </w:p>
          <w:p w14:paraId="45AF2771" w14:textId="77777777" w:rsidR="00EA5407" w:rsidRPr="00935F81" w:rsidRDefault="00EA5407" w:rsidP="003454DF">
            <w:pPr>
              <w:spacing w:line="240" w:lineRule="auto"/>
              <w:rPr>
                <w:lang w:val="uk-UA"/>
              </w:rPr>
            </w:pPr>
          </w:p>
        </w:tc>
        <w:tc>
          <w:tcPr>
            <w:tcW w:w="4819" w:type="dxa"/>
            <w:tcMar>
              <w:top w:w="0" w:type="dxa"/>
              <w:left w:w="200" w:type="dxa"/>
              <w:bottom w:w="0" w:type="dxa"/>
              <w:right w:w="0" w:type="dxa"/>
            </w:tcMar>
          </w:tcPr>
          <w:p w14:paraId="6B88F4B6" w14:textId="77777777" w:rsidR="00EA5407" w:rsidRPr="004E1D9F" w:rsidRDefault="00EA5407" w:rsidP="003454DF">
            <w:pPr>
              <w:spacing w:line="240" w:lineRule="auto"/>
              <w:ind w:left="-202"/>
              <w:jc w:val="right"/>
            </w:pPr>
            <w:r w:rsidRPr="004E1D9F">
              <w:t>ЗАТВЕРДЖУЮ</w:t>
            </w:r>
          </w:p>
          <w:p w14:paraId="0020E215" w14:textId="77777777" w:rsidR="00EA5407" w:rsidRDefault="00EA5407" w:rsidP="003454DF">
            <w:pPr>
              <w:spacing w:line="240" w:lineRule="auto"/>
              <w:ind w:left="-202"/>
              <w:jc w:val="right"/>
              <w:rPr>
                <w:lang w:val="uk-UA"/>
              </w:rPr>
            </w:pPr>
            <w:r>
              <w:rPr>
                <w:lang w:val="uk-UA"/>
              </w:rPr>
              <w:t>В.о. р</w:t>
            </w:r>
            <w:proofErr w:type="spellStart"/>
            <w:r>
              <w:t>ектор</w:t>
            </w:r>
            <w:proofErr w:type="spellEnd"/>
            <w:r>
              <w:rPr>
                <w:lang w:val="uk-UA"/>
              </w:rPr>
              <w:t>а</w:t>
            </w:r>
            <w:r>
              <w:t xml:space="preserve"> </w:t>
            </w:r>
          </w:p>
          <w:p w14:paraId="088DEBC4" w14:textId="77777777" w:rsidR="00EA5407" w:rsidRDefault="00EA5407" w:rsidP="003454DF">
            <w:pPr>
              <w:spacing w:line="240" w:lineRule="auto"/>
              <w:ind w:left="-202"/>
              <w:jc w:val="right"/>
            </w:pPr>
            <w:proofErr w:type="spellStart"/>
            <w:r>
              <w:t>Уманського</w:t>
            </w:r>
            <w:proofErr w:type="spellEnd"/>
            <w:r>
              <w:t xml:space="preserve"> </w:t>
            </w:r>
            <w:proofErr w:type="spellStart"/>
            <w:r>
              <w:t>національного</w:t>
            </w:r>
            <w:proofErr w:type="spellEnd"/>
            <w:r>
              <w:t xml:space="preserve"> </w:t>
            </w:r>
            <w:proofErr w:type="spellStart"/>
            <w:r>
              <w:t>університету</w:t>
            </w:r>
            <w:proofErr w:type="spellEnd"/>
          </w:p>
          <w:p w14:paraId="479A7128" w14:textId="77777777" w:rsidR="00EA5407" w:rsidRPr="00935F81" w:rsidRDefault="00EA5407" w:rsidP="003454DF">
            <w:pPr>
              <w:spacing w:line="240" w:lineRule="auto"/>
              <w:ind w:left="-202"/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t>_______</w:t>
            </w:r>
            <w:r>
              <w:rPr>
                <w:lang w:val="uk-UA"/>
              </w:rPr>
              <w:t>_ Олена ЯРОШИНСЬКА</w:t>
            </w:r>
            <w:r>
              <w:t xml:space="preserve">                                </w:t>
            </w:r>
          </w:p>
          <w:p w14:paraId="0AF3E12B" w14:textId="77777777" w:rsidR="00EA5407" w:rsidRDefault="00EA5407" w:rsidP="003454DF">
            <w:pPr>
              <w:spacing w:line="240" w:lineRule="auto"/>
              <w:ind w:left="-202"/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   11</w:t>
            </w:r>
            <w:r>
              <w:t xml:space="preserve"> </w:t>
            </w:r>
            <w:r>
              <w:rPr>
                <w:lang w:val="uk-UA"/>
              </w:rPr>
              <w:t>вересня</w:t>
            </w:r>
            <w:r>
              <w:t xml:space="preserve"> 202</w:t>
            </w:r>
            <w:r>
              <w:rPr>
                <w:lang w:val="uk-UA"/>
              </w:rPr>
              <w:t>6</w:t>
            </w:r>
            <w:r>
              <w:t xml:space="preserve"> </w:t>
            </w:r>
            <w:proofErr w:type="spellStart"/>
            <w:r>
              <w:t>року</w:t>
            </w:r>
            <w:proofErr w:type="spellEnd"/>
          </w:p>
          <w:p w14:paraId="4911EA6A" w14:textId="77777777" w:rsidR="00EA5407" w:rsidRDefault="00EA5407" w:rsidP="003454DF">
            <w:pPr>
              <w:spacing w:line="240" w:lineRule="auto"/>
              <w:ind w:left="-202"/>
              <w:jc w:val="right"/>
              <w:rPr>
                <w:lang w:val="uk-UA"/>
              </w:rPr>
            </w:pPr>
            <w:proofErr w:type="spellStart"/>
            <w:r>
              <w:t>Введено</w:t>
            </w:r>
            <w:proofErr w:type="spellEnd"/>
            <w:r>
              <w:t xml:space="preserve"> в </w:t>
            </w:r>
            <w:proofErr w:type="spellStart"/>
            <w:r>
              <w:t>дію</w:t>
            </w:r>
            <w:proofErr w:type="spellEnd"/>
            <w:r>
              <w:t xml:space="preserve"> </w:t>
            </w:r>
            <w:proofErr w:type="spellStart"/>
            <w:r>
              <w:t>наказом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в.о. </w:t>
            </w:r>
            <w:proofErr w:type="spellStart"/>
            <w:r>
              <w:t>ректора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</w:p>
          <w:p w14:paraId="4F5ABC66" w14:textId="77777777" w:rsidR="00EA5407" w:rsidRPr="00E2516E" w:rsidRDefault="00EA5407" w:rsidP="003454DF">
            <w:pPr>
              <w:spacing w:line="240" w:lineRule="auto"/>
              <w:ind w:left="-202"/>
              <w:jc w:val="right"/>
              <w:rPr>
                <w:lang w:val="uk-UA"/>
              </w:rPr>
            </w:pPr>
            <w:r>
              <w:rPr>
                <w:lang w:val="uk-UA"/>
              </w:rPr>
              <w:t xml:space="preserve">11 вересня </w:t>
            </w:r>
            <w:r>
              <w:t>202</w:t>
            </w:r>
            <w:r>
              <w:rPr>
                <w:lang w:val="uk-UA"/>
              </w:rPr>
              <w:t>6</w:t>
            </w:r>
            <w:r>
              <w:t xml:space="preserve"> </w:t>
            </w:r>
            <w:proofErr w:type="spellStart"/>
            <w:r>
              <w:t>року</w:t>
            </w:r>
            <w:proofErr w:type="spellEnd"/>
            <w:r>
              <w:t xml:space="preserve"> №</w:t>
            </w:r>
            <w:r>
              <w:rPr>
                <w:lang w:val="uk-UA"/>
              </w:rPr>
              <w:t xml:space="preserve"> 01-16</w:t>
            </w:r>
            <w:r>
              <w:t>/</w:t>
            </w:r>
            <w:r>
              <w:rPr>
                <w:lang w:val="uk-UA"/>
              </w:rPr>
              <w:t>203</w:t>
            </w:r>
            <w:r>
              <w:t>/</w:t>
            </w:r>
            <w:r>
              <w:rPr>
                <w:lang w:val="uk-UA"/>
              </w:rPr>
              <w:t>од</w:t>
            </w:r>
            <w:r>
              <w:t xml:space="preserve"> </w:t>
            </w:r>
          </w:p>
          <w:p w14:paraId="66FA715D" w14:textId="77777777" w:rsidR="00EA5407" w:rsidRPr="001213D5" w:rsidRDefault="00EA5407" w:rsidP="003454DF">
            <w:pPr>
              <w:spacing w:line="240" w:lineRule="auto"/>
              <w:jc w:val="right"/>
              <w:rPr>
                <w:lang w:val="uk-UA"/>
              </w:rPr>
            </w:pPr>
          </w:p>
        </w:tc>
      </w:tr>
    </w:tbl>
    <w:p w14:paraId="4F4EB295" w14:textId="77777777" w:rsidR="00412924" w:rsidRPr="00112E59" w:rsidRDefault="00412924">
      <w:pPr>
        <w:rPr>
          <w:lang w:val="ru-RU"/>
        </w:rPr>
      </w:pPr>
    </w:p>
    <w:p w14:paraId="1925EED3" w14:textId="77777777" w:rsidR="00412924" w:rsidRPr="00112E59" w:rsidRDefault="00412924">
      <w:pPr>
        <w:rPr>
          <w:lang w:val="ru-RU"/>
        </w:rPr>
      </w:pPr>
    </w:p>
    <w:p w14:paraId="60E95F3E" w14:textId="77777777" w:rsidR="00412924" w:rsidRDefault="00412924">
      <w:pPr>
        <w:rPr>
          <w:lang w:val="ru-RU"/>
        </w:rPr>
      </w:pPr>
    </w:p>
    <w:p w14:paraId="683709A4" w14:textId="77777777" w:rsidR="0096496A" w:rsidRPr="00346D2E" w:rsidRDefault="0096496A">
      <w:pPr>
        <w:rPr>
          <w:lang w:val="ru-RU"/>
        </w:rPr>
      </w:pPr>
    </w:p>
    <w:p w14:paraId="73F7C149" w14:textId="77777777" w:rsidR="00412924" w:rsidRPr="00346D2E" w:rsidRDefault="0021128B">
      <w:pPr>
        <w:ind w:firstLine="0"/>
        <w:jc w:val="center"/>
        <w:rPr>
          <w:lang w:val="ru-RU"/>
        </w:rPr>
      </w:pPr>
      <w:r w:rsidRPr="00346D2E">
        <w:rPr>
          <w:b/>
          <w:lang w:val="ru-RU"/>
        </w:rPr>
        <w:t>ПОЛОЖЕННЯ</w:t>
      </w:r>
    </w:p>
    <w:p w14:paraId="02BEFFB7" w14:textId="77777777" w:rsidR="00412924" w:rsidRPr="00FC0B6D" w:rsidRDefault="0021128B">
      <w:pPr>
        <w:ind w:firstLine="0"/>
        <w:jc w:val="center"/>
        <w:rPr>
          <w:lang w:val="ru-RU"/>
        </w:rPr>
      </w:pPr>
      <w:r w:rsidRPr="00FC0B6D">
        <w:rPr>
          <w:b/>
          <w:lang w:val="ru-RU"/>
        </w:rPr>
        <w:t>ПРО ДУАЛЬНУ ФОРМУ ЗДОБУТТЯ ВИЩОЇ ОСВІТИ</w:t>
      </w:r>
    </w:p>
    <w:p w14:paraId="7464BC0F" w14:textId="77777777" w:rsidR="00412924" w:rsidRPr="00FC0B6D" w:rsidRDefault="0021128B">
      <w:pPr>
        <w:ind w:firstLine="0"/>
        <w:jc w:val="center"/>
        <w:rPr>
          <w:lang w:val="ru-RU"/>
        </w:rPr>
      </w:pPr>
      <w:r w:rsidRPr="00FC0B6D">
        <w:rPr>
          <w:b/>
          <w:lang w:val="ru-RU"/>
        </w:rPr>
        <w:t>В УМАНСЬКОМУ НАЦІОНАЛЬНОМУ УНІВЕРСИТЕТІ</w:t>
      </w:r>
    </w:p>
    <w:p w14:paraId="578F8E93" w14:textId="77777777" w:rsidR="00412924" w:rsidRPr="00FC0B6D" w:rsidRDefault="00412924">
      <w:pPr>
        <w:rPr>
          <w:lang w:val="ru-RU"/>
        </w:rPr>
      </w:pPr>
    </w:p>
    <w:p w14:paraId="395D893A" w14:textId="77777777" w:rsidR="00412924" w:rsidRPr="00FC0B6D" w:rsidRDefault="00412924">
      <w:pPr>
        <w:rPr>
          <w:lang w:val="ru-RU"/>
        </w:rPr>
      </w:pPr>
    </w:p>
    <w:p w14:paraId="54663828" w14:textId="77777777" w:rsidR="00412924" w:rsidRPr="00FC0B6D" w:rsidRDefault="00412924">
      <w:pPr>
        <w:rPr>
          <w:lang w:val="ru-RU"/>
        </w:rPr>
      </w:pPr>
    </w:p>
    <w:p w14:paraId="7085384F" w14:textId="77777777" w:rsidR="00412924" w:rsidRPr="00FC0B6D" w:rsidRDefault="00412924">
      <w:pPr>
        <w:rPr>
          <w:lang w:val="ru-RU"/>
        </w:rPr>
      </w:pPr>
    </w:p>
    <w:p w14:paraId="41CE307A" w14:textId="77777777" w:rsidR="00412924" w:rsidRPr="00FC0B6D" w:rsidRDefault="00412924">
      <w:pPr>
        <w:rPr>
          <w:lang w:val="ru-RU"/>
        </w:rPr>
      </w:pPr>
    </w:p>
    <w:p w14:paraId="1E2682E0" w14:textId="77777777" w:rsidR="00412924" w:rsidRPr="00FC0B6D" w:rsidRDefault="00412924">
      <w:pPr>
        <w:rPr>
          <w:lang w:val="ru-RU"/>
        </w:rPr>
      </w:pPr>
    </w:p>
    <w:p w14:paraId="46779AF3" w14:textId="77777777" w:rsidR="00412924" w:rsidRPr="00FC0B6D" w:rsidRDefault="00412924">
      <w:pPr>
        <w:rPr>
          <w:lang w:val="ru-RU"/>
        </w:rPr>
      </w:pPr>
    </w:p>
    <w:p w14:paraId="7580325E" w14:textId="77777777" w:rsidR="00412924" w:rsidRPr="00FC0B6D" w:rsidRDefault="00412924">
      <w:pPr>
        <w:rPr>
          <w:lang w:val="ru-RU"/>
        </w:rPr>
      </w:pPr>
    </w:p>
    <w:p w14:paraId="52193509" w14:textId="03A782DA" w:rsidR="00412924" w:rsidRPr="00143E55" w:rsidRDefault="0021128B">
      <w:pPr>
        <w:ind w:firstLine="0"/>
        <w:jc w:val="center"/>
        <w:rPr>
          <w:lang w:val="uk-UA"/>
        </w:rPr>
      </w:pPr>
      <w:r w:rsidRPr="00FC0B6D">
        <w:rPr>
          <w:b/>
          <w:lang w:val="ru-RU"/>
        </w:rPr>
        <w:t>Умань – 202</w:t>
      </w:r>
      <w:r w:rsidR="00143E55">
        <w:rPr>
          <w:b/>
          <w:lang w:val="uk-UA"/>
        </w:rPr>
        <w:t>6</w:t>
      </w:r>
    </w:p>
    <w:p w14:paraId="29C8100D" w14:textId="6996A776" w:rsidR="00412924" w:rsidRPr="00FC0B6D" w:rsidRDefault="0021128B" w:rsidP="00EA5407">
      <w:pPr>
        <w:spacing w:line="240" w:lineRule="auto"/>
        <w:jc w:val="center"/>
        <w:rPr>
          <w:b/>
          <w:bCs/>
          <w:lang w:val="uk-UA"/>
        </w:rPr>
      </w:pPr>
      <w:r w:rsidRPr="00FC0B6D">
        <w:rPr>
          <w:lang w:val="uk-UA"/>
        </w:rPr>
        <w:br w:type="page"/>
      </w:r>
      <w:r w:rsidRPr="00FC0B6D">
        <w:rPr>
          <w:b/>
          <w:bCs/>
          <w:lang w:val="uk-UA"/>
        </w:rPr>
        <w:lastRenderedPageBreak/>
        <w:t>1. ЗАГАЛЬНІ ПОЛОЖЕННЯ</w:t>
      </w:r>
    </w:p>
    <w:p w14:paraId="7B1C7EBD" w14:textId="6710D076" w:rsidR="00412924" w:rsidRPr="00FC0B6D" w:rsidRDefault="0021128B" w:rsidP="00EA5407">
      <w:pPr>
        <w:spacing w:line="240" w:lineRule="auto"/>
        <w:rPr>
          <w:lang w:val="uk-UA"/>
        </w:rPr>
      </w:pPr>
      <w:r w:rsidRPr="00FC0B6D">
        <w:rPr>
          <w:lang w:val="uk-UA"/>
        </w:rPr>
        <w:t>1.1. Положення про дуальну форму здобуття вищої освіти в Уманському національному університеті (далі – Положення) визначає єдиний порядок запровадження, планування, організації, документального супроводу, контролю якості, зміни умов та припинення здобуття вищої освіти за дуальною формою в Уманському національному університеті (далі – Університет).</w:t>
      </w:r>
    </w:p>
    <w:p w14:paraId="0F370576" w14:textId="77777777" w:rsidR="00412924" w:rsidRPr="00FC0B6D" w:rsidRDefault="0021128B" w:rsidP="00EA5407">
      <w:pPr>
        <w:spacing w:line="240" w:lineRule="auto"/>
        <w:rPr>
          <w:lang w:val="uk-UA"/>
        </w:rPr>
      </w:pPr>
      <w:r w:rsidRPr="00FC0B6D">
        <w:rPr>
          <w:lang w:val="uk-UA"/>
        </w:rPr>
        <w:t>1.2. Метою Положення є створення організаційних і правових умов для системного поєднання навчання в Університеті з навчанням на робочих місцях у роботодавців, забезпечення досягнення програмних результатів навчання, підвищення професійної готовності здобувачів вищої освіти та посилення участі роботодавців у реалізації і вдосконаленні освітніх програм.</w:t>
      </w:r>
    </w:p>
    <w:p w14:paraId="4CD92974" w14:textId="1D6BDB98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1.3. Положення розроблено відповідно до Закону України «Про освіту» від 05 вересня 2017 року № 2145-VIII, Закону України «Про вищу освіту» від 01 липня 2014 року № 1556-VII, Кодексу законів про працю України від 10 грудня 1971 року № 322-VIII, Закону України «Про зайнятість населення» від 05 липня 2012 року № 5067-VI, Закону України «Про охорону праці» від 14 жовтня 1992 року № 2694-XII, Закону України «Про захист персональних даних» від 01 червня 2010 року № 2297-VI, Закону України «Про авторське право і суміжні права» від 01 грудня 2022 року № 2811-IX, Закону України «Про академічну доброчесність» від 18 грудня 2025 року № 4742-IX, Концепції підготовки фахівців за дуальною формою здобуття освіти, схваленої розпорядженням Кабінету Міністрів України від 19 вересня 2018 року № 660-р, плану заходів з реалізації цієї Концепції, затвердженого розпорядженням Кабінету Міністрів України від 03 квітня 2019 року № 214-р, Положення про дуальну форму здобуття фахової передвищої та вищої освіти, затвердженого наказом Міністерства освіти і науки України від 13 квітня 2023 року № 426, зареєстрованого в Міністерстві юстиції України 02 червня 2023 року за № 929/______________________________________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14:paraId="421819B6" w14:textId="0B487E9A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1.4. Дуальна форма </w:t>
      </w:r>
      <w:proofErr w:type="spellStart"/>
      <w:r w:rsidRPr="00FC0B6D">
        <w:rPr>
          <w:lang w:val="ru-RU"/>
        </w:rPr>
        <w:t>здобуття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="00190F2D">
        <w:rPr>
          <w:lang w:val="uk-UA"/>
        </w:rPr>
        <w:t xml:space="preserve"> (далі – дуальна форма)</w:t>
      </w:r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спосіб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передбачає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поєднання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навчанням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(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місцях</w:t>
      </w:r>
      <w:proofErr w:type="spellEnd"/>
      <w:r w:rsidRPr="00FC0B6D">
        <w:rPr>
          <w:lang w:val="ru-RU"/>
        </w:rPr>
        <w:t xml:space="preserve">) у </w:t>
      </w:r>
      <w:proofErr w:type="spellStart"/>
      <w:r w:rsidR="00346D2E">
        <w:rPr>
          <w:lang w:val="ru-RU"/>
        </w:rPr>
        <w:t>р</w:t>
      </w:r>
      <w:r w:rsidR="00023DAE" w:rsidRPr="00FC0B6D">
        <w:rPr>
          <w:lang w:val="ru-RU"/>
        </w:rPr>
        <w:t>оботодавця</w:t>
      </w:r>
      <w:proofErr w:type="spellEnd"/>
      <w:r w:rsidR="00023DAE" w:rsidRPr="00FC0B6D">
        <w:rPr>
          <w:lang w:val="ru-RU"/>
        </w:rPr>
        <w:t xml:space="preserve"> </w:t>
      </w:r>
      <w:r w:rsidRPr="00FC0B6D">
        <w:rPr>
          <w:lang w:val="ru-RU"/>
        </w:rPr>
        <w:t xml:space="preserve">для </w:t>
      </w:r>
      <w:proofErr w:type="spellStart"/>
      <w:r w:rsidRPr="00FC0B6D">
        <w:rPr>
          <w:lang w:val="ru-RU"/>
        </w:rPr>
        <w:t>оволодіння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програмними</w:t>
      </w:r>
      <w:proofErr w:type="spellEnd"/>
      <w:r w:rsidRPr="00FC0B6D">
        <w:rPr>
          <w:lang w:val="ru-RU"/>
        </w:rPr>
        <w:t xml:space="preserve"> результатами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поглиблення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практичних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умінь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навичок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набуття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кваліфікації</w:t>
      </w:r>
      <w:proofErr w:type="spellEnd"/>
      <w:r w:rsidRPr="00FC0B6D">
        <w:rPr>
          <w:lang w:val="ru-RU"/>
        </w:rPr>
        <w:t xml:space="preserve">. У </w:t>
      </w:r>
      <w:proofErr w:type="spellStart"/>
      <w:r w:rsidRPr="00FC0B6D">
        <w:rPr>
          <w:lang w:val="ru-RU"/>
        </w:rPr>
        <w:t>вищій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освіті</w:t>
      </w:r>
      <w:proofErr w:type="spellEnd"/>
      <w:r w:rsidRPr="00FC0B6D">
        <w:rPr>
          <w:lang w:val="ru-RU"/>
        </w:rPr>
        <w:t xml:space="preserve"> дуальна форма є одним </w:t>
      </w:r>
      <w:proofErr w:type="spellStart"/>
      <w:r w:rsidRPr="00FC0B6D">
        <w:rPr>
          <w:lang w:val="ru-RU"/>
        </w:rPr>
        <w:t>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способів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особами,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навчаються</w:t>
      </w:r>
      <w:proofErr w:type="spellEnd"/>
      <w:r w:rsidRPr="00FC0B6D">
        <w:rPr>
          <w:lang w:val="ru-RU"/>
        </w:rPr>
        <w:t xml:space="preserve"> за денною формою.</w:t>
      </w:r>
    </w:p>
    <w:p w14:paraId="319F3B67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1.5. Дуальна форма </w:t>
      </w:r>
      <w:proofErr w:type="spellStart"/>
      <w:r w:rsidRPr="00FC0B6D">
        <w:rPr>
          <w:lang w:val="ru-RU"/>
        </w:rPr>
        <w:t>передбачає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часткове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перенесення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процесу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формування</w:t>
      </w:r>
      <w:proofErr w:type="spellEnd"/>
      <w:r w:rsidRPr="00FC0B6D">
        <w:rPr>
          <w:lang w:val="ru-RU"/>
        </w:rPr>
        <w:t xml:space="preserve"> компетентностей і </w:t>
      </w:r>
      <w:proofErr w:type="spellStart"/>
      <w:r w:rsidRPr="00FC0B6D">
        <w:rPr>
          <w:lang w:val="ru-RU"/>
        </w:rPr>
        <w:t>програмних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діяльності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шляхом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трудового договору та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.</w:t>
      </w:r>
    </w:p>
    <w:p w14:paraId="44B6A18E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1.6. Для </w:t>
      </w:r>
      <w:proofErr w:type="spellStart"/>
      <w:r w:rsidRPr="00FC0B6D">
        <w:rPr>
          <w:lang w:val="ru-RU"/>
        </w:rPr>
        <w:t>цілей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терміни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вживаються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значеннях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визначених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, а також у таких </w:t>
      </w:r>
      <w:proofErr w:type="spellStart"/>
      <w:r w:rsidRPr="00FC0B6D">
        <w:rPr>
          <w:lang w:val="ru-RU"/>
        </w:rPr>
        <w:t>значеннях</w:t>
      </w:r>
      <w:proofErr w:type="spellEnd"/>
      <w:r w:rsidRPr="00FC0B6D">
        <w:rPr>
          <w:lang w:val="ru-RU"/>
        </w:rPr>
        <w:t>:</w:t>
      </w:r>
    </w:p>
    <w:p w14:paraId="2D6094D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lastRenderedPageBreak/>
        <w:t xml:space="preserve">– координатор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працівник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призначений</w:t>
      </w:r>
      <w:proofErr w:type="spellEnd"/>
      <w:r w:rsidRPr="00FC0B6D">
        <w:rPr>
          <w:lang w:val="ru-RU"/>
        </w:rPr>
        <w:t xml:space="preserve"> наказом ректора для </w:t>
      </w:r>
      <w:proofErr w:type="spellStart"/>
      <w:r w:rsidRPr="00FC0B6D">
        <w:rPr>
          <w:lang w:val="ru-RU"/>
        </w:rPr>
        <w:t>загальної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організації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координації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>;</w:t>
      </w:r>
    </w:p>
    <w:p w14:paraId="6D3A9DD2" w14:textId="3C64436B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куратор – </w:t>
      </w:r>
      <w:proofErr w:type="spellStart"/>
      <w:r w:rsidRPr="00FC0B6D">
        <w:rPr>
          <w:lang w:val="ru-RU"/>
        </w:rPr>
        <w:t>науково-педагогічний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науковий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працівник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призначений</w:t>
      </w:r>
      <w:proofErr w:type="spellEnd"/>
      <w:r w:rsidRPr="00FC0B6D">
        <w:rPr>
          <w:lang w:val="ru-RU"/>
        </w:rPr>
        <w:t xml:space="preserve"> </w:t>
      </w:r>
      <w:r w:rsidR="00190F2D">
        <w:rPr>
          <w:lang w:val="uk-UA"/>
        </w:rPr>
        <w:t>розпорядженням декана</w:t>
      </w:r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супроводу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та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;</w:t>
      </w:r>
    </w:p>
    <w:p w14:paraId="7CC57773" w14:textId="2279CC32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координатор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="00346D2E">
        <w:rPr>
          <w:lang w:val="ru-RU"/>
        </w:rPr>
        <w:t>р</w:t>
      </w:r>
      <w:r w:rsidR="00023DAE" w:rsidRPr="00FC0B6D">
        <w:rPr>
          <w:lang w:val="ru-RU"/>
        </w:rPr>
        <w:t>оботодавця</w:t>
      </w:r>
      <w:proofErr w:type="spellEnd"/>
      <w:r w:rsidR="00023DAE" w:rsidRPr="00FC0B6D">
        <w:rPr>
          <w:lang w:val="ru-RU"/>
        </w:rPr>
        <w:t xml:space="preserve"> </w:t>
      </w: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працівник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взаємодію</w:t>
      </w:r>
      <w:proofErr w:type="spellEnd"/>
      <w:r w:rsidRPr="00FC0B6D">
        <w:rPr>
          <w:lang w:val="ru-RU"/>
        </w:rPr>
        <w:t xml:space="preserve"> </w:t>
      </w:r>
      <w:proofErr w:type="spellStart"/>
      <w:r w:rsidR="00346D2E">
        <w:rPr>
          <w:lang w:val="ru-RU"/>
        </w:rPr>
        <w:t>р</w:t>
      </w:r>
      <w:r w:rsidR="00023DAE" w:rsidRPr="00FC0B6D">
        <w:rPr>
          <w:lang w:val="ru-RU"/>
        </w:rPr>
        <w:t>оботодавця</w:t>
      </w:r>
      <w:proofErr w:type="spellEnd"/>
      <w:r w:rsidR="00023DAE" w:rsidRPr="00FC0B6D">
        <w:rPr>
          <w:lang w:val="ru-RU"/>
        </w:rPr>
        <w:t xml:space="preserve"> </w:t>
      </w:r>
      <w:r w:rsidRPr="00FC0B6D">
        <w:rPr>
          <w:lang w:val="ru-RU"/>
        </w:rPr>
        <w:t xml:space="preserve">з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організаційний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супровід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за дуальною формою;</w:t>
      </w:r>
    </w:p>
    <w:p w14:paraId="3E8461D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наставник – </w:t>
      </w:r>
      <w:proofErr w:type="spellStart"/>
      <w:r w:rsidRPr="00FC0B6D">
        <w:rPr>
          <w:lang w:val="ru-RU"/>
        </w:rPr>
        <w:t>працівник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безпосередньо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керує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бере</w:t>
      </w:r>
      <w:proofErr w:type="spellEnd"/>
      <w:r w:rsidRPr="00FC0B6D">
        <w:rPr>
          <w:lang w:val="ru-RU"/>
        </w:rPr>
        <w:t xml:space="preserve"> участь в </w:t>
      </w:r>
      <w:proofErr w:type="spellStart"/>
      <w:r w:rsidRPr="00FC0B6D">
        <w:rPr>
          <w:lang w:val="ru-RU"/>
        </w:rPr>
        <w:t>оцінюванні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77AAB16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окремий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 </w:t>
      </w:r>
      <w:proofErr w:type="spellStart"/>
      <w:r w:rsidRPr="00FC0B6D">
        <w:rPr>
          <w:lang w:val="ru-RU"/>
        </w:rPr>
        <w:t>реалізації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у </w:t>
      </w:r>
      <w:proofErr w:type="spellStart"/>
      <w:r w:rsidRPr="00FC0B6D">
        <w:rPr>
          <w:lang w:val="ru-RU"/>
        </w:rPr>
        <w:t>якому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визначено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обсяг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 xml:space="preserve"> та на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місцях</w:t>
      </w:r>
      <w:proofErr w:type="spellEnd"/>
      <w:r w:rsidRPr="00FC0B6D">
        <w:rPr>
          <w:lang w:val="ru-RU"/>
        </w:rPr>
        <w:t>;</w:t>
      </w:r>
    </w:p>
    <w:p w14:paraId="6A6481A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програма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– документ,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встановлює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функції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навчальні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завдання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пов’язані</w:t>
      </w:r>
      <w:proofErr w:type="spellEnd"/>
      <w:r w:rsidRPr="00FC0B6D">
        <w:rPr>
          <w:lang w:val="ru-RU"/>
        </w:rPr>
        <w:t xml:space="preserve"> з ними </w:t>
      </w:r>
      <w:proofErr w:type="spellStart"/>
      <w:r w:rsidRPr="00FC0B6D">
        <w:rPr>
          <w:lang w:val="ru-RU"/>
        </w:rPr>
        <w:t>компетентності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результати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обсяг</w:t>
      </w:r>
      <w:proofErr w:type="spellEnd"/>
      <w:r w:rsidRPr="00FC0B6D">
        <w:rPr>
          <w:lang w:val="ru-RU"/>
        </w:rPr>
        <w:t xml:space="preserve"> </w:t>
      </w:r>
      <w:proofErr w:type="gramStart"/>
      <w:r w:rsidRPr="00FC0B6D">
        <w:rPr>
          <w:lang w:val="ru-RU"/>
        </w:rPr>
        <w:t>у кредитах</w:t>
      </w:r>
      <w:proofErr w:type="gramEnd"/>
      <w:r w:rsidRPr="00FC0B6D">
        <w:rPr>
          <w:lang w:val="ru-RU"/>
        </w:rPr>
        <w:t xml:space="preserve"> ЄКТС, строки, </w:t>
      </w:r>
      <w:proofErr w:type="spellStart"/>
      <w:r w:rsidRPr="00FC0B6D">
        <w:rPr>
          <w:lang w:val="ru-RU"/>
        </w:rPr>
        <w:t>докази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і порядок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>;</w:t>
      </w:r>
    </w:p>
    <w:p w14:paraId="2CCEB737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підприємство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установа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організація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незалежно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власності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фізична</w:t>
      </w:r>
      <w:proofErr w:type="spellEnd"/>
      <w:r w:rsidRPr="00FC0B6D">
        <w:rPr>
          <w:lang w:val="ru-RU"/>
        </w:rPr>
        <w:t xml:space="preserve"> особа-</w:t>
      </w:r>
      <w:proofErr w:type="spellStart"/>
      <w:r w:rsidRPr="00FC0B6D">
        <w:rPr>
          <w:lang w:val="ru-RU"/>
        </w:rPr>
        <w:t>підприємець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використовує</w:t>
      </w:r>
      <w:proofErr w:type="spellEnd"/>
      <w:r w:rsidRPr="00FC0B6D">
        <w:rPr>
          <w:lang w:val="ru-RU"/>
        </w:rPr>
        <w:t xml:space="preserve"> найману </w:t>
      </w:r>
      <w:proofErr w:type="spellStart"/>
      <w:r w:rsidRPr="00FC0B6D">
        <w:rPr>
          <w:lang w:val="ru-RU"/>
        </w:rPr>
        <w:t>працю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уклали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забезпечують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.</w:t>
      </w:r>
    </w:p>
    <w:p w14:paraId="115780C4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1.7. </w:t>
      </w:r>
      <w:proofErr w:type="spellStart"/>
      <w:r w:rsidRPr="00FC0B6D">
        <w:rPr>
          <w:lang w:val="ru-RU"/>
        </w:rPr>
        <w:t>Дія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поширюється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першого</w:t>
      </w:r>
      <w:proofErr w:type="spellEnd"/>
      <w:r w:rsidRPr="00FC0B6D">
        <w:rPr>
          <w:lang w:val="ru-RU"/>
        </w:rPr>
        <w:t xml:space="preserve"> (</w:t>
      </w:r>
      <w:proofErr w:type="spellStart"/>
      <w:r w:rsidRPr="00FC0B6D">
        <w:rPr>
          <w:lang w:val="ru-RU"/>
        </w:rPr>
        <w:t>бакалаврського</w:t>
      </w:r>
      <w:proofErr w:type="spellEnd"/>
      <w:r w:rsidRPr="00FC0B6D">
        <w:rPr>
          <w:lang w:val="ru-RU"/>
        </w:rPr>
        <w:t>) і другого (</w:t>
      </w:r>
      <w:proofErr w:type="spellStart"/>
      <w:r w:rsidRPr="00FC0B6D">
        <w:rPr>
          <w:lang w:val="ru-RU"/>
        </w:rPr>
        <w:t>магістерського</w:t>
      </w:r>
      <w:proofErr w:type="spellEnd"/>
      <w:r w:rsidRPr="00FC0B6D">
        <w:rPr>
          <w:lang w:val="ru-RU"/>
        </w:rPr>
        <w:t xml:space="preserve">) </w:t>
      </w:r>
      <w:proofErr w:type="spellStart"/>
      <w:r w:rsidRPr="00FC0B6D">
        <w:rPr>
          <w:lang w:val="ru-RU"/>
        </w:rPr>
        <w:t>рівнів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. Для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третього</w:t>
      </w:r>
      <w:proofErr w:type="spellEnd"/>
      <w:r w:rsidRPr="00FC0B6D">
        <w:rPr>
          <w:lang w:val="ru-RU"/>
        </w:rPr>
        <w:t xml:space="preserve"> (</w:t>
      </w:r>
      <w:proofErr w:type="spellStart"/>
      <w:r w:rsidRPr="00FC0B6D">
        <w:rPr>
          <w:lang w:val="ru-RU"/>
        </w:rPr>
        <w:t>освітньо-наукового</w:t>
      </w:r>
      <w:proofErr w:type="spellEnd"/>
      <w:r w:rsidRPr="00FC0B6D">
        <w:rPr>
          <w:lang w:val="ru-RU"/>
        </w:rPr>
        <w:t xml:space="preserve">) </w:t>
      </w:r>
      <w:proofErr w:type="spellStart"/>
      <w:r w:rsidRPr="00FC0B6D">
        <w:rPr>
          <w:lang w:val="ru-RU"/>
        </w:rPr>
        <w:t>рівня</w:t>
      </w:r>
      <w:proofErr w:type="spellEnd"/>
      <w:r w:rsidRPr="00FC0B6D">
        <w:rPr>
          <w:lang w:val="ru-RU"/>
        </w:rPr>
        <w:t xml:space="preserve"> дуальна форма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запроваджуватися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окремим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рішенням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Вченої</w:t>
      </w:r>
      <w:proofErr w:type="spellEnd"/>
      <w:r w:rsidRPr="00FC0B6D">
        <w:rPr>
          <w:lang w:val="ru-RU"/>
        </w:rPr>
        <w:t xml:space="preserve"> ради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особливості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освітньо-наукової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законодавство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змогу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>.</w:t>
      </w:r>
    </w:p>
    <w:p w14:paraId="64F39320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1.8. Дуальна форма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застосовуватися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різними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спеціальностями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освітніми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професійна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діяльність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змогу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досягти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визначених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Галузеві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особливості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деталізуються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цьому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Положенні</w:t>
      </w:r>
      <w:proofErr w:type="spellEnd"/>
      <w:r w:rsidRPr="00FC0B6D">
        <w:rPr>
          <w:lang w:val="ru-RU"/>
        </w:rPr>
        <w:t xml:space="preserve">, а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планом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програмами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компонентів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.</w:t>
      </w:r>
    </w:p>
    <w:p w14:paraId="6F602E1B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1.9. </w:t>
      </w:r>
      <w:proofErr w:type="spellStart"/>
      <w:r w:rsidRPr="00FC0B6D">
        <w:rPr>
          <w:lang w:val="ru-RU"/>
        </w:rPr>
        <w:t>Працевлаштування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проходження</w:t>
      </w:r>
      <w:proofErr w:type="spellEnd"/>
      <w:r w:rsidRPr="00FC0B6D">
        <w:rPr>
          <w:lang w:val="ru-RU"/>
        </w:rPr>
        <w:t xml:space="preserve"> практики, </w:t>
      </w:r>
      <w:proofErr w:type="spellStart"/>
      <w:r w:rsidRPr="00FC0B6D">
        <w:rPr>
          <w:lang w:val="ru-RU"/>
        </w:rPr>
        <w:t>стажування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окремих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робіт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без </w:t>
      </w:r>
      <w:proofErr w:type="spellStart"/>
      <w:r w:rsidRPr="00FC0B6D">
        <w:rPr>
          <w:lang w:val="ru-RU"/>
        </w:rPr>
        <w:t>інтеграції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діяльності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плану,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та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не є </w:t>
      </w:r>
      <w:proofErr w:type="spellStart"/>
      <w:r w:rsidRPr="00FC0B6D">
        <w:rPr>
          <w:lang w:val="ru-RU"/>
        </w:rPr>
        <w:t>здобуттям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за дуальною формою.</w:t>
      </w:r>
    </w:p>
    <w:p w14:paraId="57D5A8D5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1.10. </w:t>
      </w:r>
      <w:proofErr w:type="spellStart"/>
      <w:r w:rsidRPr="00FC0B6D">
        <w:rPr>
          <w:lang w:val="ru-RU"/>
        </w:rPr>
        <w:t>Університет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залишається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надавачем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послуги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несе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повну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відповідальність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реалізацію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якість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lastRenderedPageBreak/>
        <w:t>відповідає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належну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організацію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відносини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охорону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зобов’язань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передбачених</w:t>
      </w:r>
      <w:proofErr w:type="spellEnd"/>
      <w:r w:rsidRPr="00FC0B6D">
        <w:rPr>
          <w:lang w:val="ru-RU"/>
        </w:rPr>
        <w:t xml:space="preserve"> договорами.</w:t>
      </w:r>
    </w:p>
    <w:p w14:paraId="3ABAEA4A" w14:textId="77777777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1.11. </w:t>
      </w:r>
      <w:proofErr w:type="spellStart"/>
      <w:r w:rsidRPr="00FC0B6D">
        <w:rPr>
          <w:lang w:val="ru-RU"/>
        </w:rPr>
        <w:t>Освітня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діяльність</w:t>
      </w:r>
      <w:proofErr w:type="spellEnd"/>
      <w:r w:rsidRPr="00FC0B6D">
        <w:rPr>
          <w:lang w:val="ru-RU"/>
        </w:rPr>
        <w:t xml:space="preserve"> за дуальною формою </w:t>
      </w:r>
      <w:proofErr w:type="spellStart"/>
      <w:r w:rsidRPr="00FC0B6D">
        <w:rPr>
          <w:lang w:val="ru-RU"/>
        </w:rPr>
        <w:t>провадиться</w:t>
      </w:r>
      <w:proofErr w:type="spellEnd"/>
      <w:r w:rsidRPr="00FC0B6D">
        <w:rPr>
          <w:lang w:val="ru-RU"/>
        </w:rPr>
        <w:t xml:space="preserve"> в межах </w:t>
      </w:r>
      <w:proofErr w:type="spellStart"/>
      <w:r w:rsidRPr="00FC0B6D">
        <w:rPr>
          <w:lang w:val="ru-RU"/>
        </w:rPr>
        <w:t>ліцензії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відповідних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стандартів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</w:t>
      </w:r>
      <w:proofErr w:type="spellEnd"/>
      <w:r w:rsidRPr="00FC0B6D">
        <w:rPr>
          <w:lang w:val="ru-RU"/>
        </w:rPr>
        <w:t xml:space="preserve">. Для </w:t>
      </w:r>
      <w:proofErr w:type="spellStart"/>
      <w:r w:rsidRPr="00FC0B6D">
        <w:rPr>
          <w:lang w:val="ru-RU"/>
        </w:rPr>
        <w:t>спеціальностей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професій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яких</w:t>
      </w:r>
      <w:proofErr w:type="spellEnd"/>
      <w:r w:rsidRPr="00FC0B6D">
        <w:rPr>
          <w:lang w:val="ru-RU"/>
        </w:rPr>
        <w:t xml:space="preserve"> установлено </w:t>
      </w:r>
      <w:proofErr w:type="spellStart"/>
      <w:r w:rsidRPr="00FC0B6D">
        <w:rPr>
          <w:lang w:val="ru-RU"/>
        </w:rPr>
        <w:t>додаткове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регулювання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застосовуються</w:t>
      </w:r>
      <w:proofErr w:type="spellEnd"/>
      <w:r w:rsidRPr="00FC0B6D">
        <w:rPr>
          <w:lang w:val="ru-RU"/>
        </w:rPr>
        <w:t xml:space="preserve"> також </w:t>
      </w:r>
      <w:proofErr w:type="spellStart"/>
      <w:r w:rsidRPr="00FC0B6D">
        <w:rPr>
          <w:lang w:val="ru-RU"/>
        </w:rPr>
        <w:t>спеціальні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професійні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стандарти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рішення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уповноважених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органів</w:t>
      </w:r>
      <w:proofErr w:type="spellEnd"/>
      <w:r w:rsidRPr="00FC0B6D">
        <w:rPr>
          <w:lang w:val="ru-RU"/>
        </w:rPr>
        <w:t>.</w:t>
      </w:r>
    </w:p>
    <w:p w14:paraId="77A1AF23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2FBAFCD7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2. ПРИНЦИПИ ТА МОДЕЛІ РЕАЛІЗАЦІЇ ДУАЛЬНОЇ ФОРМИ</w:t>
      </w:r>
    </w:p>
    <w:p w14:paraId="3382836C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2.1. </w:t>
      </w:r>
      <w:proofErr w:type="spellStart"/>
      <w:r w:rsidRPr="00FC0B6D">
        <w:rPr>
          <w:lang w:val="ru-RU"/>
        </w:rPr>
        <w:t>Організація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ґрунтується</w:t>
      </w:r>
      <w:proofErr w:type="spellEnd"/>
      <w:r w:rsidRPr="00FC0B6D">
        <w:rPr>
          <w:lang w:val="ru-RU"/>
        </w:rPr>
        <w:t xml:space="preserve"> на принципах </w:t>
      </w:r>
      <w:proofErr w:type="spellStart"/>
      <w:r w:rsidRPr="00FC0B6D">
        <w:rPr>
          <w:lang w:val="ru-RU"/>
        </w:rPr>
        <w:t>добровільності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участі</w:t>
      </w:r>
      <w:proofErr w:type="spellEnd"/>
      <w:r w:rsidRPr="00FC0B6D">
        <w:rPr>
          <w:lang w:val="ru-RU"/>
        </w:rPr>
        <w:t xml:space="preserve">, партнерства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академічної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відповідальності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інтеграції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професійною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діяльністю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прозорості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відбору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недискримінації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безпечності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доступності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академічної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доброчесності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взаємного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відповідальності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сторін</w:t>
      </w:r>
      <w:proofErr w:type="spellEnd"/>
      <w:r w:rsidRPr="00FC0B6D">
        <w:rPr>
          <w:lang w:val="ru-RU"/>
        </w:rPr>
        <w:t xml:space="preserve"> та системного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якості</w:t>
      </w:r>
      <w:proofErr w:type="spellEnd"/>
      <w:r w:rsidRPr="00FC0B6D">
        <w:rPr>
          <w:lang w:val="ru-RU"/>
        </w:rPr>
        <w:t>.</w:t>
      </w:r>
    </w:p>
    <w:p w14:paraId="30F88C5E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2.2. </w:t>
      </w:r>
      <w:proofErr w:type="spellStart"/>
      <w:r w:rsidRPr="00FC0B6D">
        <w:rPr>
          <w:lang w:val="ru-RU"/>
        </w:rPr>
        <w:t>Поділ</w:t>
      </w:r>
      <w:proofErr w:type="spellEnd"/>
      <w:r w:rsidRPr="00FC0B6D">
        <w:rPr>
          <w:lang w:val="ru-RU"/>
        </w:rPr>
        <w:t xml:space="preserve"> часу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робочим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місцем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здійснюватися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однією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кількома</w:t>
      </w:r>
      <w:proofErr w:type="spellEnd"/>
      <w:r w:rsidRPr="00FC0B6D">
        <w:rPr>
          <w:lang w:val="ru-RU"/>
        </w:rPr>
        <w:t xml:space="preserve"> моделями:</w:t>
      </w:r>
    </w:p>
    <w:p w14:paraId="4A2DCC9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модель </w:t>
      </w:r>
      <w:proofErr w:type="spellStart"/>
      <w:r w:rsidRPr="00FC0B6D">
        <w:rPr>
          <w:lang w:val="ru-RU"/>
        </w:rPr>
        <w:t>поділеного</w:t>
      </w:r>
      <w:proofErr w:type="spellEnd"/>
      <w:r w:rsidRPr="00FC0B6D">
        <w:rPr>
          <w:lang w:val="ru-RU"/>
        </w:rPr>
        <w:t xml:space="preserve"> дня – </w:t>
      </w:r>
      <w:proofErr w:type="spellStart"/>
      <w:r w:rsidRPr="00FC0B6D">
        <w:rPr>
          <w:lang w:val="ru-RU"/>
        </w:rPr>
        <w:t>частина</w:t>
      </w:r>
      <w:proofErr w:type="spellEnd"/>
      <w:r w:rsidRPr="00FC0B6D">
        <w:rPr>
          <w:lang w:val="ru-RU"/>
        </w:rPr>
        <w:t xml:space="preserve"> дня </w:t>
      </w:r>
      <w:proofErr w:type="spellStart"/>
      <w:r w:rsidRPr="00FC0B6D">
        <w:rPr>
          <w:lang w:val="ru-RU"/>
        </w:rPr>
        <w:t>відводиться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інша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частина</w:t>
      </w:r>
      <w:proofErr w:type="spellEnd"/>
      <w:r w:rsidRPr="00FC0B6D">
        <w:rPr>
          <w:lang w:val="ru-RU"/>
        </w:rPr>
        <w:t xml:space="preserve"> – для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;</w:t>
      </w:r>
    </w:p>
    <w:p w14:paraId="5A0E798C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модель </w:t>
      </w:r>
      <w:proofErr w:type="spellStart"/>
      <w:r w:rsidRPr="00FC0B6D">
        <w:rPr>
          <w:lang w:val="ru-RU"/>
        </w:rPr>
        <w:t>поділеного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тижня</w:t>
      </w:r>
      <w:proofErr w:type="spellEnd"/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окремі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тижня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відводяться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– для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;</w:t>
      </w:r>
    </w:p>
    <w:p w14:paraId="7859CEA4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блочна</w:t>
      </w:r>
      <w:proofErr w:type="spellEnd"/>
      <w:r w:rsidRPr="00FC0B6D">
        <w:rPr>
          <w:lang w:val="ru-RU"/>
        </w:rPr>
        <w:t xml:space="preserve"> модель – </w:t>
      </w:r>
      <w:proofErr w:type="spellStart"/>
      <w:r w:rsidRPr="00FC0B6D">
        <w:rPr>
          <w:lang w:val="ru-RU"/>
        </w:rPr>
        <w:t>чергування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періодів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 xml:space="preserve"> та у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тривалістю</w:t>
      </w:r>
      <w:proofErr w:type="spellEnd"/>
      <w:r w:rsidRPr="00FC0B6D">
        <w:rPr>
          <w:lang w:val="ru-RU"/>
        </w:rPr>
        <w:t xml:space="preserve"> один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декілька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тижнів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місяців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семестрів</w:t>
      </w:r>
      <w:proofErr w:type="spellEnd"/>
      <w:r w:rsidRPr="00FC0B6D">
        <w:rPr>
          <w:lang w:val="ru-RU"/>
        </w:rPr>
        <w:t>;</w:t>
      </w:r>
    </w:p>
    <w:p w14:paraId="2859612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комбінована</w:t>
      </w:r>
      <w:proofErr w:type="spellEnd"/>
      <w:r w:rsidRPr="00FC0B6D">
        <w:rPr>
          <w:lang w:val="ru-RU"/>
        </w:rPr>
        <w:t xml:space="preserve"> модель – </w:t>
      </w:r>
      <w:proofErr w:type="spellStart"/>
      <w:r w:rsidRPr="00FC0B6D">
        <w:rPr>
          <w:lang w:val="ru-RU"/>
        </w:rPr>
        <w:t>поєднання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елементів</w:t>
      </w:r>
      <w:proofErr w:type="spellEnd"/>
      <w:r w:rsidRPr="00FC0B6D">
        <w:rPr>
          <w:lang w:val="ru-RU"/>
        </w:rPr>
        <w:t xml:space="preserve"> моделей </w:t>
      </w:r>
      <w:proofErr w:type="spellStart"/>
      <w:r w:rsidRPr="00FC0B6D">
        <w:rPr>
          <w:lang w:val="ru-RU"/>
        </w:rPr>
        <w:t>поділеного</w:t>
      </w:r>
      <w:proofErr w:type="spellEnd"/>
      <w:r w:rsidRPr="00FC0B6D">
        <w:rPr>
          <w:lang w:val="ru-RU"/>
        </w:rPr>
        <w:t xml:space="preserve"> дня, </w:t>
      </w:r>
      <w:proofErr w:type="spellStart"/>
      <w:r w:rsidRPr="00FC0B6D">
        <w:rPr>
          <w:lang w:val="ru-RU"/>
        </w:rPr>
        <w:t>поділеного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тижня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блочної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моделі</w:t>
      </w:r>
      <w:proofErr w:type="spellEnd"/>
      <w:r w:rsidRPr="00FC0B6D">
        <w:rPr>
          <w:lang w:val="ru-RU"/>
        </w:rPr>
        <w:t>.</w:t>
      </w:r>
    </w:p>
    <w:p w14:paraId="5FB99270" w14:textId="2F796BFD" w:rsidR="00346D2E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2.3. Дуальна форма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організовуватися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окремого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спеціально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сформованої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академічної</w:t>
      </w:r>
      <w:proofErr w:type="spellEnd"/>
      <w:r w:rsidRPr="00FC0B6D">
        <w:rPr>
          <w:lang w:val="ru-RU"/>
        </w:rPr>
        <w:t xml:space="preserve"> групи, </w:t>
      </w:r>
      <w:proofErr w:type="spellStart"/>
      <w:r w:rsidRPr="00FC0B6D">
        <w:rPr>
          <w:lang w:val="ru-RU"/>
        </w:rPr>
        <w:t>частини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</w:t>
      </w:r>
      <w:r w:rsidR="00346D2E">
        <w:rPr>
          <w:lang w:val="ru-RU"/>
        </w:rPr>
        <w:t>ічної</w:t>
      </w:r>
      <w:proofErr w:type="spellEnd"/>
      <w:r w:rsidR="00346D2E">
        <w:rPr>
          <w:lang w:val="ru-RU"/>
        </w:rPr>
        <w:t xml:space="preserve"> групи </w:t>
      </w:r>
      <w:proofErr w:type="spellStart"/>
      <w:r w:rsidR="00346D2E">
        <w:rPr>
          <w:lang w:val="ru-RU"/>
        </w:rPr>
        <w:t>або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декількох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груп</w:t>
      </w:r>
      <w:proofErr w:type="spellEnd"/>
      <w:r w:rsidR="00346D2E">
        <w:rPr>
          <w:lang w:val="ru-RU"/>
        </w:rPr>
        <w:t xml:space="preserve">. </w:t>
      </w:r>
      <w:proofErr w:type="spellStart"/>
      <w:r w:rsidR="00346D2E">
        <w:rPr>
          <w:lang w:val="ru-RU"/>
        </w:rPr>
        <w:t>Навчання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може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відбуватися</w:t>
      </w:r>
      <w:proofErr w:type="spellEnd"/>
      <w:r w:rsidR="00346D2E">
        <w:rPr>
          <w:lang w:val="ru-RU"/>
        </w:rPr>
        <w:t xml:space="preserve"> в одного </w:t>
      </w:r>
      <w:proofErr w:type="spellStart"/>
      <w:r w:rsidR="00346D2E">
        <w:rPr>
          <w:lang w:val="ru-RU"/>
        </w:rPr>
        <w:t>роботодавця</w:t>
      </w:r>
      <w:proofErr w:type="spellEnd"/>
      <w:r w:rsidR="00346D2E">
        <w:rPr>
          <w:lang w:val="ru-RU"/>
        </w:rPr>
        <w:t xml:space="preserve"> (</w:t>
      </w:r>
      <w:proofErr w:type="spellStart"/>
      <w:r w:rsidR="00346D2E">
        <w:rPr>
          <w:lang w:val="ru-RU"/>
        </w:rPr>
        <w:t>зі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зміною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робочих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місць</w:t>
      </w:r>
      <w:proofErr w:type="spellEnd"/>
      <w:r w:rsidR="00346D2E">
        <w:rPr>
          <w:lang w:val="ru-RU"/>
        </w:rPr>
        <w:t xml:space="preserve">) </w:t>
      </w:r>
      <w:proofErr w:type="spellStart"/>
      <w:r w:rsidR="00346D2E">
        <w:rPr>
          <w:lang w:val="ru-RU"/>
        </w:rPr>
        <w:t>або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послідовно</w:t>
      </w:r>
      <w:proofErr w:type="spellEnd"/>
      <w:r w:rsidR="00346D2E">
        <w:rPr>
          <w:lang w:val="ru-RU"/>
        </w:rPr>
        <w:t xml:space="preserve"> у </w:t>
      </w:r>
      <w:proofErr w:type="spellStart"/>
      <w:r w:rsidR="00346D2E">
        <w:rPr>
          <w:lang w:val="ru-RU"/>
        </w:rPr>
        <w:t>декількох</w:t>
      </w:r>
      <w:proofErr w:type="spellEnd"/>
      <w:r w:rsidR="00346D2E">
        <w:rPr>
          <w:lang w:val="ru-RU"/>
        </w:rPr>
        <w:t xml:space="preserve"> </w:t>
      </w:r>
      <w:proofErr w:type="spellStart"/>
      <w:r w:rsidR="00346D2E">
        <w:rPr>
          <w:lang w:val="ru-RU"/>
        </w:rPr>
        <w:t>роботодавців</w:t>
      </w:r>
      <w:proofErr w:type="spellEnd"/>
      <w:r w:rsidR="00346D2E">
        <w:rPr>
          <w:lang w:val="ru-RU"/>
        </w:rPr>
        <w:t>.</w:t>
      </w:r>
    </w:p>
    <w:p w14:paraId="51B7B17A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2.4.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здійснюватися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безпосередньо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території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дистанційно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змішаному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режимі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передбачено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договором, </w:t>
      </w:r>
      <w:proofErr w:type="spellStart"/>
      <w:r w:rsidRPr="00FC0B6D">
        <w:rPr>
          <w:lang w:val="ru-RU"/>
        </w:rPr>
        <w:t>відповідає</w:t>
      </w:r>
      <w:proofErr w:type="spellEnd"/>
      <w:r w:rsidRPr="00FC0B6D">
        <w:rPr>
          <w:lang w:val="ru-RU"/>
        </w:rPr>
        <w:t xml:space="preserve"> характеру </w:t>
      </w:r>
      <w:proofErr w:type="spellStart"/>
      <w:r w:rsidRPr="00FC0B6D">
        <w:rPr>
          <w:lang w:val="ru-RU"/>
        </w:rPr>
        <w:t>професійної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змогу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забезпечити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, контроль, </w:t>
      </w:r>
      <w:proofErr w:type="spellStart"/>
      <w:r w:rsidRPr="00FC0B6D">
        <w:rPr>
          <w:lang w:val="ru-RU"/>
        </w:rPr>
        <w:t>безпеку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досягнення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.</w:t>
      </w:r>
    </w:p>
    <w:p w14:paraId="0F208531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2.5. Час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обліковується</w:t>
      </w:r>
      <w:proofErr w:type="spellEnd"/>
      <w:r w:rsidRPr="00FC0B6D">
        <w:rPr>
          <w:lang w:val="ru-RU"/>
        </w:rPr>
        <w:t xml:space="preserve"> </w:t>
      </w:r>
      <w:proofErr w:type="gramStart"/>
      <w:r w:rsidRPr="00FC0B6D">
        <w:rPr>
          <w:lang w:val="ru-RU"/>
        </w:rPr>
        <w:t>у кредитах</w:t>
      </w:r>
      <w:proofErr w:type="gramEnd"/>
      <w:r w:rsidRPr="00FC0B6D">
        <w:rPr>
          <w:lang w:val="ru-RU"/>
        </w:rPr>
        <w:t xml:space="preserve"> ЄКТС і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становити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25 до 60 </w:t>
      </w:r>
      <w:proofErr w:type="spellStart"/>
      <w:r w:rsidRPr="00FC0B6D">
        <w:rPr>
          <w:lang w:val="ru-RU"/>
        </w:rPr>
        <w:t>відсотків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загального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обсягу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кредитів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передбаченого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планом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. Конкретна </w:t>
      </w:r>
      <w:proofErr w:type="spellStart"/>
      <w:r w:rsidRPr="00FC0B6D">
        <w:rPr>
          <w:lang w:val="ru-RU"/>
        </w:rPr>
        <w:t>частка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визначається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урахуванням</w:t>
      </w:r>
      <w:proofErr w:type="spellEnd"/>
      <w:r w:rsidRPr="00FC0B6D">
        <w:rPr>
          <w:lang w:val="ru-RU"/>
        </w:rPr>
        <w:t xml:space="preserve"> стандарту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професійного</w:t>
      </w:r>
      <w:proofErr w:type="spellEnd"/>
      <w:r w:rsidRPr="00FC0B6D">
        <w:rPr>
          <w:lang w:val="ru-RU"/>
        </w:rPr>
        <w:t xml:space="preserve"> стандарту, </w:t>
      </w:r>
      <w:proofErr w:type="spellStart"/>
      <w:r w:rsidRPr="00FC0B6D">
        <w:rPr>
          <w:lang w:val="ru-RU"/>
        </w:rPr>
        <w:t>рівня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особливостей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спеціальності</w:t>
      </w:r>
      <w:proofErr w:type="spellEnd"/>
      <w:r w:rsidRPr="00FC0B6D">
        <w:rPr>
          <w:lang w:val="ru-RU"/>
        </w:rPr>
        <w:t>.</w:t>
      </w:r>
    </w:p>
    <w:p w14:paraId="6DA2638B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2.6. До </w:t>
      </w:r>
      <w:proofErr w:type="spellStart"/>
      <w:r w:rsidRPr="00FC0B6D">
        <w:rPr>
          <w:lang w:val="ru-RU"/>
        </w:rPr>
        <w:t>обсягу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можуть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включатися</w:t>
      </w:r>
      <w:proofErr w:type="spellEnd"/>
      <w:r w:rsidRPr="00FC0B6D">
        <w:rPr>
          <w:lang w:val="ru-RU"/>
        </w:rPr>
        <w:t xml:space="preserve"> практична </w:t>
      </w:r>
      <w:proofErr w:type="spellStart"/>
      <w:r w:rsidRPr="00FC0B6D">
        <w:rPr>
          <w:lang w:val="ru-RU"/>
        </w:rPr>
        <w:t>підготовка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самостійна</w:t>
      </w:r>
      <w:proofErr w:type="spellEnd"/>
      <w:r w:rsidRPr="00FC0B6D">
        <w:rPr>
          <w:lang w:val="ru-RU"/>
        </w:rPr>
        <w:t xml:space="preserve"> робота, </w:t>
      </w:r>
      <w:proofErr w:type="spellStart"/>
      <w:r w:rsidRPr="00FC0B6D">
        <w:rPr>
          <w:lang w:val="ru-RU"/>
        </w:rPr>
        <w:t>окремі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модулі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складові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компонентів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курсові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проєкти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дослідницькі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проєктні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професійно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орієнтовані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lastRenderedPageBreak/>
        <w:t>завдання</w:t>
      </w:r>
      <w:proofErr w:type="spellEnd"/>
      <w:r w:rsidRPr="00FC0B6D">
        <w:rPr>
          <w:lang w:val="ru-RU"/>
        </w:rPr>
        <w:t xml:space="preserve">, а також </w:t>
      </w:r>
      <w:proofErr w:type="spellStart"/>
      <w:r w:rsidRPr="00FC0B6D">
        <w:rPr>
          <w:lang w:val="ru-RU"/>
        </w:rPr>
        <w:t>навчальні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заняття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проводять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працівники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>.</w:t>
      </w:r>
    </w:p>
    <w:p w14:paraId="09D1B4ED" w14:textId="73D91CBC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2.7. Не весь </w:t>
      </w:r>
      <w:proofErr w:type="spellStart"/>
      <w:r w:rsidRPr="00FC0B6D">
        <w:rPr>
          <w:lang w:val="ru-RU"/>
        </w:rPr>
        <w:t>робочий</w:t>
      </w:r>
      <w:proofErr w:type="spellEnd"/>
      <w:r w:rsidRPr="00FC0B6D">
        <w:rPr>
          <w:lang w:val="ru-RU"/>
        </w:rPr>
        <w:t xml:space="preserve"> час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автоматично </w:t>
      </w:r>
      <w:proofErr w:type="spellStart"/>
      <w:r w:rsidRPr="00FC0B6D">
        <w:rPr>
          <w:lang w:val="ru-RU"/>
        </w:rPr>
        <w:t>визнається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навантаженням</w:t>
      </w:r>
      <w:proofErr w:type="spellEnd"/>
      <w:r w:rsidRPr="00FC0B6D">
        <w:rPr>
          <w:lang w:val="ru-RU"/>
        </w:rPr>
        <w:t xml:space="preserve">. До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та </w:t>
      </w:r>
      <w:proofErr w:type="spellStart"/>
      <w:r w:rsidRPr="00FC0B6D">
        <w:rPr>
          <w:lang w:val="ru-RU"/>
        </w:rPr>
        <w:t>обсягу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кредитів</w:t>
      </w:r>
      <w:proofErr w:type="spellEnd"/>
      <w:r w:rsidRPr="00FC0B6D">
        <w:rPr>
          <w:lang w:val="ru-RU"/>
        </w:rPr>
        <w:t xml:space="preserve"> ЄКТС </w:t>
      </w:r>
      <w:proofErr w:type="spellStart"/>
      <w:r w:rsidRPr="00FC0B6D">
        <w:rPr>
          <w:lang w:val="ru-RU"/>
        </w:rPr>
        <w:t>зараховується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лише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професійна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діяльність</w:t>
      </w:r>
      <w:proofErr w:type="spellEnd"/>
      <w:r w:rsidRPr="00FC0B6D">
        <w:rPr>
          <w:lang w:val="ru-RU"/>
        </w:rPr>
        <w:t xml:space="preserve">, яка </w:t>
      </w:r>
      <w:proofErr w:type="spellStart"/>
      <w:r w:rsidRPr="00FC0B6D">
        <w:rPr>
          <w:lang w:val="ru-RU"/>
        </w:rPr>
        <w:t>передбачена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3B5FF3">
        <w:rPr>
          <w:lang w:val="ru-RU"/>
        </w:rPr>
        <w:t>робочому</w:t>
      </w:r>
      <w:proofErr w:type="spellEnd"/>
      <w:r w:rsidRPr="003B5FF3">
        <w:rPr>
          <w:lang w:val="ru-RU"/>
        </w:rPr>
        <w:t xml:space="preserve"> </w:t>
      </w:r>
      <w:proofErr w:type="spellStart"/>
      <w:r w:rsidRPr="003B5FF3">
        <w:rPr>
          <w:lang w:val="ru-RU"/>
        </w:rPr>
        <w:t>місці</w:t>
      </w:r>
      <w:proofErr w:type="spellEnd"/>
      <w:r w:rsidRPr="003B5FF3">
        <w:rPr>
          <w:lang w:val="ru-RU"/>
        </w:rPr>
        <w:t xml:space="preserve">, </w:t>
      </w:r>
      <w:proofErr w:type="spellStart"/>
      <w:r w:rsidRPr="003B5FF3">
        <w:rPr>
          <w:lang w:val="ru-RU"/>
        </w:rPr>
        <w:t>пов’язана</w:t>
      </w:r>
      <w:proofErr w:type="spellEnd"/>
      <w:r w:rsidRPr="003B5FF3">
        <w:rPr>
          <w:lang w:val="ru-RU"/>
        </w:rPr>
        <w:t xml:space="preserve"> з результатами </w:t>
      </w:r>
      <w:proofErr w:type="spellStart"/>
      <w:r w:rsidRPr="003B5FF3">
        <w:rPr>
          <w:lang w:val="ru-RU"/>
        </w:rPr>
        <w:t>навчання</w:t>
      </w:r>
      <w:proofErr w:type="spellEnd"/>
      <w:r w:rsidRPr="003B5FF3">
        <w:rPr>
          <w:lang w:val="ru-RU"/>
        </w:rPr>
        <w:t xml:space="preserve"> та </w:t>
      </w:r>
      <w:proofErr w:type="spellStart"/>
      <w:r w:rsidRPr="003B5FF3">
        <w:rPr>
          <w:lang w:val="ru-RU"/>
        </w:rPr>
        <w:t>належно</w:t>
      </w:r>
      <w:proofErr w:type="spellEnd"/>
      <w:r w:rsidRPr="003B5FF3">
        <w:rPr>
          <w:lang w:val="ru-RU"/>
        </w:rPr>
        <w:t xml:space="preserve"> </w:t>
      </w:r>
      <w:proofErr w:type="spellStart"/>
      <w:r w:rsidRPr="003B5FF3">
        <w:rPr>
          <w:lang w:val="ru-RU"/>
        </w:rPr>
        <w:t>оцінена</w:t>
      </w:r>
      <w:proofErr w:type="spellEnd"/>
      <w:r w:rsidRPr="003B5FF3">
        <w:rPr>
          <w:lang w:val="ru-RU"/>
        </w:rPr>
        <w:t>.</w:t>
      </w:r>
    </w:p>
    <w:p w14:paraId="4D168B17" w14:textId="77777777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2.8. </w:t>
      </w:r>
      <w:proofErr w:type="spellStart"/>
      <w:r w:rsidRPr="00FC0B6D">
        <w:rPr>
          <w:lang w:val="ru-RU"/>
        </w:rPr>
        <w:t>Обрана</w:t>
      </w:r>
      <w:proofErr w:type="spellEnd"/>
      <w:r w:rsidRPr="00FC0B6D">
        <w:rPr>
          <w:lang w:val="ru-RU"/>
        </w:rPr>
        <w:t xml:space="preserve"> модель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без </w:t>
      </w:r>
      <w:proofErr w:type="spellStart"/>
      <w:r w:rsidRPr="00FC0B6D">
        <w:rPr>
          <w:lang w:val="ru-RU"/>
        </w:rPr>
        <w:t>одночасного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накладення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навчальних</w:t>
      </w:r>
      <w:proofErr w:type="spellEnd"/>
      <w:r w:rsidRPr="00FC0B6D">
        <w:rPr>
          <w:lang w:val="ru-RU"/>
        </w:rPr>
        <w:t xml:space="preserve"> занять і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часу, </w:t>
      </w:r>
      <w:proofErr w:type="spellStart"/>
      <w:r w:rsidRPr="00FC0B6D">
        <w:rPr>
          <w:lang w:val="ru-RU"/>
        </w:rPr>
        <w:t>дотримання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працю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достатність</w:t>
      </w:r>
      <w:proofErr w:type="spellEnd"/>
      <w:r w:rsidRPr="00FC0B6D">
        <w:rPr>
          <w:lang w:val="ru-RU"/>
        </w:rPr>
        <w:t xml:space="preserve"> часу для </w:t>
      </w:r>
      <w:proofErr w:type="spellStart"/>
      <w:r w:rsidRPr="00FC0B6D">
        <w:rPr>
          <w:lang w:val="ru-RU"/>
        </w:rPr>
        <w:t>самостійної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рівні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проходження</w:t>
      </w:r>
      <w:proofErr w:type="spellEnd"/>
      <w:r w:rsidRPr="00FC0B6D">
        <w:rPr>
          <w:lang w:val="ru-RU"/>
        </w:rPr>
        <w:t xml:space="preserve"> поточного і </w:t>
      </w:r>
      <w:proofErr w:type="spellStart"/>
      <w:r w:rsidRPr="00FC0B6D">
        <w:rPr>
          <w:lang w:val="ru-RU"/>
        </w:rPr>
        <w:t>підсумкового</w:t>
      </w:r>
      <w:proofErr w:type="spellEnd"/>
      <w:r w:rsidRPr="00FC0B6D">
        <w:rPr>
          <w:lang w:val="ru-RU"/>
        </w:rPr>
        <w:t xml:space="preserve"> контролю.</w:t>
      </w:r>
    </w:p>
    <w:p w14:paraId="03B3EFEA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74E2C486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3. ЗАПРОВАДЖЕННЯ ДУАЛЬНОЇ ФОРМИ ЗА ОСВІТНЬОЮ ПРОГРАМОЮ</w:t>
      </w:r>
    </w:p>
    <w:p w14:paraId="3A9A3A59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3.1. </w:t>
      </w:r>
      <w:proofErr w:type="spellStart"/>
      <w:r w:rsidRPr="00FC0B6D">
        <w:rPr>
          <w:lang w:val="ru-RU"/>
        </w:rPr>
        <w:t>Запровадження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за конкретною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ініціювати</w:t>
      </w:r>
      <w:proofErr w:type="spellEnd"/>
      <w:r w:rsidRPr="00FC0B6D">
        <w:rPr>
          <w:lang w:val="ru-RU"/>
        </w:rPr>
        <w:t xml:space="preserve"> кафедра, 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факультет,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вступник</w:t>
      </w:r>
      <w:proofErr w:type="spellEnd"/>
      <w:r w:rsidRPr="00FC0B6D">
        <w:rPr>
          <w:lang w:val="ru-RU"/>
        </w:rPr>
        <w:t>.</w:t>
      </w:r>
    </w:p>
    <w:p w14:paraId="49BD30F0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3.2. До </w:t>
      </w:r>
      <w:proofErr w:type="spellStart"/>
      <w:r w:rsidRPr="00FC0B6D">
        <w:rPr>
          <w:lang w:val="ru-RU"/>
        </w:rPr>
        <w:t>прийняття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рішення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запровадження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кафедра та 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спільно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потенційним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оцінюють</w:t>
      </w:r>
      <w:proofErr w:type="spellEnd"/>
      <w:r w:rsidRPr="00FC0B6D">
        <w:rPr>
          <w:lang w:val="ru-RU"/>
        </w:rPr>
        <w:t>:</w:t>
      </w:r>
    </w:p>
    <w:p w14:paraId="7A0B416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досягнення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визначених</w:t>
      </w:r>
      <w:proofErr w:type="spellEnd"/>
      <w:r w:rsidRPr="00FC0B6D">
        <w:rPr>
          <w:lang w:val="ru-RU"/>
        </w:rPr>
        <w:t xml:space="preserve"> компетентностей і </w:t>
      </w:r>
      <w:proofErr w:type="spellStart"/>
      <w:r w:rsidRPr="00FC0B6D">
        <w:rPr>
          <w:lang w:val="ru-RU"/>
        </w:rPr>
        <w:t>програмних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1CD8DA92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25 до 60 </w:t>
      </w:r>
      <w:proofErr w:type="spellStart"/>
      <w:r w:rsidRPr="00FC0B6D">
        <w:rPr>
          <w:lang w:val="ru-RU"/>
        </w:rPr>
        <w:t>відсотків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загального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обсягу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кредитів</w:t>
      </w:r>
      <w:proofErr w:type="spellEnd"/>
      <w:r w:rsidRPr="00FC0B6D">
        <w:rPr>
          <w:lang w:val="ru-RU"/>
        </w:rPr>
        <w:t xml:space="preserve"> ЄКТС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>;</w:t>
      </w:r>
    </w:p>
    <w:p w14:paraId="4645D7E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відповідність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функцій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обладнання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технологічних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процесів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предметній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області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;</w:t>
      </w:r>
    </w:p>
    <w:p w14:paraId="007869A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наявність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наставників</w:t>
      </w:r>
      <w:proofErr w:type="spellEnd"/>
      <w:r w:rsidRPr="00FC0B6D">
        <w:rPr>
          <w:lang w:val="ru-RU"/>
        </w:rPr>
        <w:t xml:space="preserve"> і координатора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>;</w:t>
      </w:r>
    </w:p>
    <w:p w14:paraId="2678D52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інклюзивності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захисту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конфіденційної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інформації</w:t>
      </w:r>
      <w:proofErr w:type="spellEnd"/>
      <w:r w:rsidRPr="00FC0B6D">
        <w:rPr>
          <w:lang w:val="ru-RU"/>
        </w:rPr>
        <w:t>;</w:t>
      </w:r>
    </w:p>
    <w:p w14:paraId="0495EB3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організаційну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кадрову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методичну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фінансову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спроможність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сторін</w:t>
      </w:r>
      <w:proofErr w:type="spellEnd"/>
      <w:r w:rsidRPr="00FC0B6D">
        <w:rPr>
          <w:lang w:val="ru-RU"/>
        </w:rPr>
        <w:t>.</w:t>
      </w:r>
    </w:p>
    <w:p w14:paraId="6A4297A1" w14:textId="03364249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>3.</w:t>
      </w:r>
      <w:r w:rsidR="00190F2D">
        <w:rPr>
          <w:lang w:val="uk-UA"/>
        </w:rPr>
        <w:t>3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Пропозицію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запровадження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="00190F2D">
        <w:rPr>
          <w:lang w:val="uk-UA"/>
        </w:rPr>
        <w:t xml:space="preserve"> (як окремої форми здобуття освіти із формуванням окремої конкурсної пропозиції та внесення змін для здобувачів у ЄДЕБО)</w:t>
      </w:r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розглядають</w:t>
      </w:r>
      <w:proofErr w:type="spellEnd"/>
      <w:r w:rsidRPr="00FC0B6D">
        <w:rPr>
          <w:lang w:val="ru-RU"/>
        </w:rPr>
        <w:t xml:space="preserve"> кафедра, </w:t>
      </w:r>
      <w:proofErr w:type="spellStart"/>
      <w:r w:rsidRPr="00FC0B6D">
        <w:rPr>
          <w:lang w:val="ru-RU"/>
        </w:rPr>
        <w:t>вчена</w:t>
      </w:r>
      <w:proofErr w:type="spellEnd"/>
      <w:r w:rsidRPr="00FC0B6D">
        <w:rPr>
          <w:lang w:val="ru-RU"/>
        </w:rPr>
        <w:t xml:space="preserve"> рада факультету та </w:t>
      </w:r>
      <w:proofErr w:type="spellStart"/>
      <w:r w:rsidRPr="00FC0B6D">
        <w:rPr>
          <w:lang w:val="ru-RU"/>
        </w:rPr>
        <w:t>науково</w:t>
      </w:r>
      <w:proofErr w:type="spellEnd"/>
      <w:r w:rsidRPr="00FC0B6D">
        <w:rPr>
          <w:lang w:val="ru-RU"/>
        </w:rPr>
        <w:t xml:space="preserve">-методична рада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Рішення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запровадження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затвердження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приймає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Вчена</w:t>
      </w:r>
      <w:proofErr w:type="spellEnd"/>
      <w:r w:rsidRPr="00FC0B6D">
        <w:rPr>
          <w:lang w:val="ru-RU"/>
        </w:rPr>
        <w:t xml:space="preserve"> рада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Рішення</w:t>
      </w:r>
      <w:proofErr w:type="spellEnd"/>
      <w:r w:rsidRPr="00FC0B6D">
        <w:rPr>
          <w:lang w:val="ru-RU"/>
        </w:rPr>
        <w:t xml:space="preserve"> вводиться в </w:t>
      </w:r>
      <w:proofErr w:type="spellStart"/>
      <w:r w:rsidRPr="00FC0B6D">
        <w:rPr>
          <w:lang w:val="ru-RU"/>
        </w:rPr>
        <w:t>дію</w:t>
      </w:r>
      <w:proofErr w:type="spellEnd"/>
      <w:r w:rsidRPr="00FC0B6D">
        <w:rPr>
          <w:lang w:val="ru-RU"/>
        </w:rPr>
        <w:t xml:space="preserve"> наказом ректора.</w:t>
      </w:r>
    </w:p>
    <w:p w14:paraId="3605E213" w14:textId="178AD435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3.</w:t>
      </w:r>
      <w:r w:rsidR="00190F2D">
        <w:rPr>
          <w:lang w:val="uk-UA"/>
        </w:rPr>
        <w:t>4</w:t>
      </w:r>
      <w:r w:rsidRPr="00FC0B6D">
        <w:rPr>
          <w:lang w:val="ru-RU"/>
        </w:rPr>
        <w:t xml:space="preserve">. </w:t>
      </w:r>
      <w:r w:rsidR="00190F2D">
        <w:rPr>
          <w:lang w:val="uk-UA"/>
        </w:rPr>
        <w:t>Центр дуальної та дистанційної освіти</w:t>
      </w:r>
      <w:r w:rsidRPr="00FC0B6D">
        <w:rPr>
          <w:lang w:val="ru-RU"/>
        </w:rPr>
        <w:t xml:space="preserve"> веде </w:t>
      </w:r>
      <w:proofErr w:type="spellStart"/>
      <w:r w:rsidRPr="00FC0B6D">
        <w:rPr>
          <w:lang w:val="ru-RU"/>
        </w:rPr>
        <w:t>реєстр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</w:t>
      </w:r>
      <w:proofErr w:type="spellEnd"/>
      <w:r w:rsidRPr="00FC0B6D">
        <w:rPr>
          <w:lang w:val="ru-RU"/>
        </w:rPr>
        <w:t xml:space="preserve">, за </w:t>
      </w:r>
      <w:proofErr w:type="spellStart"/>
      <w:r w:rsidRPr="00FC0B6D">
        <w:rPr>
          <w:lang w:val="ru-RU"/>
        </w:rPr>
        <w:t>якими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запроваджено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дуальну</w:t>
      </w:r>
      <w:proofErr w:type="spellEnd"/>
      <w:r w:rsidRPr="00FC0B6D">
        <w:rPr>
          <w:lang w:val="ru-RU"/>
        </w:rPr>
        <w:t xml:space="preserve"> форму, </w:t>
      </w:r>
      <w:proofErr w:type="spellStart"/>
      <w:r w:rsidRPr="00FC0B6D">
        <w:rPr>
          <w:lang w:val="ru-RU"/>
        </w:rPr>
        <w:t>роботодавців-партнерів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договорів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навчаються</w:t>
      </w:r>
      <w:proofErr w:type="spellEnd"/>
      <w:r w:rsidRPr="00FC0B6D">
        <w:rPr>
          <w:lang w:val="ru-RU"/>
        </w:rPr>
        <w:t xml:space="preserve"> за дуальною формою.</w:t>
      </w:r>
    </w:p>
    <w:p w14:paraId="235F60D1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25374165" w14:textId="77777777" w:rsidR="00412924" w:rsidRPr="00993C8A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993C8A">
        <w:rPr>
          <w:lang w:val="ru-RU"/>
        </w:rPr>
        <w:t>4. ПЛАНУВАННЯ ТА ДОКУМЕНТАЛЬНЕ ЗАБЕЗПЕЧЕННЯ</w:t>
      </w:r>
    </w:p>
    <w:p w14:paraId="53D48992" w14:textId="0257246F" w:rsidR="00412924" w:rsidRPr="00FC0B6D" w:rsidRDefault="0021128B" w:rsidP="00EA5407">
      <w:pPr>
        <w:spacing w:line="240" w:lineRule="auto"/>
        <w:rPr>
          <w:lang w:val="uk-UA"/>
        </w:rPr>
      </w:pPr>
      <w:r w:rsidRPr="00FC0B6D">
        <w:rPr>
          <w:lang w:val="ru-RU"/>
        </w:rPr>
        <w:t xml:space="preserve">4.1. Для </w:t>
      </w:r>
      <w:proofErr w:type="spellStart"/>
      <w:r w:rsidRPr="00FC0B6D">
        <w:rPr>
          <w:lang w:val="ru-RU"/>
        </w:rPr>
        <w:t>реалізації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за дуальною формою</w:t>
      </w:r>
      <w:r w:rsidR="00190F2D">
        <w:rPr>
          <w:lang w:val="uk-UA"/>
        </w:rPr>
        <w:t xml:space="preserve"> (за умови запровадження окремої форми здобуття освіти)</w:t>
      </w:r>
      <w:r w:rsidRPr="00FC0B6D">
        <w:rPr>
          <w:lang w:val="uk-UA"/>
        </w:rPr>
        <w:t xml:space="preserve"> розробляє</w:t>
      </w:r>
      <w:r w:rsidR="00190F2D">
        <w:rPr>
          <w:lang w:val="uk-UA"/>
        </w:rPr>
        <w:t>ться</w:t>
      </w:r>
      <w:r w:rsidRPr="00FC0B6D">
        <w:rPr>
          <w:lang w:val="uk-UA"/>
        </w:rPr>
        <w:t xml:space="preserve"> окремий </w:t>
      </w:r>
      <w:r w:rsidRPr="00FC0B6D">
        <w:rPr>
          <w:lang w:val="uk-UA"/>
        </w:rPr>
        <w:lastRenderedPageBreak/>
        <w:t>навчальний план, що охоплює весь період реалізації освітньої програми</w:t>
      </w:r>
      <w:r w:rsidR="0096496A">
        <w:rPr>
          <w:lang w:val="uk-UA"/>
        </w:rPr>
        <w:t>, т</w:t>
      </w:r>
      <w:r w:rsidRPr="001D35FB">
        <w:rPr>
          <w:color w:val="000000" w:themeColor="text1"/>
          <w:lang w:val="uk-UA"/>
        </w:rPr>
        <w:t xml:space="preserve">а </w:t>
      </w:r>
      <w:r w:rsidRPr="00FC0B6D">
        <w:rPr>
          <w:lang w:val="uk-UA"/>
        </w:rPr>
        <w:t>відповідне методичне забезпечення освітніх компонентів.</w:t>
      </w:r>
    </w:p>
    <w:p w14:paraId="1BAE83A1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4.2.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передбачати</w:t>
      </w:r>
      <w:proofErr w:type="spellEnd"/>
      <w:r w:rsidRPr="00FC0B6D">
        <w:rPr>
          <w:lang w:val="ru-RU"/>
        </w:rPr>
        <w:t>:</w:t>
      </w:r>
    </w:p>
    <w:p w14:paraId="10FC65F2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перерозподіл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загального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обсягу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навантаження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аудиторною, </w:t>
      </w:r>
      <w:proofErr w:type="spellStart"/>
      <w:r w:rsidRPr="00FC0B6D">
        <w:rPr>
          <w:lang w:val="ru-RU"/>
        </w:rPr>
        <w:t>позааудиторною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роботою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навчанням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;</w:t>
      </w:r>
    </w:p>
    <w:p w14:paraId="3DDFC011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посилення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практичної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спрямованості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обов’язкових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вибіркових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компонентів</w:t>
      </w:r>
      <w:proofErr w:type="spellEnd"/>
      <w:r w:rsidRPr="00FC0B6D">
        <w:rPr>
          <w:lang w:val="ru-RU"/>
        </w:rPr>
        <w:t>;</w:t>
      </w:r>
    </w:p>
    <w:p w14:paraId="4BD82D22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введення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компонентів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пов’язаних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особливостями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діяльності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за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структури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;</w:t>
      </w:r>
    </w:p>
    <w:p w14:paraId="53B8A5A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курсових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проєктних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дослідницьких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кваліфікаційних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завдань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матеріалах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>.</w:t>
      </w:r>
    </w:p>
    <w:p w14:paraId="6DB6DCF0" w14:textId="4DA47BA7" w:rsidR="00412924" w:rsidRPr="0096496A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4.3. </w:t>
      </w:r>
      <w:r w:rsidR="00190F2D">
        <w:rPr>
          <w:lang w:val="uk-UA"/>
        </w:rPr>
        <w:t>Д</w:t>
      </w:r>
      <w:r w:rsidRPr="00FC0B6D">
        <w:rPr>
          <w:lang w:val="ru-RU"/>
        </w:rPr>
        <w:t xml:space="preserve">ля </w:t>
      </w:r>
      <w:proofErr w:type="spellStart"/>
      <w:r w:rsidRPr="0096496A">
        <w:rPr>
          <w:lang w:val="ru-RU"/>
        </w:rPr>
        <w:t>дуальної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форми</w:t>
      </w:r>
      <w:proofErr w:type="spellEnd"/>
      <w:r w:rsidR="00545771" w:rsidRPr="0096496A">
        <w:rPr>
          <w:lang w:val="ru-RU"/>
        </w:rPr>
        <w:t xml:space="preserve"> </w:t>
      </w:r>
      <w:proofErr w:type="spellStart"/>
      <w:r w:rsidR="00545771"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для кожного </w:t>
      </w:r>
      <w:proofErr w:type="spellStart"/>
      <w:r w:rsidRPr="0096496A">
        <w:rPr>
          <w:lang w:val="ru-RU"/>
        </w:rPr>
        <w:t>здобувача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формується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індивідуальний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навчальний</w:t>
      </w:r>
      <w:proofErr w:type="spellEnd"/>
      <w:r w:rsidRPr="0096496A">
        <w:rPr>
          <w:lang w:val="ru-RU"/>
        </w:rPr>
        <w:t xml:space="preserve"> план. У </w:t>
      </w:r>
      <w:proofErr w:type="spellStart"/>
      <w:r w:rsidRPr="0096496A">
        <w:rPr>
          <w:lang w:val="ru-RU"/>
        </w:rPr>
        <w:t>ньому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зазначаються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освітні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компоненти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їх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складові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що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реалізуються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обсяг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кредитів</w:t>
      </w:r>
      <w:proofErr w:type="spellEnd"/>
      <w:r w:rsidRPr="0096496A">
        <w:rPr>
          <w:lang w:val="ru-RU"/>
        </w:rPr>
        <w:t xml:space="preserve"> ЄКТС, строки, </w:t>
      </w:r>
      <w:proofErr w:type="spellStart"/>
      <w:r w:rsidRPr="0096496A">
        <w:rPr>
          <w:lang w:val="ru-RU"/>
        </w:rPr>
        <w:t>форми</w:t>
      </w:r>
      <w:proofErr w:type="spellEnd"/>
      <w:r w:rsidRPr="0096496A">
        <w:rPr>
          <w:lang w:val="ru-RU"/>
        </w:rPr>
        <w:t xml:space="preserve"> контролю, </w:t>
      </w:r>
      <w:proofErr w:type="spellStart"/>
      <w:r w:rsidRPr="0096496A">
        <w:rPr>
          <w:lang w:val="ru-RU"/>
        </w:rPr>
        <w:t>роботодавець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робоче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місце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відповідальні</w:t>
      </w:r>
      <w:proofErr w:type="spellEnd"/>
      <w:r w:rsidRPr="0096496A">
        <w:rPr>
          <w:lang w:val="ru-RU"/>
        </w:rPr>
        <w:t xml:space="preserve"> особи.</w:t>
      </w:r>
    </w:p>
    <w:p w14:paraId="1B46E005" w14:textId="49E3D362" w:rsidR="00412924" w:rsidRPr="00FC0B6D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4.4. </w:t>
      </w:r>
      <w:proofErr w:type="spellStart"/>
      <w:r w:rsidRPr="0096496A">
        <w:rPr>
          <w:lang w:val="ru-RU"/>
        </w:rPr>
        <w:t>Програма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розробляється</w:t>
      </w:r>
      <w:proofErr w:type="spellEnd"/>
      <w:r w:rsidRPr="0096496A">
        <w:rPr>
          <w:lang w:val="ru-RU"/>
        </w:rPr>
        <w:t xml:space="preserve"> для </w:t>
      </w:r>
      <w:proofErr w:type="spellStart"/>
      <w:r w:rsidRPr="0096496A">
        <w:rPr>
          <w:lang w:val="ru-RU"/>
        </w:rPr>
        <w:t>конкретної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освітньої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, групи </w:t>
      </w:r>
      <w:proofErr w:type="spellStart"/>
      <w:r w:rsidRPr="0096496A">
        <w:rPr>
          <w:lang w:val="ru-RU"/>
        </w:rPr>
        <w:t>здобувачів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окремого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здобувача</w:t>
      </w:r>
      <w:proofErr w:type="spellEnd"/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Типова</w:t>
      </w:r>
      <w:proofErr w:type="spellEnd"/>
      <w:r w:rsidRPr="0096496A">
        <w:rPr>
          <w:lang w:val="ru-RU"/>
        </w:rPr>
        <w:t xml:space="preserve"> структура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 наведена в </w:t>
      </w:r>
      <w:proofErr w:type="spellStart"/>
      <w:r w:rsidR="00FC13A8" w:rsidRPr="0096496A">
        <w:rPr>
          <w:lang w:val="ru-RU"/>
        </w:rPr>
        <w:t>Додатку</w:t>
      </w:r>
      <w:proofErr w:type="spellEnd"/>
      <w:r w:rsidR="00FC13A8" w:rsidRPr="0096496A">
        <w:rPr>
          <w:lang w:val="ru-RU"/>
        </w:rPr>
        <w:t xml:space="preserve"> Д</w:t>
      </w:r>
      <w:r w:rsidRPr="0096496A">
        <w:rPr>
          <w:lang w:val="ru-RU"/>
        </w:rPr>
        <w:t>.</w:t>
      </w:r>
    </w:p>
    <w:p w14:paraId="28B97BE4" w14:textId="04F7656E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4.</w:t>
      </w:r>
      <w:r w:rsidR="00190F2D">
        <w:rPr>
          <w:lang w:val="uk-UA"/>
        </w:rPr>
        <w:t>5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Конкретні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професійні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дії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результати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звітності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урахуванням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особливостей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Університет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встановлює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однакової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результату для </w:t>
      </w:r>
      <w:proofErr w:type="spellStart"/>
      <w:r w:rsidRPr="00FC0B6D">
        <w:rPr>
          <w:lang w:val="ru-RU"/>
        </w:rPr>
        <w:t>аграрних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технічних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педагогічних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гуманітарних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економічних</w:t>
      </w:r>
      <w:proofErr w:type="spellEnd"/>
      <w:r w:rsidRPr="00FC0B6D">
        <w:rPr>
          <w:lang w:val="ru-RU"/>
        </w:rPr>
        <w:t xml:space="preserve">, ІТ та </w:t>
      </w:r>
      <w:proofErr w:type="spellStart"/>
      <w:r w:rsidRPr="00FC0B6D">
        <w:rPr>
          <w:lang w:val="ru-RU"/>
        </w:rPr>
        <w:t>інших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спеціальностей</w:t>
      </w:r>
      <w:proofErr w:type="spellEnd"/>
      <w:r w:rsidRPr="00FC0B6D">
        <w:rPr>
          <w:lang w:val="ru-RU"/>
        </w:rPr>
        <w:t>.</w:t>
      </w:r>
    </w:p>
    <w:p w14:paraId="6ED2971E" w14:textId="2F059916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4.</w:t>
      </w:r>
      <w:r w:rsidR="00190F2D">
        <w:rPr>
          <w:lang w:val="uk-UA"/>
        </w:rPr>
        <w:t>6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Передумови</w:t>
      </w:r>
      <w:proofErr w:type="spellEnd"/>
      <w:r w:rsidRPr="00FC0B6D">
        <w:rPr>
          <w:lang w:val="ru-RU"/>
        </w:rPr>
        <w:t xml:space="preserve"> початку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послідовність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ротацій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перелік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компонентів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так, </w:t>
      </w:r>
      <w:proofErr w:type="spellStart"/>
      <w:r w:rsidRPr="00FC0B6D">
        <w:rPr>
          <w:lang w:val="ru-RU"/>
        </w:rPr>
        <w:t>щоб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мав </w:t>
      </w:r>
      <w:proofErr w:type="spellStart"/>
      <w:r w:rsidRPr="00FC0B6D">
        <w:rPr>
          <w:lang w:val="ru-RU"/>
        </w:rPr>
        <w:t>достатню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теоретичну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практичну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підготовку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безпечного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функцій</w:t>
      </w:r>
      <w:proofErr w:type="spellEnd"/>
      <w:r w:rsidRPr="00FC0B6D">
        <w:rPr>
          <w:lang w:val="ru-RU"/>
        </w:rPr>
        <w:t>.</w:t>
      </w:r>
    </w:p>
    <w:p w14:paraId="1FFC4A12" w14:textId="0A035D91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4.</w:t>
      </w:r>
      <w:r w:rsidR="00190F2D">
        <w:rPr>
          <w:lang w:val="uk-UA"/>
        </w:rPr>
        <w:t>7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Обсяг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практичної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підготовки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передбачений</w:t>
      </w:r>
      <w:proofErr w:type="spellEnd"/>
      <w:r w:rsidRPr="00FC0B6D">
        <w:rPr>
          <w:lang w:val="ru-RU"/>
        </w:rPr>
        <w:t xml:space="preserve"> стандартом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, не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бути </w:t>
      </w:r>
      <w:proofErr w:type="spellStart"/>
      <w:r w:rsidRPr="00FC0B6D">
        <w:rPr>
          <w:lang w:val="ru-RU"/>
        </w:rPr>
        <w:t>зменшений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зв’язку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із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запровадженням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. Практична </w:t>
      </w:r>
      <w:proofErr w:type="spellStart"/>
      <w:r w:rsidRPr="00FC0B6D">
        <w:rPr>
          <w:lang w:val="ru-RU"/>
        </w:rPr>
        <w:t>підготовка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повністю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частково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здійснюватися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її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зміст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результати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передбачені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програмами</w:t>
      </w:r>
      <w:proofErr w:type="spellEnd"/>
      <w:r w:rsidRPr="00FC0B6D">
        <w:rPr>
          <w:lang w:val="ru-RU"/>
        </w:rPr>
        <w:t>.</w:t>
      </w:r>
    </w:p>
    <w:p w14:paraId="2CB244DF" w14:textId="4FA9E417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4.</w:t>
      </w:r>
      <w:r w:rsidR="00190F2D">
        <w:rPr>
          <w:lang w:val="uk-UA"/>
        </w:rPr>
        <w:t>8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Зміни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та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вносяться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погодженням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, куратора, гаранта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та координатора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затверджуються</w:t>
      </w:r>
      <w:proofErr w:type="spellEnd"/>
      <w:r w:rsidRPr="00FC0B6D">
        <w:rPr>
          <w:lang w:val="ru-RU"/>
        </w:rPr>
        <w:t xml:space="preserve"> в порядку, </w:t>
      </w:r>
      <w:proofErr w:type="spellStart"/>
      <w:r w:rsidRPr="00FC0B6D">
        <w:rPr>
          <w:lang w:val="ru-RU"/>
        </w:rPr>
        <w:t>установленому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>.</w:t>
      </w:r>
    </w:p>
    <w:p w14:paraId="53F64271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4E08D88E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5. РОБОТОДАВЦІ-ПАРТНЕРИ ТА ДОГОВІРНІ ВІДНОСИНИ</w:t>
      </w:r>
    </w:p>
    <w:p w14:paraId="4468AC9B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5.1.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-партнером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бути </w:t>
      </w:r>
      <w:proofErr w:type="spellStart"/>
      <w:r w:rsidRPr="00FC0B6D">
        <w:rPr>
          <w:lang w:val="ru-RU"/>
        </w:rPr>
        <w:t>підприємство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установа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організація</w:t>
      </w:r>
      <w:proofErr w:type="spellEnd"/>
      <w:r w:rsidRPr="00FC0B6D">
        <w:rPr>
          <w:lang w:val="ru-RU"/>
        </w:rPr>
        <w:t xml:space="preserve">, заклад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наукова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установа</w:t>
      </w:r>
      <w:proofErr w:type="spellEnd"/>
      <w:r w:rsidRPr="00FC0B6D">
        <w:rPr>
          <w:lang w:val="ru-RU"/>
        </w:rPr>
        <w:t xml:space="preserve">, орган </w:t>
      </w:r>
      <w:proofErr w:type="spellStart"/>
      <w:r w:rsidRPr="00FC0B6D">
        <w:rPr>
          <w:lang w:val="ru-RU"/>
        </w:rPr>
        <w:t>державної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влади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місцевого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самоврядування</w:t>
      </w:r>
      <w:proofErr w:type="spellEnd"/>
      <w:r w:rsidRPr="00FC0B6D">
        <w:rPr>
          <w:lang w:val="ru-RU"/>
        </w:rPr>
        <w:t xml:space="preserve">, заклад </w:t>
      </w:r>
      <w:proofErr w:type="spellStart"/>
      <w:r w:rsidRPr="00FC0B6D">
        <w:rPr>
          <w:lang w:val="ru-RU"/>
        </w:rPr>
        <w:t>культури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здоров’я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соціальної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сфери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аграрне</w:t>
      </w:r>
      <w:proofErr w:type="spellEnd"/>
      <w:r w:rsidRPr="00FC0B6D">
        <w:rPr>
          <w:lang w:val="ru-RU"/>
        </w:rPr>
        <w:t xml:space="preserve"> господарство, </w:t>
      </w:r>
      <w:proofErr w:type="spellStart"/>
      <w:r w:rsidRPr="00FC0B6D">
        <w:rPr>
          <w:lang w:val="ru-RU"/>
        </w:rPr>
        <w:t>інженерне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сервісне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</w:t>
      </w:r>
      <w:proofErr w:type="spellEnd"/>
      <w:r w:rsidRPr="00FC0B6D">
        <w:rPr>
          <w:lang w:val="ru-RU"/>
        </w:rPr>
        <w:t xml:space="preserve"> ІТ-</w:t>
      </w:r>
      <w:proofErr w:type="spellStart"/>
      <w:r w:rsidRPr="00FC0B6D">
        <w:rPr>
          <w:lang w:val="ru-RU"/>
        </w:rPr>
        <w:t>підприємство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фізична</w:t>
      </w:r>
      <w:proofErr w:type="spellEnd"/>
      <w:r w:rsidRPr="00FC0B6D">
        <w:rPr>
          <w:lang w:val="ru-RU"/>
        </w:rPr>
        <w:t xml:space="preserve"> особа-</w:t>
      </w:r>
      <w:proofErr w:type="spellStart"/>
      <w:r w:rsidRPr="00FC0B6D">
        <w:rPr>
          <w:lang w:val="ru-RU"/>
        </w:rPr>
        <w:t>підприємець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діяльність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змісту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.</w:t>
      </w:r>
    </w:p>
    <w:p w14:paraId="7EB29B29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5.2.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відповідати</w:t>
      </w:r>
      <w:proofErr w:type="spellEnd"/>
      <w:r w:rsidRPr="00FC0B6D">
        <w:rPr>
          <w:lang w:val="ru-RU"/>
        </w:rPr>
        <w:t xml:space="preserve"> таким </w:t>
      </w:r>
      <w:proofErr w:type="spellStart"/>
      <w:r w:rsidRPr="00FC0B6D">
        <w:rPr>
          <w:lang w:val="ru-RU"/>
        </w:rPr>
        <w:t>вимогам</w:t>
      </w:r>
      <w:proofErr w:type="spellEnd"/>
      <w:r w:rsidRPr="00FC0B6D">
        <w:rPr>
          <w:lang w:val="ru-RU"/>
        </w:rPr>
        <w:t>:</w:t>
      </w:r>
    </w:p>
    <w:p w14:paraId="24F76078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lastRenderedPageBreak/>
        <w:t xml:space="preserve">– </w:t>
      </w:r>
      <w:proofErr w:type="spellStart"/>
      <w:r w:rsidRPr="00FC0B6D">
        <w:rPr>
          <w:lang w:val="ru-RU"/>
        </w:rPr>
        <w:t>мати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функції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придатні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досягнення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визначених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413C96B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мати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належну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матеріально-технічну</w:t>
      </w:r>
      <w:proofErr w:type="spellEnd"/>
      <w:r w:rsidRPr="00FC0B6D">
        <w:rPr>
          <w:lang w:val="ru-RU"/>
        </w:rPr>
        <w:t xml:space="preserve"> базу, </w:t>
      </w:r>
      <w:proofErr w:type="spellStart"/>
      <w:r w:rsidRPr="00FC0B6D">
        <w:rPr>
          <w:lang w:val="ru-RU"/>
        </w:rPr>
        <w:t>обладнання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програмне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інформаційні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ресурси</w:t>
      </w:r>
      <w:proofErr w:type="spellEnd"/>
      <w:r w:rsidRPr="00FC0B6D">
        <w:rPr>
          <w:lang w:val="ru-RU"/>
        </w:rPr>
        <w:t>;</w:t>
      </w:r>
    </w:p>
    <w:p w14:paraId="4C6EAA05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мати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укласти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>;</w:t>
      </w:r>
    </w:p>
    <w:p w14:paraId="4C7D5CDB" w14:textId="148F32EB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призначити</w:t>
      </w:r>
      <w:proofErr w:type="spellEnd"/>
      <w:r w:rsidRPr="00FC0B6D">
        <w:rPr>
          <w:lang w:val="ru-RU"/>
        </w:rPr>
        <w:t xml:space="preserve"> координатора і наставника;</w:t>
      </w:r>
    </w:p>
    <w:p w14:paraId="00600BA3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забезпечити</w:t>
      </w:r>
      <w:proofErr w:type="spellEnd"/>
      <w:r w:rsidRPr="00FC0B6D">
        <w:rPr>
          <w:lang w:val="ru-RU"/>
        </w:rPr>
        <w:t xml:space="preserve"> участь у </w:t>
      </w:r>
      <w:proofErr w:type="spellStart"/>
      <w:r w:rsidRPr="00FC0B6D">
        <w:rPr>
          <w:lang w:val="ru-RU"/>
        </w:rPr>
        <w:t>плануванні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супроводі</w:t>
      </w:r>
      <w:proofErr w:type="spellEnd"/>
      <w:r w:rsidRPr="00FC0B6D">
        <w:rPr>
          <w:lang w:val="ru-RU"/>
        </w:rPr>
        <w:t xml:space="preserve"> й </w:t>
      </w:r>
      <w:proofErr w:type="spellStart"/>
      <w:r w:rsidRPr="00FC0B6D">
        <w:rPr>
          <w:lang w:val="ru-RU"/>
        </w:rPr>
        <w:t>оцінюванні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7FAB2A07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дотримуватися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працю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охорону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недискримінацію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захист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конфіденційної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інформації</w:t>
      </w:r>
      <w:proofErr w:type="spellEnd"/>
      <w:r w:rsidRPr="00FC0B6D">
        <w:rPr>
          <w:lang w:val="ru-RU"/>
        </w:rPr>
        <w:t>.</w:t>
      </w:r>
    </w:p>
    <w:p w14:paraId="64784920" w14:textId="54A1286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5.3. </w:t>
      </w:r>
      <w:proofErr w:type="spellStart"/>
      <w:r w:rsidRPr="00FC0B6D">
        <w:rPr>
          <w:lang w:val="ru-RU"/>
        </w:rPr>
        <w:t>Відповідність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оцінюється</w:t>
      </w:r>
      <w:proofErr w:type="spellEnd"/>
      <w:r w:rsidRPr="00FC0B6D">
        <w:rPr>
          <w:lang w:val="ru-RU"/>
        </w:rPr>
        <w:t xml:space="preserve"> кафедрою, гарантом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координатором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та, за потреби, службою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юридичним</w:t>
      </w:r>
      <w:proofErr w:type="spellEnd"/>
      <w:r w:rsidRPr="00FC0B6D">
        <w:rPr>
          <w:lang w:val="ru-RU"/>
        </w:rPr>
        <w:t xml:space="preserve">, ІТ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підрозділами</w:t>
      </w:r>
      <w:proofErr w:type="spellEnd"/>
      <w:r w:rsidRPr="00FC0B6D">
        <w:rPr>
          <w:lang w:val="ru-RU"/>
        </w:rPr>
        <w:t xml:space="preserve">. </w:t>
      </w:r>
    </w:p>
    <w:p w14:paraId="759A3F24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5.4. Дуальна форма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реалізовуватися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місцях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структурних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підрозділах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працевлаштування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розмежування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як </w:t>
      </w:r>
      <w:proofErr w:type="spellStart"/>
      <w:r w:rsidRPr="00FC0B6D">
        <w:rPr>
          <w:lang w:val="ru-RU"/>
        </w:rPr>
        <w:t>надавача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послуги</w:t>
      </w:r>
      <w:proofErr w:type="spellEnd"/>
      <w:r w:rsidRPr="00FC0B6D">
        <w:rPr>
          <w:lang w:val="ru-RU"/>
        </w:rPr>
        <w:t xml:space="preserve"> та як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а також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 незалежного </w:t>
      </w:r>
      <w:proofErr w:type="spellStart"/>
      <w:r w:rsidRPr="00FC0B6D">
        <w:rPr>
          <w:lang w:val="ru-RU"/>
        </w:rPr>
        <w:t>академічного</w:t>
      </w:r>
      <w:proofErr w:type="spellEnd"/>
      <w:r w:rsidRPr="00FC0B6D">
        <w:rPr>
          <w:lang w:val="ru-RU"/>
        </w:rPr>
        <w:t xml:space="preserve"> контролю.</w:t>
      </w:r>
    </w:p>
    <w:p w14:paraId="39754536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5.5.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розташованого</w:t>
      </w:r>
      <w:proofErr w:type="spellEnd"/>
      <w:r w:rsidRPr="00FC0B6D">
        <w:rPr>
          <w:lang w:val="ru-RU"/>
        </w:rPr>
        <w:t xml:space="preserve"> за межами </w:t>
      </w:r>
      <w:proofErr w:type="spellStart"/>
      <w:r w:rsidRPr="00FC0B6D">
        <w:rPr>
          <w:lang w:val="ru-RU"/>
        </w:rPr>
        <w:t>України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допускається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забезпечено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працевлаштування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належний</w:t>
      </w:r>
      <w:proofErr w:type="spellEnd"/>
      <w:r w:rsidRPr="00FC0B6D">
        <w:rPr>
          <w:lang w:val="ru-RU"/>
        </w:rPr>
        <w:t xml:space="preserve"> контроль, </w:t>
      </w:r>
      <w:proofErr w:type="spellStart"/>
      <w:r w:rsidRPr="00FC0B6D">
        <w:rPr>
          <w:lang w:val="ru-RU"/>
        </w:rPr>
        <w:t>безпеку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страхування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захист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договірне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врегулювання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застосовного</w:t>
      </w:r>
      <w:proofErr w:type="spellEnd"/>
      <w:r w:rsidRPr="00FC0B6D">
        <w:rPr>
          <w:lang w:val="ru-RU"/>
        </w:rPr>
        <w:t xml:space="preserve"> права.</w:t>
      </w:r>
    </w:p>
    <w:p w14:paraId="62ECE921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5.6. </w:t>
      </w:r>
      <w:proofErr w:type="spellStart"/>
      <w:r w:rsidRPr="00FC0B6D">
        <w:rPr>
          <w:lang w:val="ru-RU"/>
        </w:rPr>
        <w:t>Організація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оформлюється</w:t>
      </w:r>
      <w:proofErr w:type="spellEnd"/>
      <w:r w:rsidRPr="00FC0B6D">
        <w:rPr>
          <w:lang w:val="ru-RU"/>
        </w:rPr>
        <w:t xml:space="preserve"> такими документами:</w:t>
      </w:r>
    </w:p>
    <w:p w14:paraId="35B87FE4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рамковим</w:t>
      </w:r>
      <w:proofErr w:type="spellEnd"/>
      <w:r w:rsidRPr="00FC0B6D">
        <w:rPr>
          <w:lang w:val="ru-RU"/>
        </w:rPr>
        <w:t xml:space="preserve"> договором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співпрацю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>;</w:t>
      </w:r>
    </w:p>
    <w:p w14:paraId="020F0CB2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тристороннім</w:t>
      </w:r>
      <w:proofErr w:type="spellEnd"/>
      <w:r w:rsidRPr="00FC0B6D">
        <w:rPr>
          <w:lang w:val="ru-RU"/>
        </w:rPr>
        <w:t xml:space="preserve"> договором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>;</w:t>
      </w:r>
    </w:p>
    <w:p w14:paraId="1666CB5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договором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>;</w:t>
      </w:r>
    </w:p>
    <w:p w14:paraId="00940881" w14:textId="44550ACC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планом для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="001215F5">
        <w:rPr>
          <w:lang w:val="uk-UA"/>
        </w:rPr>
        <w:t xml:space="preserve"> (у разі наявності окремою форми здобуття освіти)</w:t>
      </w:r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індивідуальним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планом</w:t>
      </w:r>
      <w:r w:rsidR="0096496A">
        <w:rPr>
          <w:lang w:val="ru-RU"/>
        </w:rPr>
        <w:t xml:space="preserve"> </w:t>
      </w:r>
      <w:r w:rsidRPr="00FC0B6D">
        <w:rPr>
          <w:lang w:val="ru-RU"/>
        </w:rPr>
        <w:t xml:space="preserve">та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.</w:t>
      </w:r>
    </w:p>
    <w:p w14:paraId="4A16E7F2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5.7. </w:t>
      </w:r>
      <w:proofErr w:type="spellStart"/>
      <w:r w:rsidRPr="00FC0B6D">
        <w:rPr>
          <w:lang w:val="ru-RU"/>
        </w:rPr>
        <w:t>Рамковий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укладатися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декілька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років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охоплювати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декілька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Індивідуальні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конкретного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тристороннім</w:t>
      </w:r>
      <w:proofErr w:type="spellEnd"/>
      <w:r w:rsidRPr="00FC0B6D">
        <w:rPr>
          <w:lang w:val="ru-RU"/>
        </w:rPr>
        <w:t xml:space="preserve"> договором та </w:t>
      </w:r>
      <w:proofErr w:type="spellStart"/>
      <w:r w:rsidRPr="00FC0B6D">
        <w:rPr>
          <w:lang w:val="ru-RU"/>
        </w:rPr>
        <w:t>додатками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нього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один </w:t>
      </w:r>
      <w:proofErr w:type="spellStart"/>
      <w:r w:rsidRPr="00FC0B6D">
        <w:rPr>
          <w:lang w:val="ru-RU"/>
        </w:rPr>
        <w:t>багатосторонній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містить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усі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істотні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рамкового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тристороннього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договорів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укладення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окремих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документів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вимагається</w:t>
      </w:r>
      <w:proofErr w:type="spellEnd"/>
      <w:r w:rsidRPr="00FC0B6D">
        <w:rPr>
          <w:lang w:val="ru-RU"/>
        </w:rPr>
        <w:t>.</w:t>
      </w:r>
    </w:p>
    <w:p w14:paraId="6BCD19C3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5.8. Договори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визначати</w:t>
      </w:r>
      <w:proofErr w:type="spellEnd"/>
      <w:r w:rsidRPr="00FC0B6D">
        <w:rPr>
          <w:lang w:val="ru-RU"/>
        </w:rPr>
        <w:t xml:space="preserve"> предмет </w:t>
      </w:r>
      <w:proofErr w:type="spellStart"/>
      <w:r w:rsidRPr="00FC0B6D">
        <w:rPr>
          <w:lang w:val="ru-RU"/>
        </w:rPr>
        <w:t>співпраці</w:t>
      </w:r>
      <w:proofErr w:type="spellEnd"/>
      <w:r w:rsidRPr="00FC0B6D">
        <w:rPr>
          <w:lang w:val="ru-RU"/>
        </w:rPr>
        <w:t xml:space="preserve">, права та </w:t>
      </w:r>
      <w:proofErr w:type="spellStart"/>
      <w:r w:rsidRPr="00FC0B6D">
        <w:rPr>
          <w:lang w:val="ru-RU"/>
        </w:rPr>
        <w:t>обов’язки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сторін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робочі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, модель і строки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програмні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результати</w:t>
      </w:r>
      <w:proofErr w:type="spellEnd"/>
      <w:r w:rsidRPr="00FC0B6D">
        <w:rPr>
          <w:lang w:val="ru-RU"/>
        </w:rPr>
        <w:t xml:space="preserve">, порядок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, оплату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охорону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фінансове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матеріальне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конфіденційність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інтелектуальну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власність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захист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відповідальність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сторін</w:t>
      </w:r>
      <w:proofErr w:type="spellEnd"/>
      <w:r w:rsidRPr="00FC0B6D">
        <w:rPr>
          <w:lang w:val="ru-RU"/>
        </w:rPr>
        <w:t xml:space="preserve">, порядок </w:t>
      </w:r>
      <w:proofErr w:type="spellStart"/>
      <w:r w:rsidRPr="00FC0B6D">
        <w:rPr>
          <w:lang w:val="ru-RU"/>
        </w:rPr>
        <w:t>зміни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договорів</w:t>
      </w:r>
      <w:proofErr w:type="spellEnd"/>
      <w:r w:rsidRPr="00FC0B6D">
        <w:rPr>
          <w:lang w:val="ru-RU"/>
        </w:rPr>
        <w:t>.</w:t>
      </w:r>
    </w:p>
    <w:p w14:paraId="366233E5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5.9.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права </w:t>
      </w:r>
      <w:proofErr w:type="spellStart"/>
      <w:r w:rsidRPr="00FC0B6D">
        <w:rPr>
          <w:lang w:val="ru-RU"/>
        </w:rPr>
        <w:t>вимагати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плати за </w:t>
      </w:r>
      <w:proofErr w:type="spellStart"/>
      <w:r w:rsidRPr="00FC0B6D">
        <w:rPr>
          <w:lang w:val="ru-RU"/>
        </w:rPr>
        <w:t>надання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участь у </w:t>
      </w:r>
      <w:proofErr w:type="spellStart"/>
      <w:r w:rsidRPr="00FC0B6D">
        <w:rPr>
          <w:lang w:val="ru-RU"/>
        </w:rPr>
        <w:t>дуальній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формі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оплати </w:t>
      </w:r>
      <w:proofErr w:type="spellStart"/>
      <w:r w:rsidRPr="00FC0B6D">
        <w:rPr>
          <w:lang w:val="ru-RU"/>
        </w:rPr>
        <w:t>освітніх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послуг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окремим</w:t>
      </w:r>
      <w:proofErr w:type="spellEnd"/>
      <w:r w:rsidRPr="00FC0B6D">
        <w:rPr>
          <w:lang w:val="ru-RU"/>
        </w:rPr>
        <w:t xml:space="preserve"> договором про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та не </w:t>
      </w:r>
      <w:proofErr w:type="spellStart"/>
      <w:r w:rsidRPr="00FC0B6D">
        <w:rPr>
          <w:lang w:val="ru-RU"/>
        </w:rPr>
        <w:t>змішуються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трудовими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відносинами</w:t>
      </w:r>
      <w:proofErr w:type="spellEnd"/>
      <w:r w:rsidRPr="00FC0B6D">
        <w:rPr>
          <w:lang w:val="ru-RU"/>
        </w:rPr>
        <w:t>.</w:t>
      </w:r>
    </w:p>
    <w:p w14:paraId="706D9ACD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lastRenderedPageBreak/>
        <w:t>6. ВІДБІР І ПЕРЕХІД ЗДОБУВАЧІВ НА ДУАЛЬНУ ФОРМУ</w:t>
      </w:r>
    </w:p>
    <w:p w14:paraId="0B19030E" w14:textId="7757CD7C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6.</w:t>
      </w:r>
      <w:r w:rsidR="001215F5">
        <w:rPr>
          <w:lang w:val="uk-UA"/>
        </w:rPr>
        <w:t>1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вступник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право </w:t>
      </w:r>
      <w:proofErr w:type="spellStart"/>
      <w:r w:rsidRPr="00FC0B6D">
        <w:rPr>
          <w:lang w:val="ru-RU"/>
        </w:rPr>
        <w:t>самостійно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знайти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ініціювати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встановлення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співпраці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ним і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Намір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вступника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навчатися</w:t>
      </w:r>
      <w:proofErr w:type="spellEnd"/>
      <w:r w:rsidRPr="00FC0B6D">
        <w:rPr>
          <w:lang w:val="ru-RU"/>
        </w:rPr>
        <w:t xml:space="preserve"> за дуальною формою не </w:t>
      </w:r>
      <w:proofErr w:type="spellStart"/>
      <w:r w:rsidRPr="00FC0B6D">
        <w:rPr>
          <w:lang w:val="ru-RU"/>
        </w:rPr>
        <w:t>замінює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процедури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вступу</w:t>
      </w:r>
      <w:proofErr w:type="spellEnd"/>
      <w:r w:rsidR="001215F5">
        <w:rPr>
          <w:lang w:val="uk-UA"/>
        </w:rPr>
        <w:t xml:space="preserve">. </w:t>
      </w:r>
      <w:r w:rsidRPr="00FC0B6D">
        <w:rPr>
          <w:lang w:val="ru-RU"/>
        </w:rPr>
        <w:t xml:space="preserve"> </w:t>
      </w:r>
    </w:p>
    <w:p w14:paraId="5996D6E6" w14:textId="1ECAA595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6.</w:t>
      </w:r>
      <w:r w:rsidR="001215F5">
        <w:rPr>
          <w:lang w:val="uk-UA"/>
        </w:rPr>
        <w:t>2</w:t>
      </w:r>
      <w:r w:rsidRPr="00FC0B6D">
        <w:rPr>
          <w:lang w:val="ru-RU"/>
        </w:rPr>
        <w:t xml:space="preserve">. Участь </w:t>
      </w:r>
      <w:proofErr w:type="spellStart"/>
      <w:r w:rsidRPr="00FC0B6D">
        <w:rPr>
          <w:lang w:val="ru-RU"/>
        </w:rPr>
        <w:t>здобувача</w:t>
      </w:r>
      <w:proofErr w:type="spellEnd"/>
      <w:r w:rsidR="001215F5">
        <w:rPr>
          <w:lang w:val="uk-UA"/>
        </w:rPr>
        <w:t xml:space="preserve"> для денної форми здобуття освіти</w:t>
      </w:r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дуальній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формі</w:t>
      </w:r>
      <w:proofErr w:type="spellEnd"/>
      <w:r w:rsidRPr="00FC0B6D">
        <w:rPr>
          <w:lang w:val="ru-RU"/>
        </w:rPr>
        <w:t xml:space="preserve"> є </w:t>
      </w:r>
      <w:proofErr w:type="spellStart"/>
      <w:r w:rsidRPr="00FC0B6D">
        <w:rPr>
          <w:lang w:val="ru-RU"/>
        </w:rPr>
        <w:t>добровільною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Примушування</w:t>
      </w:r>
      <w:proofErr w:type="spellEnd"/>
      <w:r w:rsidRPr="00FC0B6D">
        <w:rPr>
          <w:lang w:val="ru-RU"/>
        </w:rPr>
        <w:t xml:space="preserve"> до переходу на </w:t>
      </w:r>
      <w:proofErr w:type="spellStart"/>
      <w:r w:rsidRPr="00FC0B6D">
        <w:rPr>
          <w:lang w:val="ru-RU"/>
        </w:rPr>
        <w:t>дуальну</w:t>
      </w:r>
      <w:proofErr w:type="spellEnd"/>
      <w:r w:rsidRPr="00FC0B6D">
        <w:rPr>
          <w:lang w:val="ru-RU"/>
        </w:rPr>
        <w:t xml:space="preserve"> форму, </w:t>
      </w:r>
      <w:proofErr w:type="spellStart"/>
      <w:r w:rsidRPr="00FC0B6D">
        <w:rPr>
          <w:lang w:val="ru-RU"/>
        </w:rPr>
        <w:t>вибору</w:t>
      </w:r>
      <w:proofErr w:type="spellEnd"/>
      <w:r w:rsidRPr="00FC0B6D">
        <w:rPr>
          <w:lang w:val="ru-RU"/>
        </w:rPr>
        <w:t xml:space="preserve"> конкретного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продовження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відносин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допускається</w:t>
      </w:r>
      <w:proofErr w:type="spellEnd"/>
      <w:r w:rsidRPr="00FC0B6D">
        <w:rPr>
          <w:lang w:val="ru-RU"/>
        </w:rPr>
        <w:t>.</w:t>
      </w:r>
    </w:p>
    <w:p w14:paraId="0ABF12D8" w14:textId="0CFF20F9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6.</w:t>
      </w:r>
      <w:r w:rsidR="001215F5">
        <w:rPr>
          <w:lang w:val="uk-UA"/>
        </w:rPr>
        <w:t>3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Відбір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спільно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>.</w:t>
      </w:r>
    </w:p>
    <w:p w14:paraId="5F42A16A" w14:textId="5B0AF379" w:rsidR="00412924" w:rsidRPr="0096496A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6.</w:t>
      </w:r>
      <w:r w:rsidR="001215F5">
        <w:rPr>
          <w:lang w:val="uk-UA"/>
        </w:rPr>
        <w:t>4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встановлювати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обґрунтовані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професійні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кваліфікаційні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медичні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безпосередньо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пов’язані</w:t>
      </w:r>
      <w:proofErr w:type="spellEnd"/>
      <w:r w:rsidRPr="00FC0B6D">
        <w:rPr>
          <w:lang w:val="ru-RU"/>
        </w:rPr>
        <w:t xml:space="preserve"> </w:t>
      </w:r>
      <w:r w:rsidRPr="0096496A">
        <w:rPr>
          <w:lang w:val="ru-RU"/>
        </w:rPr>
        <w:t xml:space="preserve">з характером </w:t>
      </w:r>
      <w:proofErr w:type="spellStart"/>
      <w:r w:rsidRPr="0096496A">
        <w:rPr>
          <w:lang w:val="ru-RU"/>
        </w:rPr>
        <w:t>роботи</w:t>
      </w:r>
      <w:proofErr w:type="spellEnd"/>
      <w:r w:rsidRPr="0096496A">
        <w:rPr>
          <w:lang w:val="ru-RU"/>
        </w:rPr>
        <w:t xml:space="preserve">, з </w:t>
      </w:r>
      <w:proofErr w:type="spellStart"/>
      <w:r w:rsidRPr="0096496A">
        <w:rPr>
          <w:lang w:val="ru-RU"/>
        </w:rPr>
        <w:t>дотриманням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принципів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рівності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недискримінації</w:t>
      </w:r>
      <w:proofErr w:type="spellEnd"/>
      <w:r w:rsidRPr="0096496A">
        <w:rPr>
          <w:lang w:val="ru-RU"/>
        </w:rPr>
        <w:t>.</w:t>
      </w:r>
    </w:p>
    <w:p w14:paraId="18601D04" w14:textId="77777777" w:rsidR="005F6D8B" w:rsidRDefault="005F6D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>6.</w:t>
      </w:r>
      <w:r w:rsidRPr="0096496A">
        <w:rPr>
          <w:lang w:val="uk-UA"/>
        </w:rPr>
        <w:t>5</w:t>
      </w:r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Підставами</w:t>
      </w:r>
      <w:proofErr w:type="spellEnd"/>
      <w:r w:rsidRPr="0096496A">
        <w:rPr>
          <w:lang w:val="ru-RU"/>
        </w:rPr>
        <w:t xml:space="preserve"> для </w:t>
      </w:r>
      <w:proofErr w:type="spellStart"/>
      <w:r w:rsidRPr="0096496A">
        <w:rPr>
          <w:lang w:val="ru-RU"/>
        </w:rPr>
        <w:t>видання</w:t>
      </w:r>
      <w:proofErr w:type="spellEnd"/>
      <w:r w:rsidRPr="0096496A">
        <w:rPr>
          <w:lang w:val="ru-RU"/>
        </w:rPr>
        <w:t xml:space="preserve"> наказу ректора про </w:t>
      </w:r>
      <w:proofErr w:type="spellStart"/>
      <w:r w:rsidRPr="0096496A">
        <w:rPr>
          <w:lang w:val="ru-RU"/>
        </w:rPr>
        <w:t>перехід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здобувача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дуальну</w:t>
      </w:r>
      <w:proofErr w:type="spellEnd"/>
      <w:r w:rsidRPr="0096496A">
        <w:rPr>
          <w:lang w:val="ru-RU"/>
        </w:rPr>
        <w:t xml:space="preserve"> форму є:</w:t>
      </w:r>
    </w:p>
    <w:p w14:paraId="3A45E43E" w14:textId="16CDCF60" w:rsidR="005F6D8B" w:rsidRPr="005F6D8B" w:rsidRDefault="005F6D8B" w:rsidP="00EA5407">
      <w:pPr>
        <w:pStyle w:val="ListParagraph"/>
        <w:numPr>
          <w:ilvl w:val="0"/>
          <w:numId w:val="12"/>
        </w:numPr>
        <w:spacing w:line="240" w:lineRule="auto"/>
        <w:rPr>
          <w:szCs w:val="28"/>
          <w:lang w:val="ru-RU"/>
        </w:rPr>
      </w:pPr>
      <w:proofErr w:type="spellStart"/>
      <w:r w:rsidRPr="005F6D8B">
        <w:rPr>
          <w:szCs w:val="28"/>
          <w:lang w:val="ru-RU"/>
        </w:rPr>
        <w:t>укладений</w:t>
      </w:r>
      <w:proofErr w:type="spellEnd"/>
      <w:r w:rsidRPr="005F6D8B">
        <w:rPr>
          <w:szCs w:val="28"/>
          <w:lang w:val="ru-RU"/>
        </w:rPr>
        <w:t xml:space="preserve"> </w:t>
      </w:r>
      <w:proofErr w:type="spellStart"/>
      <w:r w:rsidRPr="005F6D8B">
        <w:rPr>
          <w:szCs w:val="28"/>
          <w:lang w:val="ru-RU"/>
        </w:rPr>
        <w:t>рамковий</w:t>
      </w:r>
      <w:proofErr w:type="spellEnd"/>
      <w:r w:rsidRPr="005F6D8B">
        <w:rPr>
          <w:szCs w:val="28"/>
          <w:lang w:val="ru-RU"/>
        </w:rPr>
        <w:t xml:space="preserve"> </w:t>
      </w:r>
      <w:r w:rsidRPr="005F6D8B">
        <w:rPr>
          <w:rFonts w:cs="Times New Roman"/>
          <w:szCs w:val="28"/>
          <w:lang w:val="uk-UA"/>
        </w:rPr>
        <w:t>договір про співпрацю щодо організації дуальної форми здобуття вищої освіти із роботодавце</w:t>
      </w:r>
      <w:r w:rsidRPr="005F6D8B">
        <w:rPr>
          <w:rFonts w:cs="Times New Roman"/>
          <w:i/>
          <w:szCs w:val="28"/>
          <w:lang w:val="uk-UA"/>
        </w:rPr>
        <w:t>м</w:t>
      </w:r>
      <w:r w:rsidRPr="005F6D8B">
        <w:rPr>
          <w:szCs w:val="28"/>
          <w:lang w:val="ru-RU"/>
        </w:rPr>
        <w:t xml:space="preserve"> (</w:t>
      </w:r>
      <w:proofErr w:type="spellStart"/>
      <w:r w:rsidRPr="005F6D8B">
        <w:rPr>
          <w:szCs w:val="28"/>
          <w:lang w:val="ru-RU"/>
        </w:rPr>
        <w:t>двосторонній</w:t>
      </w:r>
      <w:proofErr w:type="spellEnd"/>
      <w:r w:rsidRPr="005F6D8B">
        <w:rPr>
          <w:szCs w:val="28"/>
          <w:lang w:val="ru-RU"/>
        </w:rPr>
        <w:t xml:space="preserve"> </w:t>
      </w:r>
      <w:proofErr w:type="spellStart"/>
      <w:r w:rsidRPr="005F6D8B">
        <w:rPr>
          <w:szCs w:val="28"/>
          <w:lang w:val="ru-RU"/>
        </w:rPr>
        <w:t>договір</w:t>
      </w:r>
      <w:proofErr w:type="spellEnd"/>
      <w:r w:rsidRPr="005F6D8B">
        <w:rPr>
          <w:szCs w:val="28"/>
          <w:lang w:val="ru-RU"/>
        </w:rPr>
        <w:t xml:space="preserve">, </w:t>
      </w:r>
      <w:proofErr w:type="spellStart"/>
      <w:r w:rsidRPr="005F6D8B">
        <w:rPr>
          <w:szCs w:val="28"/>
          <w:lang w:val="ru-RU"/>
        </w:rPr>
        <w:t>додаток</w:t>
      </w:r>
      <w:proofErr w:type="spellEnd"/>
      <w:r w:rsidRPr="005F6D8B">
        <w:rPr>
          <w:szCs w:val="28"/>
          <w:lang w:val="ru-RU"/>
        </w:rPr>
        <w:t xml:space="preserve"> Б);</w:t>
      </w:r>
    </w:p>
    <w:p w14:paraId="2651E46F" w14:textId="43FBCF3B" w:rsidR="005F6D8B" w:rsidRPr="005F6D8B" w:rsidRDefault="005F6D8B" w:rsidP="00EA5407">
      <w:pPr>
        <w:pStyle w:val="ListParagraph"/>
        <w:numPr>
          <w:ilvl w:val="0"/>
          <w:numId w:val="12"/>
        </w:numPr>
        <w:spacing w:line="240" w:lineRule="auto"/>
        <w:rPr>
          <w:lang w:val="ru-RU"/>
        </w:rPr>
      </w:pPr>
      <w:proofErr w:type="spellStart"/>
      <w:r w:rsidRPr="005F6D8B">
        <w:rPr>
          <w:lang w:val="ru-RU"/>
        </w:rPr>
        <w:t>заява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здобувача</w:t>
      </w:r>
      <w:proofErr w:type="spellEnd"/>
      <w:r w:rsidRPr="005F6D8B">
        <w:rPr>
          <w:lang w:val="ru-RU"/>
        </w:rPr>
        <w:t xml:space="preserve">  про </w:t>
      </w:r>
      <w:proofErr w:type="spellStart"/>
      <w:r w:rsidRPr="005F6D8B">
        <w:rPr>
          <w:lang w:val="ru-RU"/>
        </w:rPr>
        <w:t>перехід</w:t>
      </w:r>
      <w:proofErr w:type="spellEnd"/>
      <w:r w:rsidRPr="005F6D8B">
        <w:rPr>
          <w:lang w:val="ru-RU"/>
        </w:rPr>
        <w:t xml:space="preserve"> на </w:t>
      </w:r>
      <w:proofErr w:type="spellStart"/>
      <w:r w:rsidRPr="005F6D8B">
        <w:rPr>
          <w:lang w:val="ru-RU"/>
        </w:rPr>
        <w:t>дуальну</w:t>
      </w:r>
      <w:proofErr w:type="spellEnd"/>
      <w:r w:rsidRPr="005F6D8B">
        <w:rPr>
          <w:lang w:val="ru-RU"/>
        </w:rPr>
        <w:t xml:space="preserve"> форму </w:t>
      </w:r>
      <w:proofErr w:type="spellStart"/>
      <w:r w:rsidRPr="005F6D8B">
        <w:rPr>
          <w:lang w:val="ru-RU"/>
        </w:rPr>
        <w:t>здобуття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вищої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освіти</w:t>
      </w:r>
      <w:proofErr w:type="spellEnd"/>
      <w:r w:rsidRPr="005F6D8B">
        <w:rPr>
          <w:lang w:val="ru-RU"/>
        </w:rPr>
        <w:t xml:space="preserve"> (</w:t>
      </w:r>
      <w:proofErr w:type="spellStart"/>
      <w:r w:rsidRPr="005F6D8B">
        <w:rPr>
          <w:lang w:val="ru-RU"/>
        </w:rPr>
        <w:t>Додаток</w:t>
      </w:r>
      <w:proofErr w:type="spellEnd"/>
      <w:r w:rsidRPr="005F6D8B">
        <w:rPr>
          <w:lang w:val="ru-RU"/>
        </w:rPr>
        <w:t xml:space="preserve"> Г);</w:t>
      </w:r>
    </w:p>
    <w:p w14:paraId="2EB53BDC" w14:textId="6137C096" w:rsidR="005F6D8B" w:rsidRPr="005F6D8B" w:rsidRDefault="005F6D8B" w:rsidP="00EA5407">
      <w:pPr>
        <w:pStyle w:val="ListParagraph"/>
        <w:numPr>
          <w:ilvl w:val="0"/>
          <w:numId w:val="12"/>
        </w:numPr>
        <w:spacing w:line="240" w:lineRule="auto"/>
        <w:rPr>
          <w:lang w:val="ru-RU"/>
        </w:rPr>
      </w:pPr>
      <w:proofErr w:type="spellStart"/>
      <w:r w:rsidRPr="005F6D8B">
        <w:rPr>
          <w:lang w:val="ru-RU"/>
        </w:rPr>
        <w:t>подання</w:t>
      </w:r>
      <w:proofErr w:type="spellEnd"/>
      <w:r w:rsidRPr="005F6D8B">
        <w:rPr>
          <w:lang w:val="ru-RU"/>
        </w:rPr>
        <w:t xml:space="preserve"> про </w:t>
      </w:r>
      <w:proofErr w:type="spellStart"/>
      <w:r w:rsidRPr="005F6D8B">
        <w:rPr>
          <w:lang w:val="ru-RU"/>
        </w:rPr>
        <w:t>запровадження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дуальної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форми</w:t>
      </w:r>
      <w:proofErr w:type="spellEnd"/>
      <w:r w:rsidRPr="005F6D8B">
        <w:rPr>
          <w:lang w:val="ru-RU"/>
        </w:rPr>
        <w:t xml:space="preserve"> за </w:t>
      </w:r>
      <w:proofErr w:type="spellStart"/>
      <w:r w:rsidRPr="005F6D8B">
        <w:rPr>
          <w:lang w:val="ru-RU"/>
        </w:rPr>
        <w:t>освітньою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програмою</w:t>
      </w:r>
      <w:proofErr w:type="spellEnd"/>
      <w:r w:rsidRPr="005F6D8B">
        <w:rPr>
          <w:lang w:val="ru-RU"/>
        </w:rPr>
        <w:t xml:space="preserve"> (</w:t>
      </w:r>
      <w:proofErr w:type="spellStart"/>
      <w:r w:rsidRPr="005F6D8B">
        <w:rPr>
          <w:lang w:val="ru-RU"/>
        </w:rPr>
        <w:t>висновок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кафедри</w:t>
      </w:r>
      <w:proofErr w:type="spellEnd"/>
      <w:r w:rsidRPr="005F6D8B">
        <w:rPr>
          <w:lang w:val="ru-RU"/>
        </w:rPr>
        <w:t xml:space="preserve"> та гаранта </w:t>
      </w:r>
      <w:proofErr w:type="spellStart"/>
      <w:r w:rsidRPr="005F6D8B">
        <w:rPr>
          <w:lang w:val="ru-RU"/>
        </w:rPr>
        <w:t>освітньої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програми</w:t>
      </w:r>
      <w:proofErr w:type="spellEnd"/>
      <w:r w:rsidRPr="005F6D8B">
        <w:rPr>
          <w:lang w:val="ru-RU"/>
        </w:rPr>
        <w:t xml:space="preserve"> про </w:t>
      </w:r>
      <w:proofErr w:type="spellStart"/>
      <w:r w:rsidRPr="005F6D8B">
        <w:rPr>
          <w:lang w:val="ru-RU"/>
        </w:rPr>
        <w:t>можливість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виконання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навчального</w:t>
      </w:r>
      <w:proofErr w:type="spellEnd"/>
      <w:r w:rsidRPr="005F6D8B">
        <w:rPr>
          <w:lang w:val="ru-RU"/>
        </w:rPr>
        <w:t xml:space="preserve"> плану, </w:t>
      </w:r>
      <w:proofErr w:type="spellStart"/>
      <w:r w:rsidRPr="005F6D8B">
        <w:rPr>
          <w:lang w:val="ru-RU"/>
        </w:rPr>
        <w:t>додаток</w:t>
      </w:r>
      <w:proofErr w:type="spellEnd"/>
      <w:r w:rsidRPr="005F6D8B">
        <w:rPr>
          <w:lang w:val="ru-RU"/>
        </w:rPr>
        <w:t xml:space="preserve"> А);</w:t>
      </w:r>
    </w:p>
    <w:p w14:paraId="79C62FF9" w14:textId="75AFF2BC" w:rsidR="005F6D8B" w:rsidRPr="005F6D8B" w:rsidRDefault="005F6D8B" w:rsidP="00EA540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"/>
        <w:rPr>
          <w:lang w:val="ru-RU"/>
        </w:rPr>
      </w:pPr>
      <w:proofErr w:type="spellStart"/>
      <w:r w:rsidRPr="005F6D8B">
        <w:rPr>
          <w:lang w:val="ru-RU"/>
        </w:rPr>
        <w:t>укладений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договір</w:t>
      </w:r>
      <w:proofErr w:type="spellEnd"/>
      <w:r w:rsidRPr="005F6D8B">
        <w:rPr>
          <w:lang w:val="ru-RU"/>
        </w:rPr>
        <w:t xml:space="preserve"> </w:t>
      </w:r>
      <w:r w:rsidRPr="005F6D8B">
        <w:rPr>
          <w:rFonts w:cs="Times New Roman"/>
          <w:sz w:val="26"/>
          <w:szCs w:val="26"/>
          <w:lang w:val="ru-RU"/>
        </w:rPr>
        <w:t xml:space="preserve">про </w:t>
      </w:r>
      <w:proofErr w:type="spellStart"/>
      <w:r w:rsidRPr="005F6D8B">
        <w:rPr>
          <w:rFonts w:cs="Times New Roman"/>
          <w:sz w:val="26"/>
          <w:szCs w:val="26"/>
          <w:lang w:val="ru-RU"/>
        </w:rPr>
        <w:t>здобуття</w:t>
      </w:r>
      <w:proofErr w:type="spellEnd"/>
      <w:r w:rsidRPr="005F6D8B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Pr="005F6D8B">
        <w:rPr>
          <w:rFonts w:cs="Times New Roman"/>
          <w:sz w:val="26"/>
          <w:szCs w:val="26"/>
          <w:lang w:val="ru-RU"/>
        </w:rPr>
        <w:t>вищої</w:t>
      </w:r>
      <w:proofErr w:type="spellEnd"/>
      <w:r w:rsidRPr="005F6D8B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Pr="005F6D8B">
        <w:rPr>
          <w:rFonts w:cs="Times New Roman"/>
          <w:sz w:val="26"/>
          <w:szCs w:val="26"/>
          <w:lang w:val="ru-RU"/>
        </w:rPr>
        <w:t>освіти</w:t>
      </w:r>
      <w:proofErr w:type="spellEnd"/>
      <w:r w:rsidRPr="005F6D8B">
        <w:rPr>
          <w:rFonts w:cs="Times New Roman"/>
          <w:sz w:val="26"/>
          <w:szCs w:val="26"/>
          <w:lang w:val="ru-RU"/>
        </w:rPr>
        <w:t xml:space="preserve"> за дуальною </w:t>
      </w:r>
      <w:proofErr w:type="gramStart"/>
      <w:r w:rsidRPr="005F6D8B">
        <w:rPr>
          <w:rFonts w:cs="Times New Roman"/>
          <w:sz w:val="26"/>
          <w:szCs w:val="26"/>
          <w:lang w:val="ru-RU"/>
        </w:rPr>
        <w:t xml:space="preserve">формою </w:t>
      </w:r>
      <w:r w:rsidRPr="005F6D8B">
        <w:rPr>
          <w:lang w:val="ru-RU"/>
        </w:rPr>
        <w:t xml:space="preserve"> (</w:t>
      </w:r>
      <w:proofErr w:type="spellStart"/>
      <w:proofErr w:type="gramEnd"/>
      <w:r w:rsidRPr="005F6D8B">
        <w:rPr>
          <w:lang w:val="ru-RU"/>
        </w:rPr>
        <w:t>тристоронній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договір</w:t>
      </w:r>
      <w:proofErr w:type="spellEnd"/>
      <w:r w:rsidRPr="005F6D8B">
        <w:rPr>
          <w:lang w:val="ru-RU"/>
        </w:rPr>
        <w:t xml:space="preserve">, </w:t>
      </w:r>
      <w:proofErr w:type="spellStart"/>
      <w:r w:rsidRPr="005F6D8B">
        <w:rPr>
          <w:lang w:val="ru-RU"/>
        </w:rPr>
        <w:t>додаток</w:t>
      </w:r>
      <w:proofErr w:type="spellEnd"/>
      <w:r w:rsidRPr="005F6D8B">
        <w:rPr>
          <w:lang w:val="ru-RU"/>
        </w:rPr>
        <w:t xml:space="preserve"> В)</w:t>
      </w:r>
    </w:p>
    <w:p w14:paraId="432B677B" w14:textId="6DE81B37" w:rsidR="005F6D8B" w:rsidRPr="005F6D8B" w:rsidRDefault="005F6D8B" w:rsidP="00EA540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"/>
        <w:rPr>
          <w:lang w:val="ru-RU"/>
        </w:rPr>
      </w:pPr>
      <w:proofErr w:type="spellStart"/>
      <w:r w:rsidRPr="005F6D8B">
        <w:rPr>
          <w:lang w:val="ru-RU"/>
        </w:rPr>
        <w:t>укладений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трудовий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договір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між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роботодавцем</w:t>
      </w:r>
      <w:proofErr w:type="spellEnd"/>
      <w:r w:rsidRPr="005F6D8B">
        <w:rPr>
          <w:lang w:val="ru-RU"/>
        </w:rPr>
        <w:t xml:space="preserve"> та </w:t>
      </w:r>
      <w:proofErr w:type="spellStart"/>
      <w:r w:rsidRPr="005F6D8B">
        <w:rPr>
          <w:lang w:val="ru-RU"/>
        </w:rPr>
        <w:t>здобувачем</w:t>
      </w:r>
      <w:proofErr w:type="spellEnd"/>
      <w:r w:rsidRPr="005F6D8B">
        <w:rPr>
          <w:lang w:val="ru-RU"/>
        </w:rPr>
        <w:t xml:space="preserve"> (документ про </w:t>
      </w:r>
      <w:proofErr w:type="spellStart"/>
      <w:r w:rsidRPr="005F6D8B">
        <w:rPr>
          <w:lang w:val="ru-RU"/>
        </w:rPr>
        <w:t>трудові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відносини</w:t>
      </w:r>
      <w:proofErr w:type="spellEnd"/>
      <w:r w:rsidRPr="005F6D8B">
        <w:rPr>
          <w:lang w:val="ru-RU"/>
        </w:rPr>
        <w:t>);</w:t>
      </w:r>
    </w:p>
    <w:p w14:paraId="732DB59E" w14:textId="60C4C884" w:rsidR="005F6D8B" w:rsidRPr="005F6D8B" w:rsidRDefault="005F6D8B" w:rsidP="00EA5407">
      <w:pPr>
        <w:pStyle w:val="ListParagraph"/>
        <w:numPr>
          <w:ilvl w:val="0"/>
          <w:numId w:val="12"/>
        </w:numPr>
        <w:spacing w:line="240" w:lineRule="auto"/>
        <w:rPr>
          <w:lang w:val="ru-RU"/>
        </w:rPr>
      </w:pPr>
      <w:proofErr w:type="spellStart"/>
      <w:r w:rsidRPr="005F6D8B">
        <w:rPr>
          <w:lang w:val="ru-RU"/>
        </w:rPr>
        <w:t>затверджені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навчальний</w:t>
      </w:r>
      <w:proofErr w:type="spellEnd"/>
      <w:r w:rsidRPr="005F6D8B">
        <w:rPr>
          <w:lang w:val="ru-RU"/>
        </w:rPr>
        <w:t xml:space="preserve"> план, </w:t>
      </w:r>
      <w:proofErr w:type="spellStart"/>
      <w:r w:rsidRPr="005F6D8B">
        <w:rPr>
          <w:lang w:val="ru-RU"/>
        </w:rPr>
        <w:t>індивідуальний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навчальний</w:t>
      </w:r>
      <w:proofErr w:type="spellEnd"/>
      <w:r w:rsidRPr="005F6D8B">
        <w:rPr>
          <w:lang w:val="ru-RU"/>
        </w:rPr>
        <w:t xml:space="preserve"> план (</w:t>
      </w:r>
      <w:proofErr w:type="spellStart"/>
      <w:r w:rsidRPr="005F6D8B">
        <w:rPr>
          <w:lang w:val="ru-RU"/>
        </w:rPr>
        <w:t>Додаток</w:t>
      </w:r>
      <w:proofErr w:type="spellEnd"/>
      <w:r w:rsidRPr="005F6D8B">
        <w:rPr>
          <w:lang w:val="ru-RU"/>
        </w:rPr>
        <w:t xml:space="preserve"> Д) і </w:t>
      </w:r>
      <w:proofErr w:type="spellStart"/>
      <w:r w:rsidRPr="005F6D8B">
        <w:rPr>
          <w:lang w:val="ru-RU"/>
        </w:rPr>
        <w:t>програма</w:t>
      </w:r>
      <w:proofErr w:type="spellEnd"/>
      <w:r w:rsidRPr="005F6D8B">
        <w:rPr>
          <w:lang w:val="ru-RU"/>
        </w:rPr>
        <w:t xml:space="preserve"> практичного </w:t>
      </w:r>
      <w:proofErr w:type="spellStart"/>
      <w:r w:rsidRPr="005F6D8B">
        <w:rPr>
          <w:lang w:val="ru-RU"/>
        </w:rPr>
        <w:t>навчання</w:t>
      </w:r>
      <w:proofErr w:type="spellEnd"/>
      <w:r w:rsidRPr="005F6D8B">
        <w:rPr>
          <w:lang w:val="ru-RU"/>
        </w:rPr>
        <w:t xml:space="preserve"> на </w:t>
      </w:r>
      <w:proofErr w:type="spellStart"/>
      <w:r w:rsidRPr="005F6D8B">
        <w:rPr>
          <w:lang w:val="ru-RU"/>
        </w:rPr>
        <w:t>робочому</w:t>
      </w:r>
      <w:proofErr w:type="spellEnd"/>
      <w:r w:rsidRPr="005F6D8B">
        <w:rPr>
          <w:lang w:val="ru-RU"/>
        </w:rPr>
        <w:t xml:space="preserve"> </w:t>
      </w:r>
      <w:proofErr w:type="spellStart"/>
      <w:r w:rsidRPr="005F6D8B">
        <w:rPr>
          <w:lang w:val="ru-RU"/>
        </w:rPr>
        <w:t>місці</w:t>
      </w:r>
      <w:proofErr w:type="spellEnd"/>
      <w:r w:rsidRPr="005F6D8B">
        <w:rPr>
          <w:lang w:val="ru-RU"/>
        </w:rPr>
        <w:t xml:space="preserve"> (</w:t>
      </w:r>
      <w:proofErr w:type="spellStart"/>
      <w:r w:rsidRPr="005F6D8B">
        <w:rPr>
          <w:lang w:val="ru-RU"/>
        </w:rPr>
        <w:t>Додаток</w:t>
      </w:r>
      <w:proofErr w:type="spellEnd"/>
      <w:r w:rsidRPr="005F6D8B">
        <w:rPr>
          <w:lang w:val="ru-RU"/>
        </w:rPr>
        <w:t xml:space="preserve"> Е).</w:t>
      </w:r>
    </w:p>
    <w:p w14:paraId="02228EDD" w14:textId="61E0E8AF" w:rsidR="00412924" w:rsidRPr="00FC0B6D" w:rsidRDefault="005F6D8B" w:rsidP="00EA5407">
      <w:pPr>
        <w:spacing w:line="240" w:lineRule="auto"/>
        <w:ind w:left="425" w:hanging="283"/>
        <w:rPr>
          <w:lang w:val="ru-RU"/>
        </w:rPr>
      </w:pPr>
      <w:r>
        <w:rPr>
          <w:lang w:val="ru-RU"/>
        </w:rPr>
        <w:t>6.</w:t>
      </w:r>
      <w:r w:rsidR="007E3A39">
        <w:rPr>
          <w:lang w:val="ru-RU"/>
        </w:rPr>
        <w:t>6</w:t>
      </w:r>
      <w:r>
        <w:rPr>
          <w:lang w:val="ru-RU"/>
        </w:rPr>
        <w:t>.</w:t>
      </w:r>
      <w:r w:rsidR="0021128B" w:rsidRPr="00FC0B6D">
        <w:rPr>
          <w:lang w:val="ru-RU"/>
        </w:rPr>
        <w:t xml:space="preserve"> У </w:t>
      </w:r>
      <w:proofErr w:type="spellStart"/>
      <w:r w:rsidR="0021128B" w:rsidRPr="00FC0B6D">
        <w:rPr>
          <w:lang w:val="ru-RU"/>
        </w:rPr>
        <w:t>наказі</w:t>
      </w:r>
      <w:proofErr w:type="spellEnd"/>
      <w:r w:rsidR="0021128B" w:rsidRPr="00FC0B6D">
        <w:rPr>
          <w:lang w:val="ru-RU"/>
        </w:rPr>
        <w:t xml:space="preserve"> ректора </w:t>
      </w:r>
      <w:proofErr w:type="spellStart"/>
      <w:r w:rsidR="0021128B" w:rsidRPr="00FC0B6D">
        <w:rPr>
          <w:lang w:val="ru-RU"/>
        </w:rPr>
        <w:t>зазначаються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здобувач</w:t>
      </w:r>
      <w:proofErr w:type="spellEnd"/>
      <w:r w:rsidR="0021128B" w:rsidRPr="00FC0B6D">
        <w:rPr>
          <w:lang w:val="ru-RU"/>
        </w:rPr>
        <w:t xml:space="preserve">, </w:t>
      </w:r>
      <w:proofErr w:type="spellStart"/>
      <w:r w:rsidR="0021128B" w:rsidRPr="00FC0B6D">
        <w:rPr>
          <w:lang w:val="ru-RU"/>
        </w:rPr>
        <w:t>освітня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програма</w:t>
      </w:r>
      <w:proofErr w:type="spellEnd"/>
      <w:r w:rsidR="0021128B" w:rsidRPr="00FC0B6D">
        <w:rPr>
          <w:lang w:val="ru-RU"/>
        </w:rPr>
        <w:t xml:space="preserve">, </w:t>
      </w:r>
      <w:proofErr w:type="spellStart"/>
      <w:r w:rsidR="0021128B" w:rsidRPr="00FC0B6D">
        <w:rPr>
          <w:lang w:val="ru-RU"/>
        </w:rPr>
        <w:t>роботодавець</w:t>
      </w:r>
      <w:proofErr w:type="spellEnd"/>
      <w:r w:rsidR="0021128B" w:rsidRPr="00FC0B6D">
        <w:rPr>
          <w:lang w:val="ru-RU"/>
        </w:rPr>
        <w:t xml:space="preserve">, </w:t>
      </w:r>
      <w:proofErr w:type="spellStart"/>
      <w:r w:rsidR="0021128B" w:rsidRPr="00FC0B6D">
        <w:rPr>
          <w:lang w:val="ru-RU"/>
        </w:rPr>
        <w:t>період</w:t>
      </w:r>
      <w:proofErr w:type="spellEnd"/>
      <w:r w:rsidR="0021128B" w:rsidRPr="00FC0B6D">
        <w:rPr>
          <w:lang w:val="ru-RU"/>
        </w:rPr>
        <w:t xml:space="preserve"> і модель дуального </w:t>
      </w:r>
      <w:proofErr w:type="spellStart"/>
      <w:r w:rsidR="0021128B" w:rsidRPr="00FC0B6D">
        <w:rPr>
          <w:lang w:val="ru-RU"/>
        </w:rPr>
        <w:t>навчання</w:t>
      </w:r>
      <w:proofErr w:type="spellEnd"/>
      <w:r w:rsidR="0021128B" w:rsidRPr="00FC0B6D">
        <w:rPr>
          <w:lang w:val="ru-RU"/>
        </w:rPr>
        <w:t xml:space="preserve">, куратор, координатор </w:t>
      </w:r>
      <w:proofErr w:type="spellStart"/>
      <w:r w:rsidR="0021128B" w:rsidRPr="00FC0B6D">
        <w:rPr>
          <w:lang w:val="ru-RU"/>
        </w:rPr>
        <w:t>від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Університету</w:t>
      </w:r>
      <w:proofErr w:type="spellEnd"/>
      <w:r w:rsidR="0021128B" w:rsidRPr="00FC0B6D">
        <w:rPr>
          <w:lang w:val="ru-RU"/>
        </w:rPr>
        <w:t xml:space="preserve"> та </w:t>
      </w:r>
      <w:proofErr w:type="spellStart"/>
      <w:r w:rsidR="0021128B" w:rsidRPr="00FC0B6D">
        <w:rPr>
          <w:lang w:val="ru-RU"/>
        </w:rPr>
        <w:t>інші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необхідні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умови</w:t>
      </w:r>
      <w:proofErr w:type="spellEnd"/>
      <w:r w:rsidR="0021128B" w:rsidRPr="00FC0B6D">
        <w:rPr>
          <w:lang w:val="ru-RU"/>
        </w:rPr>
        <w:t xml:space="preserve">. </w:t>
      </w:r>
      <w:proofErr w:type="spellStart"/>
      <w:r w:rsidR="0021128B" w:rsidRPr="00FC0B6D">
        <w:rPr>
          <w:lang w:val="ru-RU"/>
        </w:rPr>
        <w:t>Можуть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видаватися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індивідуальні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або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зведені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накази</w:t>
      </w:r>
      <w:proofErr w:type="spellEnd"/>
      <w:r w:rsidR="0021128B" w:rsidRPr="00FC0B6D">
        <w:rPr>
          <w:lang w:val="ru-RU"/>
        </w:rPr>
        <w:t>.</w:t>
      </w:r>
    </w:p>
    <w:p w14:paraId="02CF788D" w14:textId="46F54A04" w:rsidR="00412924" w:rsidRPr="00FC0B6D" w:rsidRDefault="005F6D8B" w:rsidP="00EA5407">
      <w:pPr>
        <w:spacing w:line="240" w:lineRule="auto"/>
        <w:rPr>
          <w:lang w:val="ru-RU"/>
        </w:rPr>
      </w:pPr>
      <w:r>
        <w:rPr>
          <w:lang w:val="ru-RU"/>
        </w:rPr>
        <w:t>6.</w:t>
      </w:r>
      <w:r w:rsidR="007E3A39">
        <w:rPr>
          <w:lang w:val="ru-RU"/>
        </w:rPr>
        <w:t>7</w:t>
      </w:r>
      <w:r w:rsidR="0021128B" w:rsidRPr="00FC0B6D">
        <w:rPr>
          <w:lang w:val="ru-RU"/>
        </w:rPr>
        <w:t xml:space="preserve">. </w:t>
      </w:r>
      <w:proofErr w:type="spellStart"/>
      <w:r w:rsidR="0021128B" w:rsidRPr="00FC0B6D">
        <w:rPr>
          <w:lang w:val="ru-RU"/>
        </w:rPr>
        <w:t>Відомості</w:t>
      </w:r>
      <w:proofErr w:type="spellEnd"/>
      <w:r w:rsidR="0021128B" w:rsidRPr="00FC0B6D">
        <w:rPr>
          <w:lang w:val="ru-RU"/>
        </w:rPr>
        <w:t xml:space="preserve"> про </w:t>
      </w:r>
      <w:proofErr w:type="spellStart"/>
      <w:r w:rsidR="0021128B" w:rsidRPr="00FC0B6D">
        <w:rPr>
          <w:lang w:val="ru-RU"/>
        </w:rPr>
        <w:t>дуальну</w:t>
      </w:r>
      <w:proofErr w:type="spellEnd"/>
      <w:r w:rsidR="0021128B" w:rsidRPr="00FC0B6D">
        <w:rPr>
          <w:lang w:val="ru-RU"/>
        </w:rPr>
        <w:t xml:space="preserve"> форму </w:t>
      </w:r>
      <w:proofErr w:type="spellStart"/>
      <w:r w:rsidR="0021128B" w:rsidRPr="00FC0B6D">
        <w:rPr>
          <w:lang w:val="ru-RU"/>
        </w:rPr>
        <w:t>відображаються</w:t>
      </w:r>
      <w:proofErr w:type="spellEnd"/>
      <w:r w:rsidR="0021128B" w:rsidRPr="00FC0B6D">
        <w:rPr>
          <w:lang w:val="ru-RU"/>
        </w:rPr>
        <w:t xml:space="preserve"> в </w:t>
      </w:r>
      <w:proofErr w:type="spellStart"/>
      <w:r w:rsidR="0021128B" w:rsidRPr="00FC0B6D">
        <w:rPr>
          <w:lang w:val="ru-RU"/>
        </w:rPr>
        <w:t>Єдиній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державній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електронній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базі</w:t>
      </w:r>
      <w:proofErr w:type="spellEnd"/>
      <w:r w:rsidR="0021128B" w:rsidRPr="00FC0B6D">
        <w:rPr>
          <w:lang w:val="ru-RU"/>
        </w:rPr>
        <w:t xml:space="preserve"> з </w:t>
      </w:r>
      <w:proofErr w:type="spellStart"/>
      <w:r w:rsidR="0021128B" w:rsidRPr="00FC0B6D">
        <w:rPr>
          <w:lang w:val="ru-RU"/>
        </w:rPr>
        <w:t>питань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освіти</w:t>
      </w:r>
      <w:proofErr w:type="spellEnd"/>
      <w:r w:rsidR="0021128B" w:rsidRPr="00FC0B6D">
        <w:rPr>
          <w:lang w:val="ru-RU"/>
        </w:rPr>
        <w:t xml:space="preserve"> в межах </w:t>
      </w:r>
      <w:proofErr w:type="spellStart"/>
      <w:r w:rsidR="0021128B" w:rsidRPr="00FC0B6D">
        <w:rPr>
          <w:lang w:val="ru-RU"/>
        </w:rPr>
        <w:t>наявного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функціоналу</w:t>
      </w:r>
      <w:proofErr w:type="spellEnd"/>
      <w:r w:rsidR="0021128B" w:rsidRPr="00FC0B6D">
        <w:rPr>
          <w:lang w:val="ru-RU"/>
        </w:rPr>
        <w:t>.</w:t>
      </w:r>
    </w:p>
    <w:p w14:paraId="6C50588B" w14:textId="75314E4A" w:rsidR="00412924" w:rsidRDefault="005F6D8B" w:rsidP="00EA5407">
      <w:pPr>
        <w:spacing w:line="240" w:lineRule="auto"/>
        <w:rPr>
          <w:lang w:val="ru-RU"/>
        </w:rPr>
      </w:pPr>
      <w:r>
        <w:rPr>
          <w:lang w:val="ru-RU"/>
        </w:rPr>
        <w:t>6.</w:t>
      </w:r>
      <w:r w:rsidR="007E3A39">
        <w:rPr>
          <w:lang w:val="ru-RU"/>
        </w:rPr>
        <w:t>8</w:t>
      </w:r>
      <w:r w:rsidR="0021128B" w:rsidRPr="00FC0B6D">
        <w:rPr>
          <w:lang w:val="ru-RU"/>
        </w:rPr>
        <w:t xml:space="preserve">. </w:t>
      </w:r>
      <w:proofErr w:type="spellStart"/>
      <w:r w:rsidR="0021128B" w:rsidRPr="00FC0B6D">
        <w:rPr>
          <w:lang w:val="ru-RU"/>
        </w:rPr>
        <w:t>Здобувач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має</w:t>
      </w:r>
      <w:proofErr w:type="spellEnd"/>
      <w:r w:rsidR="0021128B" w:rsidRPr="00FC0B6D">
        <w:rPr>
          <w:lang w:val="ru-RU"/>
        </w:rPr>
        <w:t xml:space="preserve"> право </w:t>
      </w:r>
      <w:proofErr w:type="spellStart"/>
      <w:r w:rsidR="0021128B" w:rsidRPr="00FC0B6D">
        <w:rPr>
          <w:lang w:val="ru-RU"/>
        </w:rPr>
        <w:t>припинити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навчання</w:t>
      </w:r>
      <w:proofErr w:type="spellEnd"/>
      <w:r w:rsidR="0021128B" w:rsidRPr="00FC0B6D">
        <w:rPr>
          <w:lang w:val="ru-RU"/>
        </w:rPr>
        <w:t xml:space="preserve"> за дуальною формою та </w:t>
      </w:r>
      <w:proofErr w:type="spellStart"/>
      <w:r w:rsidR="0021128B" w:rsidRPr="00FC0B6D">
        <w:rPr>
          <w:lang w:val="ru-RU"/>
        </w:rPr>
        <w:t>продовжити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навчання</w:t>
      </w:r>
      <w:proofErr w:type="spellEnd"/>
      <w:r w:rsidR="0021128B" w:rsidRPr="00FC0B6D">
        <w:rPr>
          <w:lang w:val="ru-RU"/>
        </w:rPr>
        <w:t xml:space="preserve"> за </w:t>
      </w:r>
      <w:proofErr w:type="spellStart"/>
      <w:r w:rsidR="0021128B" w:rsidRPr="00FC0B6D">
        <w:rPr>
          <w:lang w:val="ru-RU"/>
        </w:rPr>
        <w:t>навчальним</w:t>
      </w:r>
      <w:proofErr w:type="spellEnd"/>
      <w:r w:rsidR="0021128B" w:rsidRPr="00FC0B6D">
        <w:rPr>
          <w:lang w:val="ru-RU"/>
        </w:rPr>
        <w:t xml:space="preserve"> планом </w:t>
      </w:r>
      <w:proofErr w:type="spellStart"/>
      <w:r w:rsidR="0021128B" w:rsidRPr="00FC0B6D">
        <w:rPr>
          <w:lang w:val="ru-RU"/>
        </w:rPr>
        <w:t>денної</w:t>
      </w:r>
      <w:proofErr w:type="spellEnd"/>
      <w:r w:rsidR="0021128B" w:rsidRPr="00FC0B6D">
        <w:rPr>
          <w:lang w:val="ru-RU"/>
        </w:rPr>
        <w:t xml:space="preserve"> </w:t>
      </w:r>
      <w:proofErr w:type="spellStart"/>
      <w:r w:rsidR="0021128B" w:rsidRPr="00FC0B6D">
        <w:rPr>
          <w:lang w:val="ru-RU"/>
        </w:rPr>
        <w:t>форми</w:t>
      </w:r>
      <w:proofErr w:type="spellEnd"/>
      <w:r w:rsidR="001215F5">
        <w:rPr>
          <w:lang w:val="uk-UA"/>
        </w:rPr>
        <w:t xml:space="preserve"> здобуття освіти</w:t>
      </w:r>
      <w:r w:rsidR="0021128B" w:rsidRPr="00FC0B6D">
        <w:rPr>
          <w:lang w:val="ru-RU"/>
        </w:rPr>
        <w:t>.</w:t>
      </w:r>
    </w:p>
    <w:p w14:paraId="59B61725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6161BA7C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7. ОРГАНІЗАЦІЯ НАВЧАННЯ НА РОБОЧОМУ МІСЦІ</w:t>
      </w:r>
    </w:p>
    <w:p w14:paraId="7D3C121E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7.1. </w:t>
      </w:r>
      <w:proofErr w:type="spellStart"/>
      <w:r w:rsidRPr="00FC0B6D">
        <w:rPr>
          <w:lang w:val="ru-RU"/>
        </w:rPr>
        <w:t>Обов’язковою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передумовою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є </w:t>
      </w:r>
      <w:proofErr w:type="spellStart"/>
      <w:r w:rsidRPr="00FC0B6D">
        <w:rPr>
          <w:lang w:val="ru-RU"/>
        </w:rPr>
        <w:t>трудовий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Цивільно-правовий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, волонтерство, </w:t>
      </w:r>
      <w:proofErr w:type="spellStart"/>
      <w:r w:rsidRPr="00FC0B6D">
        <w:rPr>
          <w:lang w:val="ru-RU"/>
        </w:rPr>
        <w:t>неоплачуване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стажування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проходження</w:t>
      </w:r>
      <w:proofErr w:type="spellEnd"/>
      <w:r w:rsidRPr="00FC0B6D">
        <w:rPr>
          <w:lang w:val="ru-RU"/>
        </w:rPr>
        <w:t xml:space="preserve"> практики не </w:t>
      </w:r>
      <w:proofErr w:type="spellStart"/>
      <w:r w:rsidRPr="00FC0B6D">
        <w:rPr>
          <w:lang w:val="ru-RU"/>
        </w:rPr>
        <w:t>замінюють</w:t>
      </w:r>
      <w:proofErr w:type="spellEnd"/>
      <w:r w:rsidRPr="00FC0B6D">
        <w:rPr>
          <w:lang w:val="ru-RU"/>
        </w:rPr>
        <w:t xml:space="preserve"> трудового договору для </w:t>
      </w:r>
      <w:proofErr w:type="spellStart"/>
      <w:r w:rsidRPr="00FC0B6D">
        <w:rPr>
          <w:lang w:val="ru-RU"/>
        </w:rPr>
        <w:t>цілей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>.</w:t>
      </w:r>
    </w:p>
    <w:p w14:paraId="048FF865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lastRenderedPageBreak/>
        <w:t xml:space="preserve">7.2.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програмі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систематично </w:t>
      </w:r>
      <w:proofErr w:type="spellStart"/>
      <w:r w:rsidRPr="00FC0B6D">
        <w:rPr>
          <w:lang w:val="ru-RU"/>
        </w:rPr>
        <w:t>залучати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робіт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пов’язані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, не </w:t>
      </w:r>
      <w:proofErr w:type="spellStart"/>
      <w:r w:rsidRPr="00FC0B6D">
        <w:rPr>
          <w:lang w:val="ru-RU"/>
        </w:rPr>
        <w:t>передбачені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договором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створюють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необґрунтований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ризик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життя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здоров’я</w:t>
      </w:r>
      <w:proofErr w:type="spellEnd"/>
      <w:r w:rsidRPr="00FC0B6D">
        <w:rPr>
          <w:lang w:val="ru-RU"/>
        </w:rPr>
        <w:t>.</w:t>
      </w:r>
    </w:p>
    <w:p w14:paraId="2238F8F5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7.3. </w:t>
      </w:r>
      <w:proofErr w:type="spellStart"/>
      <w:r w:rsidRPr="00FC0B6D">
        <w:rPr>
          <w:lang w:val="ru-RU"/>
        </w:rPr>
        <w:t>Робочий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графік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узгоджується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графіком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процесу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Накладення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обов’язкових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навчальних</w:t>
      </w:r>
      <w:proofErr w:type="spellEnd"/>
      <w:r w:rsidRPr="00FC0B6D">
        <w:rPr>
          <w:lang w:val="ru-RU"/>
        </w:rPr>
        <w:t xml:space="preserve"> занять, </w:t>
      </w:r>
      <w:proofErr w:type="spellStart"/>
      <w:r w:rsidRPr="00FC0B6D">
        <w:rPr>
          <w:lang w:val="ru-RU"/>
        </w:rPr>
        <w:t>контрольних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заходів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часу не </w:t>
      </w:r>
      <w:proofErr w:type="spellStart"/>
      <w:r w:rsidRPr="00FC0B6D">
        <w:rPr>
          <w:lang w:val="ru-RU"/>
        </w:rPr>
        <w:t>допускається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крім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випадків</w:t>
      </w:r>
      <w:proofErr w:type="spellEnd"/>
      <w:r w:rsidRPr="00FC0B6D">
        <w:rPr>
          <w:lang w:val="ru-RU"/>
        </w:rPr>
        <w:t xml:space="preserve">, коли </w:t>
      </w:r>
      <w:proofErr w:type="spellStart"/>
      <w:r w:rsidRPr="00FC0B6D">
        <w:rPr>
          <w:lang w:val="ru-RU"/>
        </w:rPr>
        <w:t>відповідне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заняття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офіційно</w:t>
      </w:r>
      <w:proofErr w:type="spellEnd"/>
      <w:r w:rsidRPr="00FC0B6D">
        <w:rPr>
          <w:lang w:val="ru-RU"/>
        </w:rPr>
        <w:t xml:space="preserve"> проводиться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>.</w:t>
      </w:r>
    </w:p>
    <w:p w14:paraId="7EB3A6AB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7.4.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призначає</w:t>
      </w:r>
      <w:proofErr w:type="spellEnd"/>
      <w:r w:rsidRPr="00FC0B6D">
        <w:rPr>
          <w:lang w:val="ru-RU"/>
        </w:rPr>
        <w:t xml:space="preserve"> координатора і наставника. </w:t>
      </w:r>
      <w:proofErr w:type="spellStart"/>
      <w:r w:rsidRPr="00FC0B6D">
        <w:rPr>
          <w:lang w:val="ru-RU"/>
        </w:rPr>
        <w:t>Кількість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закріплених</w:t>
      </w:r>
      <w:proofErr w:type="spellEnd"/>
      <w:r w:rsidRPr="00FC0B6D">
        <w:rPr>
          <w:lang w:val="ru-RU"/>
        </w:rPr>
        <w:t xml:space="preserve"> за одним наставником, </w:t>
      </w:r>
      <w:proofErr w:type="spellStart"/>
      <w:r w:rsidRPr="00FC0B6D">
        <w:rPr>
          <w:lang w:val="ru-RU"/>
        </w:rPr>
        <w:t>визначається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урахуванням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складності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робіт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специфіки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професії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можливості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забезпечити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якісний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супровід</w:t>
      </w:r>
      <w:proofErr w:type="spellEnd"/>
      <w:r w:rsidRPr="00FC0B6D">
        <w:rPr>
          <w:lang w:val="ru-RU"/>
        </w:rPr>
        <w:t>.</w:t>
      </w:r>
    </w:p>
    <w:p w14:paraId="4D0DDBE4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7.5. Перед початком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</w:t>
      </w:r>
      <w:proofErr w:type="spellEnd"/>
      <w:r w:rsidRPr="00FC0B6D">
        <w:rPr>
          <w:lang w:val="ru-RU"/>
        </w:rPr>
        <w:t xml:space="preserve"> проводить </w:t>
      </w:r>
      <w:proofErr w:type="spellStart"/>
      <w:r w:rsidRPr="00FC0B6D">
        <w:rPr>
          <w:lang w:val="ru-RU"/>
        </w:rPr>
        <w:t>організаційний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інструктаж</w:t>
      </w:r>
      <w:proofErr w:type="spellEnd"/>
      <w:r w:rsidRPr="00FC0B6D">
        <w:rPr>
          <w:lang w:val="ru-RU"/>
        </w:rPr>
        <w:t xml:space="preserve">, а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– </w:t>
      </w:r>
      <w:proofErr w:type="spellStart"/>
      <w:r w:rsidRPr="00FC0B6D">
        <w:rPr>
          <w:lang w:val="ru-RU"/>
        </w:rPr>
        <w:t>вступний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первинний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інструктажі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ознайомлює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з правилами </w:t>
      </w:r>
      <w:proofErr w:type="spellStart"/>
      <w:r w:rsidRPr="00FC0B6D">
        <w:rPr>
          <w:lang w:val="ru-RU"/>
        </w:rPr>
        <w:t>внутрішнього</w:t>
      </w:r>
      <w:proofErr w:type="spellEnd"/>
      <w:r w:rsidRPr="00FC0B6D">
        <w:rPr>
          <w:lang w:val="ru-RU"/>
        </w:rPr>
        <w:t xml:space="preserve"> трудового </w:t>
      </w:r>
      <w:proofErr w:type="spellStart"/>
      <w:r w:rsidRPr="00FC0B6D">
        <w:rPr>
          <w:lang w:val="ru-RU"/>
        </w:rPr>
        <w:t>розпорядку</w:t>
      </w:r>
      <w:proofErr w:type="spellEnd"/>
      <w:r w:rsidRPr="00FC0B6D">
        <w:rPr>
          <w:lang w:val="ru-RU"/>
        </w:rPr>
        <w:t xml:space="preserve">, режимом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, процедурами </w:t>
      </w:r>
      <w:proofErr w:type="spellStart"/>
      <w:r w:rsidRPr="00FC0B6D">
        <w:rPr>
          <w:lang w:val="ru-RU"/>
        </w:rPr>
        <w:t>реагування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надзвичайні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ситуації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вимогами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інформаційної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>.</w:t>
      </w:r>
    </w:p>
    <w:p w14:paraId="27B997B7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7.6. Куратор </w:t>
      </w:r>
      <w:proofErr w:type="spellStart"/>
      <w:r w:rsidRPr="00FC0B6D">
        <w:rPr>
          <w:lang w:val="ru-RU"/>
        </w:rPr>
        <w:t>підтримує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регулярний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зв’язок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із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 xml:space="preserve">, наставником і координатором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контролює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плану, </w:t>
      </w:r>
      <w:proofErr w:type="spellStart"/>
      <w:r w:rsidRPr="00FC0B6D">
        <w:rPr>
          <w:lang w:val="ru-RU"/>
        </w:rPr>
        <w:t>здійснює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планові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відвідування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робочого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дистанційний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моніторинг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ініціює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необхідні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зміни</w:t>
      </w:r>
      <w:proofErr w:type="spellEnd"/>
      <w:r w:rsidRPr="0096496A">
        <w:rPr>
          <w:lang w:val="ru-RU"/>
        </w:rPr>
        <w:t>.</w:t>
      </w:r>
    </w:p>
    <w:p w14:paraId="15FE11D0" w14:textId="742A7D6C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7.7. </w:t>
      </w:r>
      <w:proofErr w:type="spellStart"/>
      <w:r w:rsidRPr="0096496A">
        <w:rPr>
          <w:lang w:val="ru-RU"/>
        </w:rPr>
        <w:t>Здобувач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фіксує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>.</w:t>
      </w:r>
    </w:p>
    <w:p w14:paraId="4EFE133B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7.8.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може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передбачати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ротацію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між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підрозділами</w:t>
      </w:r>
      <w:proofErr w:type="spellEnd"/>
      <w:r w:rsidRPr="0096496A">
        <w:rPr>
          <w:lang w:val="ru-RU"/>
        </w:rPr>
        <w:t xml:space="preserve">, посадами, </w:t>
      </w:r>
      <w:proofErr w:type="spellStart"/>
      <w:r w:rsidRPr="0096496A">
        <w:rPr>
          <w:lang w:val="ru-RU"/>
        </w:rPr>
        <w:t>робочими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місцями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роботодавцями</w:t>
      </w:r>
      <w:proofErr w:type="spellEnd"/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Кожна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ротація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має</w:t>
      </w:r>
      <w:proofErr w:type="spellEnd"/>
      <w:r w:rsidRPr="0096496A">
        <w:rPr>
          <w:lang w:val="ru-RU"/>
        </w:rPr>
        <w:t xml:space="preserve"> бути </w:t>
      </w:r>
      <w:proofErr w:type="spellStart"/>
      <w:r w:rsidRPr="0096496A">
        <w:rPr>
          <w:lang w:val="ru-RU"/>
        </w:rPr>
        <w:t>відображена</w:t>
      </w:r>
      <w:proofErr w:type="spellEnd"/>
      <w:r w:rsidRPr="0096496A">
        <w:rPr>
          <w:lang w:val="ru-RU"/>
        </w:rPr>
        <w:t xml:space="preserve"> в </w:t>
      </w:r>
      <w:proofErr w:type="spellStart"/>
      <w:r w:rsidRPr="0096496A">
        <w:rPr>
          <w:lang w:val="ru-RU"/>
        </w:rPr>
        <w:t>програмі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забезпечувати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досягнення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визначених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результатів</w:t>
      </w:r>
      <w:proofErr w:type="spellEnd"/>
      <w:r w:rsidRPr="0096496A">
        <w:rPr>
          <w:lang w:val="ru-RU"/>
        </w:rPr>
        <w:t>.</w:t>
      </w:r>
    </w:p>
    <w:p w14:paraId="0434A0E5" w14:textId="0D8C033D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7.9. </w:t>
      </w:r>
      <w:proofErr w:type="spellStart"/>
      <w:r w:rsidRPr="0096496A">
        <w:rPr>
          <w:lang w:val="ru-RU"/>
        </w:rPr>
        <w:t>Викладачі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можуть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проводити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навчальні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заняття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консультації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контрольні</w:t>
      </w:r>
      <w:proofErr w:type="spellEnd"/>
      <w:r w:rsidRPr="0096496A">
        <w:rPr>
          <w:lang w:val="ru-RU"/>
        </w:rPr>
        <w:t xml:space="preserve"> заходи на </w:t>
      </w:r>
      <w:proofErr w:type="spellStart"/>
      <w:r w:rsidR="00FC0B6D" w:rsidRPr="0096496A">
        <w:rPr>
          <w:lang w:val="ru-RU"/>
        </w:rPr>
        <w:t>базі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роботодавця</w:t>
      </w:r>
      <w:proofErr w:type="spellEnd"/>
      <w:r w:rsidRPr="0096496A">
        <w:rPr>
          <w:lang w:val="ru-RU"/>
        </w:rPr>
        <w:t xml:space="preserve"> </w:t>
      </w:r>
      <w:r w:rsidR="00FC0B6D" w:rsidRPr="0096496A">
        <w:rPr>
          <w:lang w:val="ru-RU"/>
        </w:rPr>
        <w:t xml:space="preserve">(очно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з </w:t>
      </w:r>
      <w:proofErr w:type="spellStart"/>
      <w:r w:rsidRPr="0096496A">
        <w:rPr>
          <w:lang w:val="ru-RU"/>
        </w:rPr>
        <w:t>використанням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дистанційних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технологій</w:t>
      </w:r>
      <w:proofErr w:type="spellEnd"/>
      <w:r w:rsidR="00FC0B6D" w:rsidRPr="0096496A">
        <w:rPr>
          <w:lang w:val="ru-RU"/>
        </w:rPr>
        <w:t>)</w:t>
      </w:r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Такі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заняття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плануються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обліковуються</w:t>
      </w:r>
      <w:proofErr w:type="spellEnd"/>
      <w:r w:rsidRPr="0096496A">
        <w:rPr>
          <w:lang w:val="ru-RU"/>
        </w:rPr>
        <w:t xml:space="preserve"> в </w:t>
      </w:r>
      <w:proofErr w:type="spellStart"/>
      <w:r w:rsidRPr="0096496A">
        <w:rPr>
          <w:lang w:val="ru-RU"/>
        </w:rPr>
        <w:t>установленому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Університетом</w:t>
      </w:r>
      <w:proofErr w:type="spellEnd"/>
      <w:r w:rsidRPr="0096496A">
        <w:rPr>
          <w:lang w:val="ru-RU"/>
        </w:rPr>
        <w:t xml:space="preserve"> порядку.</w:t>
      </w:r>
    </w:p>
    <w:p w14:paraId="720D183A" w14:textId="4F64E771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7.10. </w:t>
      </w:r>
      <w:proofErr w:type="spellStart"/>
      <w:r w:rsidRPr="0096496A">
        <w:rPr>
          <w:lang w:val="ru-RU"/>
        </w:rPr>
        <w:t>Результати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професійної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діяльності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що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досягнуті</w:t>
      </w:r>
      <w:proofErr w:type="spellEnd"/>
      <w:r w:rsidRPr="0096496A">
        <w:rPr>
          <w:lang w:val="ru-RU"/>
        </w:rPr>
        <w:t xml:space="preserve"> в межах </w:t>
      </w:r>
      <w:proofErr w:type="spellStart"/>
      <w:r w:rsidRPr="0096496A">
        <w:rPr>
          <w:lang w:val="ru-RU"/>
        </w:rPr>
        <w:t>затвердженої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оцінюються</w:t>
      </w:r>
      <w:proofErr w:type="spellEnd"/>
      <w:r w:rsidRPr="0096496A">
        <w:rPr>
          <w:lang w:val="ru-RU"/>
        </w:rPr>
        <w:t xml:space="preserve"> без </w:t>
      </w:r>
      <w:proofErr w:type="spellStart"/>
      <w:r w:rsidRPr="0096496A">
        <w:rPr>
          <w:lang w:val="ru-RU"/>
        </w:rPr>
        <w:t>застосування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окремої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процедури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визнання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попереднього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Результати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здобуті</w:t>
      </w:r>
      <w:proofErr w:type="spellEnd"/>
      <w:r w:rsidRPr="0096496A">
        <w:rPr>
          <w:lang w:val="ru-RU"/>
        </w:rPr>
        <w:t xml:space="preserve"> поза </w:t>
      </w:r>
      <w:proofErr w:type="spellStart"/>
      <w:r w:rsidRPr="0096496A">
        <w:rPr>
          <w:lang w:val="ru-RU"/>
        </w:rPr>
        <w:t>затвердженою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програмою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можуть</w:t>
      </w:r>
      <w:proofErr w:type="spellEnd"/>
      <w:r w:rsidRPr="0096496A">
        <w:rPr>
          <w:lang w:val="ru-RU"/>
        </w:rPr>
        <w:t xml:space="preserve"> бути </w:t>
      </w:r>
      <w:proofErr w:type="spellStart"/>
      <w:r w:rsidRPr="0096496A">
        <w:rPr>
          <w:lang w:val="ru-RU"/>
        </w:rPr>
        <w:t>визнані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відповідно</w:t>
      </w:r>
      <w:proofErr w:type="spellEnd"/>
      <w:r w:rsidRPr="0096496A">
        <w:rPr>
          <w:lang w:val="ru-RU"/>
        </w:rPr>
        <w:t xml:space="preserve"> до </w:t>
      </w:r>
      <w:proofErr w:type="spellStart"/>
      <w:r w:rsidRPr="0096496A">
        <w:rPr>
          <w:lang w:val="ru-RU"/>
        </w:rPr>
        <w:t>окремих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положень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Університету</w:t>
      </w:r>
      <w:proofErr w:type="spellEnd"/>
      <w:r w:rsidRPr="0096496A">
        <w:rPr>
          <w:lang w:val="ru-RU"/>
        </w:rPr>
        <w:t>.</w:t>
      </w:r>
    </w:p>
    <w:p w14:paraId="7B675B42" w14:textId="77777777" w:rsidR="00412924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7.11. За </w:t>
      </w:r>
      <w:proofErr w:type="spellStart"/>
      <w:r w:rsidRPr="0096496A">
        <w:rPr>
          <w:lang w:val="ru-RU"/>
        </w:rPr>
        <w:t>наявності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правових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підстав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роботодавець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кваліфікаційний</w:t>
      </w:r>
      <w:proofErr w:type="spellEnd"/>
      <w:r w:rsidRPr="0096496A">
        <w:rPr>
          <w:lang w:val="ru-RU"/>
        </w:rPr>
        <w:t xml:space="preserve"> центр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інший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уповноважений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суб’єкт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може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присвоїти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професійну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кваліфікацію</w:t>
      </w:r>
      <w:proofErr w:type="spellEnd"/>
      <w:r w:rsidRPr="0096496A">
        <w:rPr>
          <w:lang w:val="ru-RU"/>
        </w:rPr>
        <w:t xml:space="preserve">. Таке </w:t>
      </w:r>
      <w:proofErr w:type="spellStart"/>
      <w:r w:rsidRPr="0096496A">
        <w:rPr>
          <w:lang w:val="ru-RU"/>
        </w:rPr>
        <w:t>присвоєння</w:t>
      </w:r>
      <w:proofErr w:type="spellEnd"/>
      <w:r w:rsidRPr="0096496A">
        <w:rPr>
          <w:lang w:val="ru-RU"/>
        </w:rPr>
        <w:t xml:space="preserve"> є </w:t>
      </w:r>
      <w:proofErr w:type="spellStart"/>
      <w:r w:rsidRPr="0096496A">
        <w:rPr>
          <w:lang w:val="ru-RU"/>
        </w:rPr>
        <w:t>окремим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академічної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атестації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Університету</w:t>
      </w:r>
      <w:proofErr w:type="spellEnd"/>
      <w:r w:rsidRPr="0096496A">
        <w:rPr>
          <w:lang w:val="ru-RU"/>
        </w:rPr>
        <w:t>.</w:t>
      </w:r>
    </w:p>
    <w:p w14:paraId="36BC990A" w14:textId="77777777" w:rsidR="00EA5407" w:rsidRPr="0096496A" w:rsidRDefault="00EA5407" w:rsidP="00EA5407">
      <w:pPr>
        <w:spacing w:line="240" w:lineRule="auto"/>
        <w:rPr>
          <w:lang w:val="ru-RU"/>
        </w:rPr>
      </w:pPr>
    </w:p>
    <w:p w14:paraId="4724EC49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96496A">
        <w:rPr>
          <w:lang w:val="ru-RU"/>
        </w:rPr>
        <w:t>8. ПРАВА ТА ОБОВ’ЯЗКИ УЧАСНИКІВ</w:t>
      </w:r>
    </w:p>
    <w:p w14:paraId="6E89895A" w14:textId="77777777" w:rsidR="00412924" w:rsidRPr="00FC0B6D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FC0B6D">
        <w:rPr>
          <w:lang w:val="ru-RU"/>
        </w:rPr>
        <w:t xml:space="preserve">8.1. </w:t>
      </w:r>
      <w:proofErr w:type="spellStart"/>
      <w:r w:rsidRPr="00FC0B6D">
        <w:rPr>
          <w:lang w:val="ru-RU"/>
        </w:rPr>
        <w:t>Університет</w:t>
      </w:r>
      <w:proofErr w:type="spellEnd"/>
    </w:p>
    <w:p w14:paraId="2D6743EC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8.1.1. </w:t>
      </w:r>
      <w:proofErr w:type="spellStart"/>
      <w:r w:rsidRPr="00FC0B6D">
        <w:rPr>
          <w:lang w:val="ru-RU"/>
        </w:rPr>
        <w:t>Університет</w:t>
      </w:r>
      <w:proofErr w:type="spellEnd"/>
      <w:r w:rsidRPr="00FC0B6D">
        <w:rPr>
          <w:lang w:val="ru-RU"/>
        </w:rPr>
        <w:t>:</w:t>
      </w:r>
    </w:p>
    <w:p w14:paraId="6DA582BB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реалізацію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академічний</w:t>
      </w:r>
      <w:proofErr w:type="spellEnd"/>
      <w:r w:rsidRPr="00FC0B6D">
        <w:rPr>
          <w:lang w:val="ru-RU"/>
        </w:rPr>
        <w:t xml:space="preserve"> контроль </w:t>
      </w:r>
      <w:proofErr w:type="spellStart"/>
      <w:r w:rsidRPr="00FC0B6D">
        <w:rPr>
          <w:lang w:val="ru-RU"/>
        </w:rPr>
        <w:t>якості</w:t>
      </w:r>
      <w:proofErr w:type="spellEnd"/>
      <w:r w:rsidRPr="00FC0B6D">
        <w:rPr>
          <w:lang w:val="ru-RU"/>
        </w:rPr>
        <w:t>;</w:t>
      </w:r>
    </w:p>
    <w:p w14:paraId="01954383" w14:textId="6D0FC14D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lastRenderedPageBreak/>
        <w:t xml:space="preserve">– </w:t>
      </w:r>
      <w:proofErr w:type="spellStart"/>
      <w:r w:rsidRPr="00FC0B6D">
        <w:rPr>
          <w:lang w:val="ru-RU"/>
        </w:rPr>
        <w:t>затверджує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плани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індивідуальні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плани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2FDB5C7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укладає</w:t>
      </w:r>
      <w:proofErr w:type="spellEnd"/>
      <w:r w:rsidRPr="00FC0B6D">
        <w:rPr>
          <w:lang w:val="ru-RU"/>
        </w:rPr>
        <w:t xml:space="preserve"> договори, </w:t>
      </w:r>
      <w:proofErr w:type="spellStart"/>
      <w:r w:rsidRPr="00FC0B6D">
        <w:rPr>
          <w:lang w:val="ru-RU"/>
        </w:rPr>
        <w:t>видає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накази</w:t>
      </w:r>
      <w:proofErr w:type="spellEnd"/>
      <w:r w:rsidRPr="00FC0B6D">
        <w:rPr>
          <w:lang w:val="ru-RU"/>
        </w:rPr>
        <w:t xml:space="preserve"> та веде </w:t>
      </w:r>
      <w:proofErr w:type="spellStart"/>
      <w:r w:rsidRPr="00FC0B6D">
        <w:rPr>
          <w:lang w:val="ru-RU"/>
        </w:rPr>
        <w:t>необхідний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облік</w:t>
      </w:r>
      <w:proofErr w:type="spellEnd"/>
      <w:r w:rsidRPr="00FC0B6D">
        <w:rPr>
          <w:lang w:val="ru-RU"/>
        </w:rPr>
        <w:t>;</w:t>
      </w:r>
    </w:p>
    <w:p w14:paraId="0D75F8E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методичну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підтримку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наставників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координаторів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роботодавців</w:t>
      </w:r>
      <w:proofErr w:type="spellEnd"/>
      <w:r w:rsidRPr="00FC0B6D">
        <w:rPr>
          <w:lang w:val="ru-RU"/>
        </w:rPr>
        <w:t>;</w:t>
      </w:r>
    </w:p>
    <w:p w14:paraId="01D96818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організовує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моніторинг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апеляції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захист</w:t>
      </w:r>
      <w:proofErr w:type="spellEnd"/>
      <w:r w:rsidRPr="00FC0B6D">
        <w:rPr>
          <w:lang w:val="ru-RU"/>
        </w:rPr>
        <w:t xml:space="preserve"> прав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>.</w:t>
      </w:r>
    </w:p>
    <w:p w14:paraId="0C7B1579" w14:textId="77777777" w:rsidR="00412924" w:rsidRPr="00FC0B6D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FC0B6D">
        <w:rPr>
          <w:lang w:val="ru-RU"/>
        </w:rPr>
        <w:t xml:space="preserve">8.2. Координатор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</w:p>
    <w:p w14:paraId="68F371A3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8.2.1. Координатор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:</w:t>
      </w:r>
    </w:p>
    <w:p w14:paraId="5E5B7144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координує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взаємодію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факультетів</w:t>
      </w:r>
      <w:proofErr w:type="spellEnd"/>
      <w:r w:rsidRPr="00FC0B6D">
        <w:rPr>
          <w:lang w:val="ru-RU"/>
        </w:rPr>
        <w:t xml:space="preserve">, кафедр,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відділу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юридичного</w:t>
      </w:r>
      <w:proofErr w:type="spellEnd"/>
      <w:r w:rsidRPr="00FC0B6D">
        <w:rPr>
          <w:lang w:val="ru-RU"/>
        </w:rPr>
        <w:t xml:space="preserve">, кадрового, </w:t>
      </w:r>
      <w:proofErr w:type="spellStart"/>
      <w:r w:rsidRPr="00FC0B6D">
        <w:rPr>
          <w:lang w:val="ru-RU"/>
        </w:rPr>
        <w:t>фінансового</w:t>
      </w:r>
      <w:proofErr w:type="spellEnd"/>
      <w:r w:rsidRPr="00FC0B6D">
        <w:rPr>
          <w:lang w:val="ru-RU"/>
        </w:rPr>
        <w:t xml:space="preserve">, ІТ та </w:t>
      </w:r>
      <w:proofErr w:type="spellStart"/>
      <w:r w:rsidRPr="00FC0B6D">
        <w:rPr>
          <w:lang w:val="ru-RU"/>
        </w:rPr>
        <w:t>інших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підрозділів</w:t>
      </w:r>
      <w:proofErr w:type="spellEnd"/>
      <w:r w:rsidRPr="00FC0B6D">
        <w:rPr>
          <w:lang w:val="ru-RU"/>
        </w:rPr>
        <w:t>;</w:t>
      </w:r>
    </w:p>
    <w:p w14:paraId="7515204E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організовує</w:t>
      </w:r>
      <w:proofErr w:type="spellEnd"/>
      <w:r w:rsidRPr="00FC0B6D">
        <w:rPr>
          <w:lang w:val="ru-RU"/>
        </w:rPr>
        <w:t xml:space="preserve"> переговори і </w:t>
      </w:r>
      <w:proofErr w:type="spellStart"/>
      <w:r w:rsidRPr="00FC0B6D">
        <w:rPr>
          <w:lang w:val="ru-RU"/>
        </w:rPr>
        <w:t>підготовку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договорів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із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роботодавцями</w:t>
      </w:r>
      <w:proofErr w:type="spellEnd"/>
      <w:r w:rsidRPr="0096496A">
        <w:rPr>
          <w:lang w:val="ru-RU"/>
        </w:rPr>
        <w:t>;</w:t>
      </w:r>
    </w:p>
    <w:p w14:paraId="46855209" w14:textId="33DDB078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веде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забезпечує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ведення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реєстру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дуальної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форми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здобуття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вищої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освіти</w:t>
      </w:r>
      <w:proofErr w:type="spellEnd"/>
      <w:r w:rsidRPr="0096496A">
        <w:rPr>
          <w:lang w:val="ru-RU"/>
        </w:rPr>
        <w:t>;</w:t>
      </w:r>
    </w:p>
    <w:p w14:paraId="03A90D4C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координує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відбір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здобувачів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призначення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кураторів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моніторинг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роботодавців</w:t>
      </w:r>
      <w:proofErr w:type="spellEnd"/>
      <w:r w:rsidRPr="0096496A">
        <w:rPr>
          <w:lang w:val="ru-RU"/>
        </w:rPr>
        <w:t>;</w:t>
      </w:r>
    </w:p>
    <w:p w14:paraId="076FD0E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узагальнює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реалізації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дуальної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форми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готує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щорічний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звіт</w:t>
      </w:r>
      <w:proofErr w:type="spellEnd"/>
      <w:r w:rsidRPr="0096496A">
        <w:rPr>
          <w:lang w:val="ru-RU"/>
        </w:rPr>
        <w:t>.</w:t>
      </w:r>
    </w:p>
    <w:p w14:paraId="67AE4C3D" w14:textId="77777777" w:rsidR="00412924" w:rsidRPr="00FC0B6D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FC0B6D">
        <w:rPr>
          <w:lang w:val="ru-RU"/>
        </w:rPr>
        <w:t xml:space="preserve">8.3. Факультет, кафедра та 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</w:p>
    <w:p w14:paraId="24AFB8F2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8.3.1. Факультет, кафедра і 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в межах </w:t>
      </w:r>
      <w:proofErr w:type="spellStart"/>
      <w:r w:rsidRPr="00FC0B6D">
        <w:rPr>
          <w:lang w:val="ru-RU"/>
        </w:rPr>
        <w:t>повноважень</w:t>
      </w:r>
      <w:proofErr w:type="spellEnd"/>
      <w:r w:rsidRPr="00FC0B6D">
        <w:rPr>
          <w:lang w:val="ru-RU"/>
        </w:rPr>
        <w:t>:</w:t>
      </w:r>
    </w:p>
    <w:p w14:paraId="15FF4BB8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розробляють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оновлюють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освітню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методичну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документацію</w:t>
      </w:r>
      <w:proofErr w:type="spellEnd"/>
      <w:r w:rsidRPr="00FC0B6D">
        <w:rPr>
          <w:lang w:val="ru-RU"/>
        </w:rPr>
        <w:t>;</w:t>
      </w:r>
    </w:p>
    <w:p w14:paraId="7E08A157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зіставляють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функції</w:t>
      </w:r>
      <w:proofErr w:type="spellEnd"/>
      <w:r w:rsidRPr="00FC0B6D">
        <w:rPr>
          <w:lang w:val="ru-RU"/>
        </w:rPr>
        <w:t xml:space="preserve"> з компетентностями та результатами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2C227C18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беруть</w:t>
      </w:r>
      <w:proofErr w:type="spellEnd"/>
      <w:r w:rsidRPr="00FC0B6D">
        <w:rPr>
          <w:lang w:val="ru-RU"/>
        </w:rPr>
        <w:t xml:space="preserve"> участь у </w:t>
      </w:r>
      <w:proofErr w:type="spellStart"/>
      <w:r w:rsidRPr="00FC0B6D">
        <w:rPr>
          <w:lang w:val="ru-RU"/>
        </w:rPr>
        <w:t>доборі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>;</w:t>
      </w:r>
    </w:p>
    <w:p w14:paraId="41FF775D" w14:textId="29B0C654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організовують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="00FC0B6D">
        <w:rPr>
          <w:lang w:val="ru-RU"/>
        </w:rPr>
        <w:t xml:space="preserve"> </w:t>
      </w:r>
      <w:proofErr w:type="spellStart"/>
      <w:r w:rsid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аналізують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реалізації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.</w:t>
      </w:r>
    </w:p>
    <w:p w14:paraId="0093120A" w14:textId="77777777" w:rsidR="00412924" w:rsidRPr="00FC0B6D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FC0B6D">
        <w:rPr>
          <w:lang w:val="ru-RU"/>
        </w:rPr>
        <w:t>8.4. Куратор</w:t>
      </w:r>
    </w:p>
    <w:p w14:paraId="2527C8A6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8.4.1. Куратор:</w:t>
      </w:r>
    </w:p>
    <w:p w14:paraId="024958EF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бере</w:t>
      </w:r>
      <w:proofErr w:type="spellEnd"/>
      <w:r w:rsidRPr="00FC0B6D">
        <w:rPr>
          <w:lang w:val="ru-RU"/>
        </w:rPr>
        <w:t xml:space="preserve"> участь у </w:t>
      </w:r>
      <w:proofErr w:type="spellStart"/>
      <w:r w:rsidRPr="00FC0B6D">
        <w:rPr>
          <w:lang w:val="ru-RU"/>
        </w:rPr>
        <w:t>формуванні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навчального</w:t>
      </w:r>
      <w:proofErr w:type="spellEnd"/>
      <w:r w:rsidRPr="00FC0B6D">
        <w:rPr>
          <w:lang w:val="ru-RU"/>
        </w:rPr>
        <w:t xml:space="preserve"> плану та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;</w:t>
      </w:r>
    </w:p>
    <w:p w14:paraId="52E57285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підтримує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системну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комунікацію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здобувачем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>;</w:t>
      </w:r>
    </w:p>
    <w:p w14:paraId="47674886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контролює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завдань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своєчасність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>;</w:t>
      </w:r>
    </w:p>
    <w:p w14:paraId="60561A9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бере</w:t>
      </w:r>
      <w:proofErr w:type="spellEnd"/>
      <w:r w:rsidRPr="00FC0B6D">
        <w:rPr>
          <w:lang w:val="ru-RU"/>
        </w:rPr>
        <w:t xml:space="preserve"> участь у </w:t>
      </w:r>
      <w:proofErr w:type="spellStart"/>
      <w:r w:rsidRPr="00FC0B6D">
        <w:rPr>
          <w:lang w:val="ru-RU"/>
        </w:rPr>
        <w:t>спільному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>;</w:t>
      </w:r>
    </w:p>
    <w:p w14:paraId="6245F701" w14:textId="28482B8A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негайно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реагує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інформацію</w:t>
      </w:r>
      <w:proofErr w:type="spellEnd"/>
      <w:r w:rsidRPr="0096496A">
        <w:rPr>
          <w:lang w:val="ru-RU"/>
        </w:rPr>
        <w:t xml:space="preserve"> про </w:t>
      </w:r>
      <w:proofErr w:type="spellStart"/>
      <w:r w:rsidRPr="0096496A">
        <w:rPr>
          <w:lang w:val="ru-RU"/>
        </w:rPr>
        <w:t>небезпечні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умови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порушення</w:t>
      </w:r>
      <w:proofErr w:type="spellEnd"/>
      <w:r w:rsidRPr="0096496A">
        <w:rPr>
          <w:lang w:val="ru-RU"/>
        </w:rPr>
        <w:t xml:space="preserve"> прав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істотне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відхилення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>;</w:t>
      </w:r>
    </w:p>
    <w:p w14:paraId="3121C266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звітує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кафедрі</w:t>
      </w:r>
      <w:proofErr w:type="spellEnd"/>
      <w:r w:rsidRPr="0096496A">
        <w:rPr>
          <w:lang w:val="ru-RU"/>
        </w:rPr>
        <w:t xml:space="preserve"> та координатору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Університету</w:t>
      </w:r>
      <w:proofErr w:type="spellEnd"/>
      <w:r w:rsidRPr="0096496A">
        <w:rPr>
          <w:lang w:val="ru-RU"/>
        </w:rPr>
        <w:t>.</w:t>
      </w:r>
    </w:p>
    <w:p w14:paraId="772B7F25" w14:textId="77777777" w:rsidR="00412924" w:rsidRPr="0096496A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96496A">
        <w:rPr>
          <w:lang w:val="ru-RU"/>
        </w:rPr>
        <w:t xml:space="preserve">8.5. </w:t>
      </w:r>
      <w:proofErr w:type="spellStart"/>
      <w:r w:rsidRPr="0096496A">
        <w:rPr>
          <w:lang w:val="ru-RU"/>
        </w:rPr>
        <w:t>Роботодавець</w:t>
      </w:r>
      <w:proofErr w:type="spellEnd"/>
    </w:p>
    <w:p w14:paraId="5AB9A234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8.5.1. </w:t>
      </w:r>
      <w:proofErr w:type="spellStart"/>
      <w:r w:rsidRPr="0096496A">
        <w:rPr>
          <w:lang w:val="ru-RU"/>
        </w:rPr>
        <w:t>Роботодавець</w:t>
      </w:r>
      <w:proofErr w:type="spellEnd"/>
      <w:r w:rsidRPr="0096496A">
        <w:rPr>
          <w:lang w:val="ru-RU"/>
        </w:rPr>
        <w:t>:</w:t>
      </w:r>
    </w:p>
    <w:p w14:paraId="1E909729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укладає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трудовий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договір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здобувачем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забезпечує</w:t>
      </w:r>
      <w:proofErr w:type="spellEnd"/>
      <w:r w:rsidRPr="0096496A">
        <w:rPr>
          <w:lang w:val="ru-RU"/>
        </w:rPr>
        <w:t xml:space="preserve"> оплату </w:t>
      </w:r>
      <w:proofErr w:type="spellStart"/>
      <w:r w:rsidRPr="0096496A">
        <w:rPr>
          <w:lang w:val="ru-RU"/>
        </w:rPr>
        <w:t>праці</w:t>
      </w:r>
      <w:proofErr w:type="spellEnd"/>
      <w:r w:rsidRPr="0096496A">
        <w:rPr>
          <w:lang w:val="ru-RU"/>
        </w:rPr>
        <w:t>;</w:t>
      </w:r>
    </w:p>
    <w:p w14:paraId="2C03B372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надає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робоче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місце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обладнання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матеріали</w:t>
      </w:r>
      <w:proofErr w:type="spellEnd"/>
      <w:r w:rsidRPr="0096496A">
        <w:rPr>
          <w:lang w:val="ru-RU"/>
        </w:rPr>
        <w:t xml:space="preserve">, доступ до </w:t>
      </w:r>
      <w:proofErr w:type="spellStart"/>
      <w:r w:rsidRPr="0096496A">
        <w:rPr>
          <w:lang w:val="ru-RU"/>
        </w:rPr>
        <w:t>інформації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засоби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індивідуального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захисту</w:t>
      </w:r>
      <w:proofErr w:type="spellEnd"/>
      <w:r w:rsidRPr="0096496A">
        <w:rPr>
          <w:lang w:val="ru-RU"/>
        </w:rPr>
        <w:t>;</w:t>
      </w:r>
    </w:p>
    <w:p w14:paraId="2507F50E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призначає</w:t>
      </w:r>
      <w:proofErr w:type="spellEnd"/>
      <w:r w:rsidRPr="0096496A">
        <w:rPr>
          <w:lang w:val="ru-RU"/>
        </w:rPr>
        <w:t xml:space="preserve"> координатора і наставника;</w:t>
      </w:r>
    </w:p>
    <w:p w14:paraId="3D50EF5B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забезпечує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виконання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наставництво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інструктажі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безпечні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умови</w:t>
      </w:r>
      <w:proofErr w:type="spellEnd"/>
      <w:r w:rsidRPr="0096496A">
        <w:rPr>
          <w:lang w:val="ru-RU"/>
        </w:rPr>
        <w:t>;</w:t>
      </w:r>
    </w:p>
    <w:p w14:paraId="64FB44A8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бере</w:t>
      </w:r>
      <w:proofErr w:type="spellEnd"/>
      <w:r w:rsidRPr="0096496A">
        <w:rPr>
          <w:lang w:val="ru-RU"/>
        </w:rPr>
        <w:t xml:space="preserve"> участь у </w:t>
      </w:r>
      <w:proofErr w:type="spellStart"/>
      <w:r w:rsidRPr="0096496A">
        <w:rPr>
          <w:lang w:val="ru-RU"/>
        </w:rPr>
        <w:t>плануванні</w:t>
      </w:r>
      <w:proofErr w:type="spellEnd"/>
      <w:r w:rsidRPr="0096496A">
        <w:rPr>
          <w:lang w:val="ru-RU"/>
        </w:rPr>
        <w:t xml:space="preserve"> й </w:t>
      </w:r>
      <w:proofErr w:type="spellStart"/>
      <w:r w:rsidRPr="0096496A">
        <w:rPr>
          <w:lang w:val="ru-RU"/>
        </w:rPr>
        <w:t>оцінюванні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результатів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>;</w:t>
      </w:r>
    </w:p>
    <w:p w14:paraId="1685CFA1" w14:textId="6B774B49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повідомляє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</w:t>
      </w:r>
      <w:proofErr w:type="spellEnd"/>
      <w:r w:rsidRPr="0096496A">
        <w:rPr>
          <w:lang w:val="ru-RU"/>
        </w:rPr>
        <w:t xml:space="preserve"> про </w:t>
      </w:r>
      <w:proofErr w:type="spellStart"/>
      <w:r w:rsidRPr="0096496A">
        <w:rPr>
          <w:lang w:val="ru-RU"/>
        </w:rPr>
        <w:t>зміни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що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можуть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вплинути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виконання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>;</w:t>
      </w:r>
    </w:p>
    <w:p w14:paraId="267B0ADD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lastRenderedPageBreak/>
        <w:t xml:space="preserve">– не </w:t>
      </w:r>
      <w:proofErr w:type="spellStart"/>
      <w:r w:rsidRPr="0096496A">
        <w:rPr>
          <w:lang w:val="ru-RU"/>
        </w:rPr>
        <w:t>допускає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дискримінації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домагань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експлуатації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використання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здобувача</w:t>
      </w:r>
      <w:proofErr w:type="spellEnd"/>
      <w:r w:rsidRPr="0096496A">
        <w:rPr>
          <w:lang w:val="ru-RU"/>
        </w:rPr>
        <w:t xml:space="preserve"> як </w:t>
      </w:r>
      <w:proofErr w:type="spellStart"/>
      <w:r w:rsidRPr="0096496A">
        <w:rPr>
          <w:lang w:val="ru-RU"/>
        </w:rPr>
        <w:t>заміни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повноцінного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працівника</w:t>
      </w:r>
      <w:proofErr w:type="spellEnd"/>
      <w:r w:rsidRPr="0096496A">
        <w:rPr>
          <w:lang w:val="ru-RU"/>
        </w:rPr>
        <w:t xml:space="preserve"> без </w:t>
      </w:r>
      <w:proofErr w:type="spellStart"/>
      <w:r w:rsidRPr="0096496A">
        <w:rPr>
          <w:lang w:val="ru-RU"/>
        </w:rPr>
        <w:t>належної</w:t>
      </w:r>
      <w:proofErr w:type="spellEnd"/>
      <w:r w:rsidRPr="0096496A">
        <w:rPr>
          <w:lang w:val="ru-RU"/>
        </w:rPr>
        <w:t xml:space="preserve"> оплати</w:t>
      </w:r>
      <w:r w:rsidRPr="00FC0B6D">
        <w:rPr>
          <w:lang w:val="ru-RU"/>
        </w:rPr>
        <w:t>.</w:t>
      </w:r>
    </w:p>
    <w:p w14:paraId="595C7CAD" w14:textId="77777777" w:rsidR="00412924" w:rsidRPr="0096496A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96496A">
        <w:rPr>
          <w:lang w:val="ru-RU"/>
        </w:rPr>
        <w:t xml:space="preserve">8.6. Координатор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роботодавця</w:t>
      </w:r>
      <w:proofErr w:type="spellEnd"/>
      <w:r w:rsidRPr="0096496A">
        <w:rPr>
          <w:lang w:val="ru-RU"/>
        </w:rPr>
        <w:t xml:space="preserve"> та наставник</w:t>
      </w:r>
    </w:p>
    <w:p w14:paraId="4C27E21F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8.6.1. Координатор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забезпечує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виконання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договірних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зобов’язань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узгодження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графіків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ротацій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взаємодію</w:t>
      </w:r>
      <w:proofErr w:type="spellEnd"/>
      <w:r w:rsidRPr="0096496A">
        <w:rPr>
          <w:lang w:val="ru-RU"/>
        </w:rPr>
        <w:t xml:space="preserve"> з </w:t>
      </w:r>
      <w:proofErr w:type="spellStart"/>
      <w:r w:rsidRPr="0096496A">
        <w:rPr>
          <w:lang w:val="ru-RU"/>
        </w:rPr>
        <w:t>Університетом</w:t>
      </w:r>
      <w:proofErr w:type="spellEnd"/>
      <w:r w:rsidRPr="0096496A">
        <w:rPr>
          <w:lang w:val="ru-RU"/>
        </w:rPr>
        <w:t xml:space="preserve"> та участь у </w:t>
      </w:r>
      <w:proofErr w:type="spellStart"/>
      <w:r w:rsidRPr="0096496A">
        <w:rPr>
          <w:lang w:val="ru-RU"/>
        </w:rPr>
        <w:t>моніторингу</w:t>
      </w:r>
      <w:proofErr w:type="spellEnd"/>
      <w:r w:rsidRPr="0096496A">
        <w:rPr>
          <w:lang w:val="ru-RU"/>
        </w:rPr>
        <w:t>.</w:t>
      </w:r>
    </w:p>
    <w:p w14:paraId="311AA0F8" w14:textId="10778C5B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8.6.2. Наставник </w:t>
      </w:r>
      <w:proofErr w:type="spellStart"/>
      <w:r w:rsidRPr="0096496A">
        <w:rPr>
          <w:lang w:val="ru-RU"/>
        </w:rPr>
        <w:t>організовує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на </w:t>
      </w:r>
      <w:proofErr w:type="spellStart"/>
      <w:r w:rsidRPr="0096496A">
        <w:rPr>
          <w:lang w:val="ru-RU"/>
        </w:rPr>
        <w:t>робочому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допомагає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здобувачу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опановувати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трудові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функції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контролює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безпеку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надає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зворотний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зв’язок</w:t>
      </w:r>
      <w:proofErr w:type="spellEnd"/>
      <w:r w:rsidRPr="0096496A">
        <w:rPr>
          <w:lang w:val="ru-RU"/>
        </w:rPr>
        <w:t xml:space="preserve">, веде </w:t>
      </w:r>
      <w:proofErr w:type="spellStart"/>
      <w:r w:rsidRPr="0096496A">
        <w:rPr>
          <w:lang w:val="ru-RU"/>
        </w:rPr>
        <w:t>передбачені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програмою</w:t>
      </w:r>
      <w:proofErr w:type="spellEnd"/>
      <w:r w:rsidRPr="0096496A">
        <w:rPr>
          <w:lang w:val="ru-RU"/>
        </w:rPr>
        <w:t xml:space="preserve"> записи та </w:t>
      </w:r>
      <w:proofErr w:type="spellStart"/>
      <w:r w:rsidRPr="0096496A">
        <w:rPr>
          <w:lang w:val="ru-RU"/>
        </w:rPr>
        <w:t>бере</w:t>
      </w:r>
      <w:proofErr w:type="spellEnd"/>
      <w:r w:rsidRPr="0096496A">
        <w:rPr>
          <w:lang w:val="ru-RU"/>
        </w:rPr>
        <w:t xml:space="preserve"> участь в </w:t>
      </w:r>
      <w:proofErr w:type="spellStart"/>
      <w:r w:rsidRPr="0096496A">
        <w:rPr>
          <w:lang w:val="ru-RU"/>
        </w:rPr>
        <w:t>оцінюванні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результатів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>.</w:t>
      </w:r>
    </w:p>
    <w:p w14:paraId="659E1E89" w14:textId="77777777" w:rsidR="00412924" w:rsidRPr="0096496A" w:rsidRDefault="0021128B" w:rsidP="00EA5407">
      <w:pPr>
        <w:pStyle w:val="RegulationHeading2"/>
        <w:spacing w:before="0" w:line="240" w:lineRule="auto"/>
        <w:rPr>
          <w:lang w:val="ru-RU"/>
        </w:rPr>
      </w:pPr>
      <w:r w:rsidRPr="0096496A">
        <w:rPr>
          <w:lang w:val="ru-RU"/>
        </w:rPr>
        <w:t xml:space="preserve">8.7. </w:t>
      </w:r>
      <w:proofErr w:type="spellStart"/>
      <w:r w:rsidRPr="0096496A">
        <w:rPr>
          <w:lang w:val="ru-RU"/>
        </w:rPr>
        <w:t>Здобувач</w:t>
      </w:r>
      <w:proofErr w:type="spellEnd"/>
    </w:p>
    <w:p w14:paraId="7E0662CE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8.7.1. </w:t>
      </w:r>
      <w:proofErr w:type="spellStart"/>
      <w:r w:rsidRPr="0096496A">
        <w:rPr>
          <w:lang w:val="ru-RU"/>
        </w:rPr>
        <w:t>Здобувач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має</w:t>
      </w:r>
      <w:proofErr w:type="spellEnd"/>
      <w:r w:rsidRPr="0096496A">
        <w:rPr>
          <w:lang w:val="ru-RU"/>
        </w:rPr>
        <w:t xml:space="preserve"> право на:</w:t>
      </w:r>
    </w:p>
    <w:p w14:paraId="56096E66" w14:textId="55502964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добровільний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вибір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дуальної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форми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роботодавця</w:t>
      </w:r>
      <w:proofErr w:type="spellEnd"/>
      <w:r w:rsidRPr="0096496A">
        <w:rPr>
          <w:lang w:val="ru-RU"/>
        </w:rPr>
        <w:t>;</w:t>
      </w:r>
    </w:p>
    <w:p w14:paraId="42DD18BE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письмово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визначені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умови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праці</w:t>
      </w:r>
      <w:proofErr w:type="spellEnd"/>
      <w:r w:rsidRPr="0096496A">
        <w:rPr>
          <w:lang w:val="ru-RU"/>
        </w:rPr>
        <w:t>;</w:t>
      </w:r>
    </w:p>
    <w:p w14:paraId="370B1B1F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оплату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безпечні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відпочинок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гарантії</w:t>
      </w:r>
      <w:proofErr w:type="spellEnd"/>
      <w:r w:rsidRPr="00FC0B6D">
        <w:rPr>
          <w:lang w:val="ru-RU"/>
        </w:rPr>
        <w:t>;</w:t>
      </w:r>
    </w:p>
    <w:p w14:paraId="401C55E5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якісне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консультації</w:t>
      </w:r>
      <w:proofErr w:type="spellEnd"/>
      <w:r w:rsidRPr="00FC0B6D">
        <w:rPr>
          <w:lang w:val="ru-RU"/>
        </w:rPr>
        <w:t xml:space="preserve"> куратора і доступ до </w:t>
      </w:r>
      <w:proofErr w:type="spellStart"/>
      <w:r w:rsidRPr="00FC0B6D">
        <w:rPr>
          <w:lang w:val="ru-RU"/>
        </w:rPr>
        <w:t>навчальних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ресурсів</w:t>
      </w:r>
      <w:proofErr w:type="spellEnd"/>
      <w:r w:rsidRPr="00FC0B6D">
        <w:rPr>
          <w:lang w:val="ru-RU"/>
        </w:rPr>
        <w:t>;</w:t>
      </w:r>
    </w:p>
    <w:p w14:paraId="1A17FFAB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об’єктивне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ознайомлення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критеріями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оскарження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>;</w:t>
      </w:r>
    </w:p>
    <w:p w14:paraId="25B815EB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продовження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навчальним</w:t>
      </w:r>
      <w:proofErr w:type="spellEnd"/>
      <w:r w:rsidRPr="00FC0B6D">
        <w:rPr>
          <w:lang w:val="ru-RU"/>
        </w:rPr>
        <w:t xml:space="preserve"> планом </w:t>
      </w:r>
      <w:proofErr w:type="spellStart"/>
      <w:r w:rsidRPr="00FC0B6D">
        <w:rPr>
          <w:lang w:val="ru-RU"/>
        </w:rPr>
        <w:t>денної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>;</w:t>
      </w:r>
    </w:p>
    <w:p w14:paraId="222DA733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захист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гідності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недискримінацію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розумне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пристосування</w:t>
      </w:r>
      <w:proofErr w:type="spellEnd"/>
      <w:r w:rsidRPr="00FC0B6D">
        <w:rPr>
          <w:lang w:val="ru-RU"/>
        </w:rPr>
        <w:t xml:space="preserve"> за потреби.</w:t>
      </w:r>
    </w:p>
    <w:p w14:paraId="4C74064D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8.7.2.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зобов’язаний</w:t>
      </w:r>
      <w:proofErr w:type="spellEnd"/>
      <w:r w:rsidRPr="00FC0B6D">
        <w:rPr>
          <w:lang w:val="ru-RU"/>
        </w:rPr>
        <w:t>:</w:t>
      </w:r>
    </w:p>
    <w:p w14:paraId="1A228959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виконувати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план, </w:t>
      </w:r>
      <w:proofErr w:type="spellStart"/>
      <w:r w:rsidRPr="00FC0B6D">
        <w:rPr>
          <w:lang w:val="ru-RU"/>
        </w:rPr>
        <w:t>програму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обов’язки</w:t>
      </w:r>
      <w:proofErr w:type="spellEnd"/>
      <w:r w:rsidRPr="00FC0B6D">
        <w:rPr>
          <w:lang w:val="ru-RU"/>
        </w:rPr>
        <w:t>;</w:t>
      </w:r>
    </w:p>
    <w:p w14:paraId="39FBD8D9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дотримуватися</w:t>
      </w:r>
      <w:proofErr w:type="spellEnd"/>
      <w:r w:rsidRPr="00FC0B6D">
        <w:rPr>
          <w:lang w:val="ru-RU"/>
        </w:rPr>
        <w:t xml:space="preserve"> правил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інформаційної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>;</w:t>
      </w:r>
    </w:p>
    <w:p w14:paraId="0DBADB8B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своєчасно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подавати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визначені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програмою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результати</w:t>
      </w:r>
      <w:proofErr w:type="spellEnd"/>
      <w:r w:rsidRPr="0096496A">
        <w:rPr>
          <w:lang w:val="ru-RU"/>
        </w:rPr>
        <w:t xml:space="preserve"> та </w:t>
      </w:r>
      <w:proofErr w:type="spellStart"/>
      <w:r w:rsidRPr="0096496A">
        <w:rPr>
          <w:lang w:val="ru-RU"/>
        </w:rPr>
        <w:t>документи</w:t>
      </w:r>
      <w:proofErr w:type="spellEnd"/>
      <w:r w:rsidRPr="0096496A">
        <w:rPr>
          <w:lang w:val="ru-RU"/>
        </w:rPr>
        <w:t>;</w:t>
      </w:r>
    </w:p>
    <w:p w14:paraId="54852DC0" w14:textId="77777777" w:rsidR="00412924" w:rsidRPr="0096496A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підтримувати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зв’язок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із</w:t>
      </w:r>
      <w:proofErr w:type="spellEnd"/>
      <w:r w:rsidRPr="0096496A">
        <w:rPr>
          <w:lang w:val="ru-RU"/>
        </w:rPr>
        <w:t xml:space="preserve"> куратором і наставником та </w:t>
      </w:r>
      <w:proofErr w:type="spellStart"/>
      <w:r w:rsidRPr="0096496A">
        <w:rPr>
          <w:lang w:val="ru-RU"/>
        </w:rPr>
        <w:t>повідомляти</w:t>
      </w:r>
      <w:proofErr w:type="spellEnd"/>
      <w:r w:rsidRPr="0096496A">
        <w:rPr>
          <w:lang w:val="ru-RU"/>
        </w:rPr>
        <w:t xml:space="preserve"> про </w:t>
      </w:r>
      <w:proofErr w:type="spellStart"/>
      <w:r w:rsidRPr="0096496A">
        <w:rPr>
          <w:lang w:val="ru-RU"/>
        </w:rPr>
        <w:t>проблеми</w:t>
      </w:r>
      <w:proofErr w:type="spellEnd"/>
      <w:r w:rsidRPr="0096496A">
        <w:rPr>
          <w:lang w:val="ru-RU"/>
        </w:rPr>
        <w:t>;</w:t>
      </w:r>
    </w:p>
    <w:p w14:paraId="1438F8D1" w14:textId="77777777" w:rsidR="00412924" w:rsidRDefault="0021128B" w:rsidP="00EA5407">
      <w:pPr>
        <w:spacing w:line="240" w:lineRule="auto"/>
        <w:ind w:left="425" w:hanging="283"/>
        <w:rPr>
          <w:lang w:val="ru-RU"/>
        </w:rPr>
      </w:pPr>
      <w:r w:rsidRPr="0096496A">
        <w:rPr>
          <w:lang w:val="ru-RU"/>
        </w:rPr>
        <w:t xml:space="preserve">– </w:t>
      </w:r>
      <w:proofErr w:type="spellStart"/>
      <w:r w:rsidRPr="0096496A">
        <w:rPr>
          <w:lang w:val="ru-RU"/>
        </w:rPr>
        <w:t>дотримуватися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академічної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доброчесності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професійної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етики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конфіденційності</w:t>
      </w:r>
      <w:proofErr w:type="spellEnd"/>
      <w:r w:rsidRPr="0096496A">
        <w:rPr>
          <w:lang w:val="ru-RU"/>
        </w:rPr>
        <w:t xml:space="preserve"> та прав </w:t>
      </w:r>
      <w:proofErr w:type="spellStart"/>
      <w:r w:rsidRPr="0096496A">
        <w:rPr>
          <w:lang w:val="ru-RU"/>
        </w:rPr>
        <w:t>інтелектуальної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власності</w:t>
      </w:r>
      <w:proofErr w:type="spellEnd"/>
      <w:r w:rsidRPr="0096496A">
        <w:rPr>
          <w:lang w:val="ru-RU"/>
        </w:rPr>
        <w:t>.</w:t>
      </w:r>
    </w:p>
    <w:p w14:paraId="6F1B838C" w14:textId="77777777" w:rsidR="00EA5407" w:rsidRPr="0096496A" w:rsidRDefault="00EA5407" w:rsidP="00EA5407">
      <w:pPr>
        <w:spacing w:line="240" w:lineRule="auto"/>
        <w:ind w:left="425" w:hanging="283"/>
        <w:rPr>
          <w:lang w:val="ru-RU"/>
        </w:rPr>
      </w:pPr>
    </w:p>
    <w:p w14:paraId="7F50D337" w14:textId="77777777" w:rsidR="0096496A" w:rsidRPr="0096496A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96496A">
        <w:rPr>
          <w:lang w:val="ru-RU"/>
        </w:rPr>
        <w:t>9. ОЦІНЮВАННЯ РЕЗУЛЬТАТІВ</w:t>
      </w:r>
      <w:r w:rsidR="00FC0B6D" w:rsidRPr="0096496A">
        <w:rPr>
          <w:lang w:val="ru-RU"/>
        </w:rPr>
        <w:t xml:space="preserve"> НАВЧАННЯ</w:t>
      </w:r>
      <w:r w:rsidRPr="0096496A">
        <w:rPr>
          <w:lang w:val="ru-RU"/>
        </w:rPr>
        <w:t xml:space="preserve"> </w:t>
      </w:r>
    </w:p>
    <w:p w14:paraId="68AE2A23" w14:textId="5AC3E8C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96496A">
        <w:rPr>
          <w:lang w:val="ru-RU"/>
        </w:rPr>
        <w:t>ТА ЗАБЕЗПЕЧЕННЯ ЯКОСТІ</w:t>
      </w:r>
    </w:p>
    <w:p w14:paraId="7C93741A" w14:textId="77777777" w:rsidR="00412924" w:rsidRPr="0096496A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9.1. Контроль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96496A">
        <w:rPr>
          <w:lang w:val="ru-RU"/>
        </w:rPr>
        <w:t>індивідуального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навчального</w:t>
      </w:r>
      <w:proofErr w:type="spellEnd"/>
      <w:r w:rsidRPr="0096496A">
        <w:rPr>
          <w:lang w:val="ru-RU"/>
        </w:rPr>
        <w:t xml:space="preserve"> плану та </w:t>
      </w:r>
      <w:proofErr w:type="spellStart"/>
      <w:r w:rsidRPr="0096496A">
        <w:rPr>
          <w:lang w:val="ru-RU"/>
        </w:rPr>
        <w:t>оцінювання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результатів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здійснюються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Університетом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спільно</w:t>
      </w:r>
      <w:proofErr w:type="spellEnd"/>
      <w:r w:rsidRPr="0096496A">
        <w:rPr>
          <w:lang w:val="ru-RU"/>
        </w:rPr>
        <w:t xml:space="preserve"> з </w:t>
      </w:r>
      <w:proofErr w:type="spellStart"/>
      <w:r w:rsidRPr="0096496A">
        <w:rPr>
          <w:lang w:val="ru-RU"/>
        </w:rPr>
        <w:t>роботодавцем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відповідно</w:t>
      </w:r>
      <w:proofErr w:type="spellEnd"/>
      <w:r w:rsidRPr="0096496A">
        <w:rPr>
          <w:lang w:val="ru-RU"/>
        </w:rPr>
        <w:t xml:space="preserve"> до </w:t>
      </w:r>
      <w:proofErr w:type="spellStart"/>
      <w:r w:rsidRPr="0096496A">
        <w:rPr>
          <w:lang w:val="ru-RU"/>
        </w:rPr>
        <w:t>освітньої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програм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освітніх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компонентів</w:t>
      </w:r>
      <w:proofErr w:type="spellEnd"/>
      <w:r w:rsidRPr="0096496A">
        <w:rPr>
          <w:lang w:val="ru-RU"/>
        </w:rPr>
        <w:t xml:space="preserve"> і </w:t>
      </w:r>
      <w:proofErr w:type="spellStart"/>
      <w:r w:rsidRPr="0096496A">
        <w:rPr>
          <w:lang w:val="ru-RU"/>
        </w:rPr>
        <w:t>програми</w:t>
      </w:r>
      <w:proofErr w:type="spellEnd"/>
      <w:r w:rsidRPr="0096496A">
        <w:rPr>
          <w:lang w:val="ru-RU"/>
        </w:rPr>
        <w:t xml:space="preserve"> практичного </w:t>
      </w:r>
      <w:proofErr w:type="spellStart"/>
      <w:r w:rsidRPr="0096496A">
        <w:rPr>
          <w:lang w:val="ru-RU"/>
        </w:rPr>
        <w:t>навчання</w:t>
      </w:r>
      <w:proofErr w:type="spellEnd"/>
      <w:r w:rsidRPr="0096496A">
        <w:rPr>
          <w:lang w:val="ru-RU"/>
        </w:rPr>
        <w:t>.</w:t>
      </w:r>
    </w:p>
    <w:p w14:paraId="3FD9FF28" w14:textId="501EEC66" w:rsidR="00412924" w:rsidRPr="00FC0B6D" w:rsidRDefault="0021128B" w:rsidP="00EA5407">
      <w:pPr>
        <w:spacing w:line="240" w:lineRule="auto"/>
        <w:rPr>
          <w:lang w:val="ru-RU"/>
        </w:rPr>
      </w:pPr>
      <w:r w:rsidRPr="0096496A">
        <w:rPr>
          <w:lang w:val="ru-RU"/>
        </w:rPr>
        <w:t xml:space="preserve">9.2. Наставник і координатор </w:t>
      </w:r>
      <w:proofErr w:type="spellStart"/>
      <w:r w:rsidRPr="0096496A">
        <w:rPr>
          <w:lang w:val="ru-RU"/>
        </w:rPr>
        <w:t>від</w:t>
      </w:r>
      <w:proofErr w:type="spellEnd"/>
      <w:r w:rsidRPr="0096496A">
        <w:rPr>
          <w:lang w:val="ru-RU"/>
        </w:rPr>
        <w:t xml:space="preserve"> </w:t>
      </w:r>
      <w:proofErr w:type="spellStart"/>
      <w:r w:rsidR="00346D2E" w:rsidRPr="0096496A">
        <w:rPr>
          <w:lang w:val="ru-RU"/>
        </w:rPr>
        <w:t>р</w:t>
      </w:r>
      <w:r w:rsidR="00112E59" w:rsidRPr="0096496A">
        <w:rPr>
          <w:lang w:val="ru-RU"/>
        </w:rPr>
        <w:t>оботодавця</w:t>
      </w:r>
      <w:proofErr w:type="spellEnd"/>
      <w:r w:rsidR="00112E59"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надають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висновок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щодо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досягнення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результатів</w:t>
      </w:r>
      <w:proofErr w:type="spellEnd"/>
      <w:r w:rsidR="00FC0B6D" w:rsidRPr="0096496A">
        <w:rPr>
          <w:lang w:val="ru-RU"/>
        </w:rPr>
        <w:t xml:space="preserve"> </w:t>
      </w:r>
      <w:proofErr w:type="spellStart"/>
      <w:r w:rsidR="00FC0B6D" w:rsidRPr="0096496A">
        <w:rPr>
          <w:lang w:val="ru-RU"/>
        </w:rPr>
        <w:t>навчання</w:t>
      </w:r>
      <w:proofErr w:type="spellEnd"/>
      <w:r w:rsidR="009B3B66" w:rsidRPr="0096496A">
        <w:rPr>
          <w:lang w:val="ru-RU"/>
        </w:rPr>
        <w:t xml:space="preserve"> (</w:t>
      </w:r>
      <w:proofErr w:type="spellStart"/>
      <w:r w:rsidR="009B3B66" w:rsidRPr="0096496A">
        <w:rPr>
          <w:lang w:val="ru-RU"/>
        </w:rPr>
        <w:t>Додаток</w:t>
      </w:r>
      <w:proofErr w:type="spellEnd"/>
      <w:r w:rsidR="009B3B66" w:rsidRPr="0096496A">
        <w:rPr>
          <w:lang w:val="ru-RU"/>
        </w:rPr>
        <w:t> </w:t>
      </w:r>
      <w:r w:rsidR="009C3C57" w:rsidRPr="0096496A">
        <w:rPr>
          <w:lang w:val="ru-RU"/>
        </w:rPr>
        <w:t>Є</w:t>
      </w:r>
      <w:r w:rsidR="009B3B66" w:rsidRPr="0096496A">
        <w:rPr>
          <w:lang w:val="ru-RU"/>
        </w:rPr>
        <w:t>)</w:t>
      </w:r>
      <w:r w:rsidRPr="0096496A">
        <w:rPr>
          <w:lang w:val="ru-RU"/>
        </w:rPr>
        <w:t xml:space="preserve">. </w:t>
      </w:r>
      <w:proofErr w:type="spellStart"/>
      <w:r w:rsidRPr="0096496A">
        <w:rPr>
          <w:lang w:val="ru-RU"/>
        </w:rPr>
        <w:t>Остаточне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академічне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рішення</w:t>
      </w:r>
      <w:proofErr w:type="spellEnd"/>
      <w:r w:rsidRPr="0096496A">
        <w:rPr>
          <w:lang w:val="ru-RU"/>
        </w:rPr>
        <w:t xml:space="preserve"> про </w:t>
      </w:r>
      <w:proofErr w:type="spellStart"/>
      <w:r w:rsidRPr="0096496A">
        <w:rPr>
          <w:lang w:val="ru-RU"/>
        </w:rPr>
        <w:t>оцінку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зарахування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освітнього</w:t>
      </w:r>
      <w:proofErr w:type="spellEnd"/>
      <w:r w:rsidRPr="0096496A">
        <w:rPr>
          <w:lang w:val="ru-RU"/>
        </w:rPr>
        <w:t xml:space="preserve"> компонента та </w:t>
      </w:r>
      <w:proofErr w:type="spellStart"/>
      <w:r w:rsidRPr="0096496A">
        <w:rPr>
          <w:lang w:val="ru-RU"/>
        </w:rPr>
        <w:t>присвоєння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кредитів</w:t>
      </w:r>
      <w:proofErr w:type="spellEnd"/>
      <w:r w:rsidRPr="0096496A">
        <w:rPr>
          <w:lang w:val="ru-RU"/>
        </w:rPr>
        <w:t xml:space="preserve"> ЄКТС </w:t>
      </w:r>
      <w:proofErr w:type="spellStart"/>
      <w:r w:rsidRPr="0096496A">
        <w:rPr>
          <w:lang w:val="ru-RU"/>
        </w:rPr>
        <w:t>приймає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</w:t>
      </w:r>
      <w:proofErr w:type="spellEnd"/>
      <w:r w:rsidRPr="0096496A">
        <w:rPr>
          <w:lang w:val="ru-RU"/>
        </w:rPr>
        <w:t>.</w:t>
      </w:r>
    </w:p>
    <w:p w14:paraId="1380A564" w14:textId="60C5BE2E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lastRenderedPageBreak/>
        <w:t>9.</w:t>
      </w:r>
      <w:r w:rsidR="001215F5">
        <w:rPr>
          <w:lang w:val="uk-UA"/>
        </w:rPr>
        <w:t>3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Критерії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бути </w:t>
      </w:r>
      <w:proofErr w:type="spellStart"/>
      <w:r w:rsidRPr="00FC0B6D">
        <w:rPr>
          <w:lang w:val="ru-RU"/>
        </w:rPr>
        <w:t>визначені</w:t>
      </w:r>
      <w:proofErr w:type="spellEnd"/>
      <w:r w:rsidRPr="00FC0B6D">
        <w:rPr>
          <w:lang w:val="ru-RU"/>
        </w:rPr>
        <w:t xml:space="preserve"> до початку </w:t>
      </w:r>
      <w:proofErr w:type="spellStart"/>
      <w:r w:rsidRPr="00FC0B6D">
        <w:rPr>
          <w:lang w:val="ru-RU"/>
        </w:rPr>
        <w:t>відповідного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етапу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бути </w:t>
      </w:r>
      <w:proofErr w:type="spellStart"/>
      <w:r w:rsidRPr="00FC0B6D">
        <w:rPr>
          <w:lang w:val="ru-RU"/>
        </w:rPr>
        <w:t>пов’язаними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програмними</w:t>
      </w:r>
      <w:proofErr w:type="spellEnd"/>
      <w:r w:rsidRPr="00FC0B6D">
        <w:rPr>
          <w:lang w:val="ru-RU"/>
        </w:rPr>
        <w:t xml:space="preserve"> результатами, </w:t>
      </w:r>
      <w:proofErr w:type="spellStart"/>
      <w:r w:rsidRPr="00FC0B6D">
        <w:rPr>
          <w:lang w:val="ru-RU"/>
        </w:rPr>
        <w:t>зрозумілими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здобувачу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придатними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спільного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застосування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Університетом</w:t>
      </w:r>
      <w:proofErr w:type="spellEnd"/>
      <w:r w:rsidRPr="00FC0B6D">
        <w:rPr>
          <w:lang w:val="ru-RU"/>
        </w:rPr>
        <w:t xml:space="preserve"> і </w:t>
      </w:r>
      <w:proofErr w:type="spellStart"/>
      <w:r w:rsidR="00346D2E">
        <w:rPr>
          <w:lang w:val="ru-RU"/>
        </w:rPr>
        <w:t>р</w:t>
      </w:r>
      <w:r w:rsidR="00112E59" w:rsidRPr="00FC0B6D">
        <w:rPr>
          <w:lang w:val="ru-RU"/>
        </w:rPr>
        <w:t>оботодавцем</w:t>
      </w:r>
      <w:proofErr w:type="spellEnd"/>
      <w:r w:rsidRPr="00FC0B6D">
        <w:rPr>
          <w:lang w:val="ru-RU"/>
        </w:rPr>
        <w:t>.</w:t>
      </w:r>
    </w:p>
    <w:p w14:paraId="4955A958" w14:textId="4D5FE124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4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Невиконання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окремого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завдання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автоматично </w:t>
      </w:r>
      <w:proofErr w:type="spellStart"/>
      <w:r w:rsidRPr="00FC0B6D">
        <w:rPr>
          <w:lang w:val="ru-RU"/>
        </w:rPr>
        <w:t>спричиняти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негативне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освітнього</w:t>
      </w:r>
      <w:proofErr w:type="spellEnd"/>
      <w:r w:rsidRPr="00FC0B6D">
        <w:rPr>
          <w:lang w:val="ru-RU"/>
        </w:rPr>
        <w:t xml:space="preserve"> компонента. </w:t>
      </w:r>
      <w:proofErr w:type="spellStart"/>
      <w:r w:rsidRPr="00FC0B6D">
        <w:rPr>
          <w:lang w:val="ru-RU"/>
        </w:rPr>
        <w:t>Здобувачу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надається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усунути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недоліки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альтернативне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завдання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це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суперечить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вимогам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.</w:t>
      </w:r>
    </w:p>
    <w:p w14:paraId="764E81C3" w14:textId="1F9392A0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5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Апеляція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подається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розглядається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спори </w:t>
      </w:r>
      <w:proofErr w:type="spellStart"/>
      <w:r w:rsidRPr="00FC0B6D">
        <w:rPr>
          <w:lang w:val="ru-RU"/>
        </w:rPr>
        <w:t>вирішуються</w:t>
      </w:r>
      <w:proofErr w:type="spellEnd"/>
      <w:r w:rsidRPr="00FC0B6D">
        <w:rPr>
          <w:lang w:val="ru-RU"/>
        </w:rPr>
        <w:t xml:space="preserve"> в порядку, </w:t>
      </w:r>
      <w:proofErr w:type="spellStart"/>
      <w:r w:rsidRPr="00FC0B6D">
        <w:rPr>
          <w:lang w:val="ru-RU"/>
        </w:rPr>
        <w:t>установленому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>.</w:t>
      </w:r>
    </w:p>
    <w:p w14:paraId="3CD50C27" w14:textId="19A06902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6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Атестація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навчалися</w:t>
      </w:r>
      <w:proofErr w:type="spellEnd"/>
      <w:r w:rsidRPr="00FC0B6D">
        <w:rPr>
          <w:lang w:val="ru-RU"/>
        </w:rPr>
        <w:t xml:space="preserve"> за дуальною формою,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загальних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підставах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Представники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можуть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залучатися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атестації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встановленому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локальними</w:t>
      </w:r>
      <w:proofErr w:type="spellEnd"/>
      <w:r w:rsidRPr="00FC0B6D">
        <w:rPr>
          <w:lang w:val="ru-RU"/>
        </w:rPr>
        <w:t xml:space="preserve"> актами порядку.</w:t>
      </w:r>
    </w:p>
    <w:p w14:paraId="544006D0" w14:textId="44D9D8CC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7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Моніторинг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якості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охоплює</w:t>
      </w:r>
      <w:proofErr w:type="spellEnd"/>
      <w:r w:rsidRPr="00FC0B6D">
        <w:rPr>
          <w:lang w:val="ru-RU"/>
        </w:rPr>
        <w:t>:</w:t>
      </w:r>
    </w:p>
    <w:p w14:paraId="375240D1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досягнення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успішність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>;</w:t>
      </w:r>
    </w:p>
    <w:p w14:paraId="698D50F0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дотримання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частки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графіків</w:t>
      </w:r>
      <w:proofErr w:type="spellEnd"/>
      <w:r w:rsidRPr="00FC0B6D">
        <w:rPr>
          <w:lang w:val="ru-RU"/>
        </w:rPr>
        <w:t>;</w:t>
      </w:r>
    </w:p>
    <w:p w14:paraId="6D66FE2C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якість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наставництва</w:t>
      </w:r>
      <w:proofErr w:type="spellEnd"/>
      <w:r w:rsidRPr="00FC0B6D">
        <w:rPr>
          <w:lang w:val="ru-RU"/>
        </w:rPr>
        <w:t xml:space="preserve">, умов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>;</w:t>
      </w:r>
    </w:p>
    <w:p w14:paraId="47F54DEA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зворотний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зв’язок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наставників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кураторів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роботодавців</w:t>
      </w:r>
      <w:proofErr w:type="spellEnd"/>
      <w:r w:rsidRPr="00FC0B6D">
        <w:rPr>
          <w:lang w:val="ru-RU"/>
        </w:rPr>
        <w:t>;</w:t>
      </w:r>
    </w:p>
    <w:p w14:paraId="28BAD77C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договорів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випадки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дострокового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працевлаштування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випускників</w:t>
      </w:r>
      <w:proofErr w:type="spellEnd"/>
      <w:r w:rsidRPr="00FC0B6D">
        <w:rPr>
          <w:lang w:val="ru-RU"/>
        </w:rPr>
        <w:t>;</w:t>
      </w:r>
    </w:p>
    <w:p w14:paraId="22E982D8" w14:textId="77777777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пропозиції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оновлення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.</w:t>
      </w:r>
    </w:p>
    <w:p w14:paraId="734D674A" w14:textId="7847685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8</w:t>
      </w:r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Щорічний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звіт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реалізацію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розглядається</w:t>
      </w:r>
      <w:proofErr w:type="spellEnd"/>
      <w:r w:rsidRPr="00FC0B6D">
        <w:rPr>
          <w:lang w:val="ru-RU"/>
        </w:rPr>
        <w:t xml:space="preserve"> кафедрою і </w:t>
      </w:r>
      <w:proofErr w:type="spellStart"/>
      <w:r w:rsidRPr="00FC0B6D">
        <w:rPr>
          <w:lang w:val="ru-RU"/>
        </w:rPr>
        <w:t>вченою</w:t>
      </w:r>
      <w:proofErr w:type="spellEnd"/>
      <w:r w:rsidRPr="00FC0B6D">
        <w:rPr>
          <w:lang w:val="ru-RU"/>
        </w:rPr>
        <w:t xml:space="preserve"> радою факультету та </w:t>
      </w:r>
      <w:proofErr w:type="spellStart"/>
      <w:r w:rsidRPr="00FC0B6D">
        <w:rPr>
          <w:lang w:val="ru-RU"/>
        </w:rPr>
        <w:t>подається</w:t>
      </w:r>
      <w:proofErr w:type="spellEnd"/>
      <w:r w:rsidRPr="00FC0B6D">
        <w:rPr>
          <w:lang w:val="ru-RU"/>
        </w:rPr>
        <w:t xml:space="preserve"> координатору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Узагальнений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звіт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розглядається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науково</w:t>
      </w:r>
      <w:proofErr w:type="spellEnd"/>
      <w:r w:rsidRPr="00FC0B6D">
        <w:rPr>
          <w:lang w:val="ru-RU"/>
        </w:rPr>
        <w:t xml:space="preserve">-методичною радою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.</w:t>
      </w:r>
    </w:p>
    <w:p w14:paraId="7B808561" w14:textId="724D04FB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>9.</w:t>
      </w:r>
      <w:r w:rsidR="001215F5">
        <w:rPr>
          <w:lang w:val="uk-UA"/>
        </w:rPr>
        <w:t>9</w:t>
      </w:r>
      <w:r w:rsidRPr="00FC0B6D">
        <w:rPr>
          <w:lang w:val="ru-RU"/>
        </w:rPr>
        <w:t xml:space="preserve">. У </w:t>
      </w:r>
      <w:proofErr w:type="spellStart"/>
      <w:r w:rsidRPr="00FC0B6D">
        <w:rPr>
          <w:lang w:val="ru-RU"/>
        </w:rPr>
        <w:t>разі</w:t>
      </w:r>
      <w:proofErr w:type="spellEnd"/>
      <w:r w:rsidRPr="00FC0B6D">
        <w:rPr>
          <w:lang w:val="ru-RU"/>
        </w:rPr>
        <w:t xml:space="preserve"> </w:t>
      </w:r>
      <w:r w:rsidRPr="0096496A">
        <w:rPr>
          <w:lang w:val="ru-RU"/>
        </w:rPr>
        <w:t xml:space="preserve">систематичного </w:t>
      </w:r>
      <w:proofErr w:type="spellStart"/>
      <w:r w:rsidRPr="0096496A">
        <w:rPr>
          <w:lang w:val="ru-RU"/>
        </w:rPr>
        <w:t>невиконання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роботодавцем</w:t>
      </w:r>
      <w:proofErr w:type="spellEnd"/>
      <w:r w:rsidRPr="0096496A">
        <w:rPr>
          <w:lang w:val="ru-RU"/>
        </w:rPr>
        <w:t xml:space="preserve"> договору, </w:t>
      </w:r>
      <w:proofErr w:type="spellStart"/>
      <w:r w:rsidRPr="0096496A">
        <w:rPr>
          <w:lang w:val="ru-RU"/>
        </w:rPr>
        <w:t>невідповідності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робочих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місць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програмі</w:t>
      </w:r>
      <w:proofErr w:type="spellEnd"/>
      <w:r w:rsidRPr="0096496A">
        <w:rPr>
          <w:lang w:val="ru-RU"/>
        </w:rPr>
        <w:t xml:space="preserve">, </w:t>
      </w:r>
      <w:proofErr w:type="spellStart"/>
      <w:r w:rsidRPr="0096496A">
        <w:rPr>
          <w:lang w:val="ru-RU"/>
        </w:rPr>
        <w:t>порушення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трудових</w:t>
      </w:r>
      <w:proofErr w:type="spellEnd"/>
      <w:r w:rsidRPr="0096496A">
        <w:rPr>
          <w:lang w:val="ru-RU"/>
        </w:rPr>
        <w:t xml:space="preserve"> прав </w:t>
      </w:r>
      <w:proofErr w:type="spellStart"/>
      <w:r w:rsidRPr="0096496A">
        <w:rPr>
          <w:lang w:val="ru-RU"/>
        </w:rPr>
        <w:t>або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вимог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безпеки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Університет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може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розірвати</w:t>
      </w:r>
      <w:proofErr w:type="spellEnd"/>
      <w:r w:rsidRPr="0096496A">
        <w:rPr>
          <w:lang w:val="ru-RU"/>
        </w:rPr>
        <w:t xml:space="preserve"> </w:t>
      </w:r>
      <w:proofErr w:type="spellStart"/>
      <w:r w:rsidRPr="0096496A">
        <w:rPr>
          <w:lang w:val="ru-RU"/>
        </w:rPr>
        <w:t>договір</w:t>
      </w:r>
      <w:proofErr w:type="spellEnd"/>
      <w:r w:rsidR="00E04A7A" w:rsidRPr="0096496A">
        <w:rPr>
          <w:lang w:val="ru-RU"/>
        </w:rPr>
        <w:t xml:space="preserve"> </w:t>
      </w:r>
      <w:r w:rsidR="00346D2E" w:rsidRPr="0096496A">
        <w:rPr>
          <w:lang w:val="ru-RU"/>
        </w:rPr>
        <w:t xml:space="preserve">з </w:t>
      </w:r>
      <w:proofErr w:type="spellStart"/>
      <w:r w:rsidR="00346D2E" w:rsidRPr="0096496A">
        <w:rPr>
          <w:lang w:val="ru-RU"/>
        </w:rPr>
        <w:t>р</w:t>
      </w:r>
      <w:r w:rsidR="00E04A7A" w:rsidRPr="0096496A">
        <w:rPr>
          <w:lang w:val="ru-RU"/>
        </w:rPr>
        <w:t>оботодавцем</w:t>
      </w:r>
      <w:proofErr w:type="spellEnd"/>
      <w:r w:rsidRPr="0096496A">
        <w:rPr>
          <w:lang w:val="ru-RU"/>
        </w:rPr>
        <w:t>.</w:t>
      </w:r>
    </w:p>
    <w:p w14:paraId="4AA40570" w14:textId="77777777" w:rsidR="00EA5407" w:rsidRPr="0096496A" w:rsidRDefault="00EA5407" w:rsidP="00EA5407">
      <w:pPr>
        <w:spacing w:line="240" w:lineRule="auto"/>
        <w:rPr>
          <w:lang w:val="ru-RU"/>
        </w:rPr>
      </w:pPr>
    </w:p>
    <w:p w14:paraId="0C89D20D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96496A">
        <w:rPr>
          <w:lang w:val="ru-RU"/>
        </w:rPr>
        <w:t>10. ТРУДОВІ ВІДНОСИНИ, ОПЛАТА ПРАЦІ ТА СОЦІАЛЬНІ</w:t>
      </w:r>
      <w:r w:rsidRPr="00FC0B6D">
        <w:rPr>
          <w:lang w:val="ru-RU"/>
        </w:rPr>
        <w:t xml:space="preserve"> ГАРАНТІЇ</w:t>
      </w:r>
    </w:p>
    <w:p w14:paraId="1E4C0149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10.1.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навчається</w:t>
      </w:r>
      <w:proofErr w:type="spellEnd"/>
      <w:r w:rsidRPr="00FC0B6D">
        <w:rPr>
          <w:lang w:val="ru-RU"/>
        </w:rPr>
        <w:t xml:space="preserve"> за дуальною формою, є </w:t>
      </w:r>
      <w:proofErr w:type="spellStart"/>
      <w:r w:rsidRPr="00FC0B6D">
        <w:rPr>
          <w:lang w:val="ru-RU"/>
        </w:rPr>
        <w:t>працівником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в межах </w:t>
      </w:r>
      <w:proofErr w:type="spellStart"/>
      <w:r w:rsidRPr="00FC0B6D">
        <w:rPr>
          <w:lang w:val="ru-RU"/>
        </w:rPr>
        <w:t>укладеного</w:t>
      </w:r>
      <w:proofErr w:type="spellEnd"/>
      <w:r w:rsidRPr="00FC0B6D">
        <w:rPr>
          <w:lang w:val="ru-RU"/>
        </w:rPr>
        <w:t xml:space="preserve"> трудового договору. На </w:t>
      </w:r>
      <w:proofErr w:type="spellStart"/>
      <w:r w:rsidRPr="00FC0B6D">
        <w:rPr>
          <w:lang w:val="ru-RU"/>
        </w:rPr>
        <w:t>нього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поширюються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працю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колективний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, правила </w:t>
      </w:r>
      <w:proofErr w:type="spellStart"/>
      <w:r w:rsidRPr="00FC0B6D">
        <w:rPr>
          <w:lang w:val="ru-RU"/>
        </w:rPr>
        <w:t>внутрішнього</w:t>
      </w:r>
      <w:proofErr w:type="spellEnd"/>
      <w:r w:rsidRPr="00FC0B6D">
        <w:rPr>
          <w:lang w:val="ru-RU"/>
        </w:rPr>
        <w:t xml:space="preserve"> трудового </w:t>
      </w:r>
      <w:proofErr w:type="spellStart"/>
      <w:r w:rsidRPr="00FC0B6D">
        <w:rPr>
          <w:lang w:val="ru-RU"/>
        </w:rPr>
        <w:t>розпорядку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локальні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>.</w:t>
      </w:r>
    </w:p>
    <w:p w14:paraId="64DA08B6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10.2. Оплата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роботодавцем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фактично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, умов трудового договору, </w:t>
      </w:r>
      <w:proofErr w:type="spellStart"/>
      <w:r w:rsidRPr="00FC0B6D">
        <w:rPr>
          <w:lang w:val="ru-RU"/>
        </w:rPr>
        <w:t>системи</w:t>
      </w:r>
      <w:proofErr w:type="spellEnd"/>
      <w:r w:rsidRPr="00FC0B6D">
        <w:rPr>
          <w:lang w:val="ru-RU"/>
        </w:rPr>
        <w:t xml:space="preserve"> оплати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державних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мінімальних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гарантій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Стипендія</w:t>
      </w:r>
      <w:proofErr w:type="spellEnd"/>
      <w:r w:rsidRPr="00FC0B6D">
        <w:rPr>
          <w:lang w:val="ru-RU"/>
        </w:rPr>
        <w:t xml:space="preserve">, грант, </w:t>
      </w:r>
      <w:proofErr w:type="spellStart"/>
      <w:r w:rsidRPr="00FC0B6D">
        <w:rPr>
          <w:lang w:val="ru-RU"/>
        </w:rPr>
        <w:t>компенсація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витрат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підтримка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можуть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підміняти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заробітну</w:t>
      </w:r>
      <w:proofErr w:type="spellEnd"/>
      <w:r w:rsidRPr="00FC0B6D">
        <w:rPr>
          <w:lang w:val="ru-RU"/>
        </w:rPr>
        <w:t xml:space="preserve"> плату.</w:t>
      </w:r>
    </w:p>
    <w:p w14:paraId="1B8D1AFE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10.3. </w:t>
      </w:r>
      <w:proofErr w:type="spellStart"/>
      <w:r w:rsidRPr="00FC0B6D">
        <w:rPr>
          <w:lang w:val="ru-RU"/>
        </w:rPr>
        <w:t>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заробітної</w:t>
      </w:r>
      <w:proofErr w:type="spellEnd"/>
      <w:r w:rsidRPr="00FC0B6D">
        <w:rPr>
          <w:lang w:val="ru-RU"/>
        </w:rPr>
        <w:t xml:space="preserve"> плати не є </w:t>
      </w:r>
      <w:proofErr w:type="spellStart"/>
      <w:r w:rsidRPr="00FC0B6D">
        <w:rPr>
          <w:lang w:val="ru-RU"/>
        </w:rPr>
        <w:t>підставою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соціальної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стипендії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Стипендіальне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локальних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.</w:t>
      </w:r>
    </w:p>
    <w:p w14:paraId="0F5132D5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lastRenderedPageBreak/>
        <w:t xml:space="preserve">10.4. </w:t>
      </w:r>
      <w:proofErr w:type="spellStart"/>
      <w:r w:rsidRPr="00FC0B6D">
        <w:rPr>
          <w:lang w:val="ru-RU"/>
        </w:rPr>
        <w:t>Перехід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дуальну</w:t>
      </w:r>
      <w:proofErr w:type="spellEnd"/>
      <w:r w:rsidRPr="00FC0B6D">
        <w:rPr>
          <w:lang w:val="ru-RU"/>
        </w:rPr>
        <w:t xml:space="preserve"> форму не </w:t>
      </w:r>
      <w:proofErr w:type="spellStart"/>
      <w:r w:rsidRPr="00FC0B6D">
        <w:rPr>
          <w:lang w:val="ru-RU"/>
        </w:rPr>
        <w:t>змінює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джерело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фінансування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повністю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частково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оплачувати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вартість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додаткові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послуги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проживання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проїзд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страхування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харчування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витрати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підставі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окремого</w:t>
      </w:r>
      <w:proofErr w:type="spellEnd"/>
      <w:r w:rsidRPr="00FC0B6D">
        <w:rPr>
          <w:lang w:val="ru-RU"/>
        </w:rPr>
        <w:t xml:space="preserve"> договору.</w:t>
      </w:r>
    </w:p>
    <w:p w14:paraId="3917BD77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10.5. </w:t>
      </w:r>
      <w:proofErr w:type="spellStart"/>
      <w:r w:rsidRPr="00FC0B6D">
        <w:rPr>
          <w:lang w:val="ru-RU"/>
        </w:rPr>
        <w:t>Тривалість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часу, час </w:t>
      </w:r>
      <w:proofErr w:type="spellStart"/>
      <w:r w:rsidRPr="00FC0B6D">
        <w:rPr>
          <w:lang w:val="ru-RU"/>
        </w:rPr>
        <w:t>відпочинку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відпустки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надурочні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нічні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трудовим</w:t>
      </w:r>
      <w:proofErr w:type="spellEnd"/>
      <w:r w:rsidRPr="00FC0B6D">
        <w:rPr>
          <w:lang w:val="ru-RU"/>
        </w:rPr>
        <w:t xml:space="preserve"> договором. </w:t>
      </w:r>
      <w:proofErr w:type="spellStart"/>
      <w:r w:rsidRPr="00FC0B6D">
        <w:rPr>
          <w:lang w:val="ru-RU"/>
        </w:rPr>
        <w:t>Графік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враховувати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заняття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контрольні</w:t>
      </w:r>
      <w:proofErr w:type="spellEnd"/>
      <w:r w:rsidRPr="00FC0B6D">
        <w:rPr>
          <w:lang w:val="ru-RU"/>
        </w:rPr>
        <w:t xml:space="preserve"> заходи, </w:t>
      </w:r>
      <w:proofErr w:type="spellStart"/>
      <w:r w:rsidRPr="00FC0B6D">
        <w:rPr>
          <w:lang w:val="ru-RU"/>
        </w:rPr>
        <w:t>канікули</w:t>
      </w:r>
      <w:proofErr w:type="spellEnd"/>
      <w:r w:rsidRPr="00FC0B6D">
        <w:rPr>
          <w:lang w:val="ru-RU"/>
        </w:rPr>
        <w:t xml:space="preserve"> та потребу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відновленні</w:t>
      </w:r>
      <w:proofErr w:type="spellEnd"/>
      <w:r w:rsidRPr="00FC0B6D">
        <w:rPr>
          <w:lang w:val="ru-RU"/>
        </w:rPr>
        <w:t>.</w:t>
      </w:r>
    </w:p>
    <w:p w14:paraId="5ECC5EE3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10.6. Для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які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досягли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вісімнадцяти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років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застосовуються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гарантії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прийняття</w:t>
      </w:r>
      <w:proofErr w:type="spellEnd"/>
      <w:r w:rsidRPr="00FC0B6D">
        <w:rPr>
          <w:lang w:val="ru-RU"/>
        </w:rPr>
        <w:t xml:space="preserve"> </w:t>
      </w:r>
      <w:proofErr w:type="gramStart"/>
      <w:r w:rsidRPr="00FC0B6D">
        <w:rPr>
          <w:lang w:val="ru-RU"/>
        </w:rPr>
        <w:t>на роботу</w:t>
      </w:r>
      <w:proofErr w:type="gram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скороченої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тривалості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часу, </w:t>
      </w:r>
      <w:proofErr w:type="spellStart"/>
      <w:r w:rsidRPr="00FC0B6D">
        <w:rPr>
          <w:lang w:val="ru-RU"/>
        </w:rPr>
        <w:t>медичних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оглядів</w:t>
      </w:r>
      <w:proofErr w:type="spellEnd"/>
      <w:r w:rsidRPr="00FC0B6D">
        <w:rPr>
          <w:lang w:val="ru-RU"/>
        </w:rPr>
        <w:t xml:space="preserve">, заборони </w:t>
      </w:r>
      <w:proofErr w:type="spellStart"/>
      <w:r w:rsidRPr="00FC0B6D">
        <w:rPr>
          <w:lang w:val="ru-RU"/>
        </w:rPr>
        <w:t>важких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шкідливих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небезпечних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нічних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надурочних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робіт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робіт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вихідні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дні</w:t>
      </w:r>
      <w:proofErr w:type="spellEnd"/>
      <w:r w:rsidRPr="00FC0B6D">
        <w:rPr>
          <w:lang w:val="ru-RU"/>
        </w:rPr>
        <w:t>.</w:t>
      </w:r>
    </w:p>
    <w:p w14:paraId="61611071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10.7. </w:t>
      </w:r>
      <w:proofErr w:type="spellStart"/>
      <w:r w:rsidRPr="00FC0B6D">
        <w:rPr>
          <w:lang w:val="ru-RU"/>
        </w:rPr>
        <w:t>Витрати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засоби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спеціальний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одяг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безпечні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 і договором. Порядок </w:t>
      </w:r>
      <w:proofErr w:type="spellStart"/>
      <w:r w:rsidRPr="00FC0B6D">
        <w:rPr>
          <w:lang w:val="ru-RU"/>
        </w:rPr>
        <w:t>матеріального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стимулювання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наставників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установлює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>.</w:t>
      </w:r>
    </w:p>
    <w:p w14:paraId="63C0A10E" w14:textId="77777777" w:rsidR="00412924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10.8. </w:t>
      </w:r>
      <w:proofErr w:type="spellStart"/>
      <w:r w:rsidRPr="00FC0B6D">
        <w:rPr>
          <w:lang w:val="ru-RU"/>
        </w:rPr>
        <w:t>Функції</w:t>
      </w:r>
      <w:proofErr w:type="spellEnd"/>
      <w:r w:rsidRPr="00FC0B6D">
        <w:rPr>
          <w:lang w:val="ru-RU"/>
        </w:rPr>
        <w:t xml:space="preserve"> координатора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та куратора є </w:t>
      </w:r>
      <w:proofErr w:type="spellStart"/>
      <w:r w:rsidRPr="00FC0B6D">
        <w:rPr>
          <w:lang w:val="ru-RU"/>
        </w:rPr>
        <w:t>організаційною</w:t>
      </w:r>
      <w:proofErr w:type="spellEnd"/>
      <w:r w:rsidRPr="00FC0B6D">
        <w:rPr>
          <w:lang w:val="ru-RU"/>
        </w:rPr>
        <w:t xml:space="preserve"> і методичною </w:t>
      </w:r>
      <w:proofErr w:type="spellStart"/>
      <w:r w:rsidRPr="00FC0B6D">
        <w:rPr>
          <w:lang w:val="ru-RU"/>
        </w:rPr>
        <w:t>роботою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відображаються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індивідуальних</w:t>
      </w:r>
      <w:proofErr w:type="spellEnd"/>
      <w:r w:rsidRPr="00FC0B6D">
        <w:rPr>
          <w:lang w:val="ru-RU"/>
        </w:rPr>
        <w:t xml:space="preserve"> планах </w:t>
      </w:r>
      <w:proofErr w:type="spellStart"/>
      <w:r w:rsidRPr="00FC0B6D">
        <w:rPr>
          <w:lang w:val="ru-RU"/>
        </w:rPr>
        <w:t>працівників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можуть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враховуватися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</w:t>
      </w:r>
      <w:proofErr w:type="spellEnd"/>
      <w:r w:rsidRPr="00FC0B6D">
        <w:rPr>
          <w:lang w:val="ru-RU"/>
        </w:rPr>
        <w:t xml:space="preserve"> час </w:t>
      </w:r>
      <w:proofErr w:type="spellStart"/>
      <w:r w:rsidRPr="00FC0B6D">
        <w:rPr>
          <w:lang w:val="ru-RU"/>
        </w:rPr>
        <w:t>преміювання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встановлення</w:t>
      </w:r>
      <w:proofErr w:type="spellEnd"/>
      <w:r w:rsidRPr="00FC0B6D">
        <w:rPr>
          <w:lang w:val="ru-RU"/>
        </w:rPr>
        <w:t xml:space="preserve"> доплат у межах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колективного</w:t>
      </w:r>
      <w:proofErr w:type="spellEnd"/>
      <w:r w:rsidRPr="00FC0B6D">
        <w:rPr>
          <w:lang w:val="ru-RU"/>
        </w:rPr>
        <w:t xml:space="preserve"> договору і </w:t>
      </w:r>
      <w:proofErr w:type="spellStart"/>
      <w:r w:rsidRPr="00FC0B6D">
        <w:rPr>
          <w:lang w:val="ru-RU"/>
        </w:rPr>
        <w:t>фінансових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можливостей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.</w:t>
      </w:r>
    </w:p>
    <w:p w14:paraId="4AAB99B8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678233E4" w14:textId="77777777" w:rsidR="0013179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 xml:space="preserve">11. ОХОРОНА ПРАЦІ, ІНКЛЮЗИВНІСТЬ, ДАНІ </w:t>
      </w:r>
    </w:p>
    <w:p w14:paraId="6FEF8667" w14:textId="090D91D1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ТА ІНТЕЛЕКТУАЛЬНА ВЛАСНІСТЬ</w:t>
      </w:r>
    </w:p>
    <w:p w14:paraId="530401F9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11.1.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безпечні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здорові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проводить </w:t>
      </w:r>
      <w:proofErr w:type="spellStart"/>
      <w:r w:rsidRPr="00FC0B6D">
        <w:rPr>
          <w:lang w:val="ru-RU"/>
        </w:rPr>
        <w:t>передбачені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інструктажі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перевірку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знань</w:t>
      </w:r>
      <w:proofErr w:type="spellEnd"/>
      <w:r w:rsidRPr="00FC0B6D">
        <w:rPr>
          <w:lang w:val="ru-RU"/>
        </w:rPr>
        <w:t xml:space="preserve"> з </w:t>
      </w:r>
      <w:proofErr w:type="spellStart"/>
      <w:r w:rsidRPr="00FC0B6D">
        <w:rPr>
          <w:lang w:val="ru-RU"/>
        </w:rPr>
        <w:t>охорони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засобами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захисту</w:t>
      </w:r>
      <w:proofErr w:type="spellEnd"/>
      <w:r w:rsidRPr="00FC0B6D">
        <w:rPr>
          <w:lang w:val="ru-RU"/>
        </w:rPr>
        <w:t xml:space="preserve"> та не </w:t>
      </w:r>
      <w:proofErr w:type="spellStart"/>
      <w:r w:rsidRPr="00FC0B6D">
        <w:rPr>
          <w:lang w:val="ru-RU"/>
        </w:rPr>
        <w:t>допускає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 без </w:t>
      </w:r>
      <w:proofErr w:type="spellStart"/>
      <w:r w:rsidRPr="00FC0B6D">
        <w:rPr>
          <w:lang w:val="ru-RU"/>
        </w:rPr>
        <w:t>необхідного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медичного</w:t>
      </w:r>
      <w:proofErr w:type="spellEnd"/>
      <w:r w:rsidRPr="00FC0B6D">
        <w:rPr>
          <w:lang w:val="ru-RU"/>
        </w:rPr>
        <w:t xml:space="preserve"> огляду, допуску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.</w:t>
      </w:r>
    </w:p>
    <w:p w14:paraId="5BCC7E27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11.2. У </w:t>
      </w:r>
      <w:proofErr w:type="spellStart"/>
      <w:r w:rsidRPr="00FC0B6D">
        <w:rPr>
          <w:lang w:val="ru-RU"/>
        </w:rPr>
        <w:t>разі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виявлення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загрози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життю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здоров’ю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має</w:t>
      </w:r>
      <w:proofErr w:type="spellEnd"/>
      <w:r w:rsidRPr="00FC0B6D">
        <w:rPr>
          <w:lang w:val="ru-RU"/>
        </w:rPr>
        <w:t xml:space="preserve"> право </w:t>
      </w:r>
      <w:proofErr w:type="spellStart"/>
      <w:r w:rsidRPr="00FC0B6D">
        <w:rPr>
          <w:lang w:val="ru-RU"/>
        </w:rPr>
        <w:t>припинити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повідомити</w:t>
      </w:r>
      <w:proofErr w:type="spellEnd"/>
      <w:r w:rsidRPr="00FC0B6D">
        <w:rPr>
          <w:lang w:val="ru-RU"/>
        </w:rPr>
        <w:t xml:space="preserve"> наставника,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і куратора. Таке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бути </w:t>
      </w:r>
      <w:proofErr w:type="spellStart"/>
      <w:r w:rsidRPr="00FC0B6D">
        <w:rPr>
          <w:lang w:val="ru-RU"/>
        </w:rPr>
        <w:t>підставою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академічного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покарання</w:t>
      </w:r>
      <w:proofErr w:type="spellEnd"/>
      <w:r w:rsidRPr="00FC0B6D">
        <w:rPr>
          <w:lang w:val="ru-RU"/>
        </w:rPr>
        <w:t>.</w:t>
      </w:r>
    </w:p>
    <w:p w14:paraId="4F10900F" w14:textId="77777777" w:rsidR="00412924" w:rsidRPr="0013179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11.3. </w:t>
      </w:r>
      <w:proofErr w:type="spellStart"/>
      <w:r w:rsidRPr="00FC0B6D">
        <w:rPr>
          <w:lang w:val="ru-RU"/>
        </w:rPr>
        <w:t>Нещасні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випадки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професійні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захворювання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аварії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розслідуються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невідкладно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повідомляє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Університет</w:t>
      </w:r>
      <w:proofErr w:type="spellEnd"/>
      <w:r w:rsidRPr="0013179D">
        <w:rPr>
          <w:lang w:val="ru-RU"/>
        </w:rPr>
        <w:t xml:space="preserve"> про </w:t>
      </w:r>
      <w:proofErr w:type="spellStart"/>
      <w:r w:rsidRPr="0013179D">
        <w:rPr>
          <w:lang w:val="ru-RU"/>
        </w:rPr>
        <w:t>подію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що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сталася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здобувачем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під</w:t>
      </w:r>
      <w:proofErr w:type="spellEnd"/>
      <w:r w:rsidRPr="0013179D">
        <w:rPr>
          <w:lang w:val="ru-RU"/>
        </w:rPr>
        <w:t xml:space="preserve"> час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 на </w:t>
      </w:r>
      <w:proofErr w:type="spellStart"/>
      <w:r w:rsidRPr="0013179D">
        <w:rPr>
          <w:lang w:val="ru-RU"/>
        </w:rPr>
        <w:t>робочому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місці</w:t>
      </w:r>
      <w:proofErr w:type="spellEnd"/>
      <w:r w:rsidRPr="0013179D">
        <w:rPr>
          <w:lang w:val="ru-RU"/>
        </w:rPr>
        <w:t>.</w:t>
      </w:r>
    </w:p>
    <w:p w14:paraId="49736CE2" w14:textId="13C429BF" w:rsidR="00412924" w:rsidRPr="00FC0B6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11.4. Для </w:t>
      </w:r>
      <w:proofErr w:type="spellStart"/>
      <w:r w:rsidRPr="0013179D">
        <w:rPr>
          <w:lang w:val="ru-RU"/>
        </w:rPr>
        <w:t>здобувачів</w:t>
      </w:r>
      <w:proofErr w:type="spellEnd"/>
      <w:r w:rsidRPr="0013179D">
        <w:rPr>
          <w:lang w:val="ru-RU"/>
        </w:rPr>
        <w:t xml:space="preserve"> з </w:t>
      </w:r>
      <w:proofErr w:type="spellStart"/>
      <w:r w:rsidRPr="0013179D">
        <w:rPr>
          <w:lang w:val="ru-RU"/>
        </w:rPr>
        <w:t>особливими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освітніми</w:t>
      </w:r>
      <w:proofErr w:type="spellEnd"/>
      <w:r w:rsidRPr="0013179D">
        <w:rPr>
          <w:lang w:val="ru-RU"/>
        </w:rPr>
        <w:t xml:space="preserve"> потребами </w:t>
      </w:r>
      <w:proofErr w:type="spellStart"/>
      <w:r w:rsidRPr="0013179D">
        <w:rPr>
          <w:lang w:val="ru-RU"/>
        </w:rPr>
        <w:t>роботодавець</w:t>
      </w:r>
      <w:proofErr w:type="spellEnd"/>
      <w:r w:rsidRPr="0013179D">
        <w:rPr>
          <w:lang w:val="ru-RU"/>
        </w:rPr>
        <w:t xml:space="preserve"> і </w:t>
      </w:r>
      <w:proofErr w:type="spellStart"/>
      <w:r w:rsidRPr="0013179D">
        <w:rPr>
          <w:lang w:val="ru-RU"/>
        </w:rPr>
        <w:t>Університет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забезпечують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розумн</w:t>
      </w:r>
      <w:r w:rsidR="004250A9" w:rsidRPr="0013179D">
        <w:rPr>
          <w:lang w:val="ru-RU"/>
        </w:rPr>
        <w:t>у</w:t>
      </w:r>
      <w:proofErr w:type="spellEnd"/>
      <w:r w:rsidR="004250A9" w:rsidRPr="0013179D">
        <w:rPr>
          <w:lang w:val="ru-RU"/>
        </w:rPr>
        <w:t xml:space="preserve"> </w:t>
      </w:r>
      <w:proofErr w:type="spellStart"/>
      <w:r w:rsidR="004250A9" w:rsidRPr="0013179D">
        <w:rPr>
          <w:lang w:val="ru-RU"/>
        </w:rPr>
        <w:t>адаптацію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доступність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робочого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місця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навчальних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матеріалів</w:t>
      </w:r>
      <w:proofErr w:type="spellEnd"/>
      <w:r w:rsidRPr="0013179D">
        <w:rPr>
          <w:lang w:val="ru-RU"/>
        </w:rPr>
        <w:t xml:space="preserve"> і процедур </w:t>
      </w:r>
      <w:proofErr w:type="spellStart"/>
      <w:r w:rsidRPr="0013179D">
        <w:rPr>
          <w:lang w:val="ru-RU"/>
        </w:rPr>
        <w:t>оцінювання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якщо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це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створює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непропорційного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навантаження</w:t>
      </w:r>
      <w:proofErr w:type="spellEnd"/>
      <w:r w:rsidRPr="00FC0B6D">
        <w:rPr>
          <w:lang w:val="ru-RU"/>
        </w:rPr>
        <w:t xml:space="preserve"> та не </w:t>
      </w:r>
      <w:proofErr w:type="spellStart"/>
      <w:r w:rsidRPr="00FC0B6D">
        <w:rPr>
          <w:lang w:val="ru-RU"/>
        </w:rPr>
        <w:t>змінює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сутнісних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кваліфікації</w:t>
      </w:r>
      <w:proofErr w:type="spellEnd"/>
      <w:r w:rsidRPr="00FC0B6D">
        <w:rPr>
          <w:lang w:val="ru-RU"/>
        </w:rPr>
        <w:t>.</w:t>
      </w:r>
    </w:p>
    <w:p w14:paraId="6C250758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11.5. В </w:t>
      </w:r>
      <w:proofErr w:type="spellStart"/>
      <w:r w:rsidRPr="00FC0B6D">
        <w:rPr>
          <w:lang w:val="ru-RU"/>
        </w:rPr>
        <w:t>умовах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воєнного</w:t>
      </w:r>
      <w:proofErr w:type="spellEnd"/>
      <w:r w:rsidRPr="00FC0B6D">
        <w:rPr>
          <w:lang w:val="ru-RU"/>
        </w:rPr>
        <w:t xml:space="preserve"> стану, </w:t>
      </w:r>
      <w:proofErr w:type="spellStart"/>
      <w:r w:rsidRPr="00FC0B6D">
        <w:rPr>
          <w:lang w:val="ru-RU"/>
        </w:rPr>
        <w:t>надзвичайної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ситуації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повітряної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тривоги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відключення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електроенергії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загроз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пріоритетом</w:t>
      </w:r>
      <w:proofErr w:type="spellEnd"/>
      <w:r w:rsidRPr="00FC0B6D">
        <w:rPr>
          <w:lang w:val="ru-RU"/>
        </w:rPr>
        <w:t xml:space="preserve"> є </w:t>
      </w:r>
      <w:proofErr w:type="spellStart"/>
      <w:r w:rsidRPr="00FC0B6D">
        <w:rPr>
          <w:lang w:val="ru-RU"/>
        </w:rPr>
        <w:t>життя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здоров’я</w:t>
      </w:r>
      <w:proofErr w:type="spellEnd"/>
      <w:r w:rsidRPr="00FC0B6D">
        <w:rPr>
          <w:lang w:val="ru-RU"/>
        </w:rPr>
        <w:t xml:space="preserve">.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припиняється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переноситься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планів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реагування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рішень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.</w:t>
      </w:r>
    </w:p>
    <w:p w14:paraId="6397B4BA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lastRenderedPageBreak/>
        <w:t xml:space="preserve">11.6. </w:t>
      </w:r>
      <w:proofErr w:type="spellStart"/>
      <w:r w:rsidRPr="00FC0B6D">
        <w:rPr>
          <w:lang w:val="ru-RU"/>
        </w:rPr>
        <w:t>Обробка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здійснюється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лише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обсязі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необхідному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організації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трудових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відносин</w:t>
      </w:r>
      <w:proofErr w:type="spellEnd"/>
      <w:r w:rsidRPr="00FC0B6D">
        <w:rPr>
          <w:lang w:val="ru-RU"/>
        </w:rPr>
        <w:t xml:space="preserve">. Доступ до </w:t>
      </w:r>
      <w:proofErr w:type="spellStart"/>
      <w:r w:rsidRPr="00FC0B6D">
        <w:rPr>
          <w:lang w:val="ru-RU"/>
        </w:rPr>
        <w:t>документів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оцінок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медичних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відомостей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контактних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журналів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обмежується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уповноваженими</w:t>
      </w:r>
      <w:proofErr w:type="spellEnd"/>
      <w:r w:rsidRPr="00FC0B6D">
        <w:rPr>
          <w:lang w:val="ru-RU"/>
        </w:rPr>
        <w:t xml:space="preserve"> особами.</w:t>
      </w:r>
    </w:p>
    <w:p w14:paraId="4DFD23DA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11.7.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використання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комерційної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таємниці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службової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інформації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виробничих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досліджень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програмного</w:t>
      </w:r>
      <w:proofErr w:type="spellEnd"/>
      <w:r w:rsidRPr="00FC0B6D">
        <w:rPr>
          <w:lang w:val="ru-RU"/>
        </w:rPr>
        <w:t xml:space="preserve"> коду, </w:t>
      </w:r>
      <w:proofErr w:type="spellStart"/>
      <w:r w:rsidRPr="00FC0B6D">
        <w:rPr>
          <w:lang w:val="ru-RU"/>
        </w:rPr>
        <w:t>креслень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винаходів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творів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об’єктів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інтелектуальної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власності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 xml:space="preserve"> і договорами. </w:t>
      </w:r>
      <w:proofErr w:type="spellStart"/>
      <w:r w:rsidRPr="00FC0B6D">
        <w:rPr>
          <w:lang w:val="ru-RU"/>
        </w:rPr>
        <w:t>Обмеження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конфіденційності</w:t>
      </w:r>
      <w:proofErr w:type="spellEnd"/>
      <w:r w:rsidRPr="00FC0B6D">
        <w:rPr>
          <w:lang w:val="ru-RU"/>
        </w:rPr>
        <w:t xml:space="preserve"> не </w:t>
      </w:r>
      <w:proofErr w:type="spellStart"/>
      <w:r w:rsidRPr="00FC0B6D">
        <w:rPr>
          <w:lang w:val="ru-RU"/>
        </w:rPr>
        <w:t>повинні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унеможливлювати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>.</w:t>
      </w:r>
    </w:p>
    <w:p w14:paraId="03554BB3" w14:textId="5448AB2B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11.8. </w:t>
      </w:r>
      <w:proofErr w:type="spellStart"/>
      <w:r w:rsidRPr="00FC0B6D">
        <w:rPr>
          <w:lang w:val="ru-RU"/>
        </w:rPr>
        <w:t>Кваліфікаційні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курсові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дослідницькі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виконуються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матеріалах</w:t>
      </w:r>
      <w:proofErr w:type="spellEnd"/>
      <w:r w:rsidRPr="00FC0B6D">
        <w:rPr>
          <w:lang w:val="ru-RU"/>
        </w:rPr>
        <w:t xml:space="preserve"> </w:t>
      </w:r>
      <w:proofErr w:type="spellStart"/>
      <w:r w:rsidR="00346D2E">
        <w:rPr>
          <w:lang w:val="ru-RU"/>
        </w:rPr>
        <w:t>р</w:t>
      </w:r>
      <w:r w:rsidR="004250A9" w:rsidRPr="00FC0B6D">
        <w:rPr>
          <w:lang w:val="ru-RU"/>
        </w:rPr>
        <w:t>оботодавця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самостійність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. За потреби </w:t>
      </w:r>
      <w:proofErr w:type="spellStart"/>
      <w:r w:rsidRPr="00FC0B6D">
        <w:rPr>
          <w:lang w:val="ru-RU"/>
        </w:rPr>
        <w:t>передбачаються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закриті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додатки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знеособлення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інші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способи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захисту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інформації</w:t>
      </w:r>
      <w:proofErr w:type="spellEnd"/>
      <w:r w:rsidRPr="00FC0B6D">
        <w:rPr>
          <w:lang w:val="ru-RU"/>
        </w:rPr>
        <w:t>.</w:t>
      </w:r>
    </w:p>
    <w:p w14:paraId="7A45BBE9" w14:textId="2696B75A" w:rsidR="00412924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11.9. </w:t>
      </w:r>
      <w:proofErr w:type="spellStart"/>
      <w:r w:rsidRPr="0013179D">
        <w:rPr>
          <w:lang w:val="ru-RU"/>
        </w:rPr>
        <w:t>Використання</w:t>
      </w:r>
      <w:proofErr w:type="spellEnd"/>
      <w:r w:rsidRPr="0013179D">
        <w:rPr>
          <w:lang w:val="ru-RU"/>
        </w:rPr>
        <w:t xml:space="preserve"> систем штучного </w:t>
      </w:r>
      <w:proofErr w:type="spellStart"/>
      <w:r w:rsidRPr="0013179D">
        <w:rPr>
          <w:lang w:val="ru-RU"/>
        </w:rPr>
        <w:t>інтелекту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програмних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засобів</w:t>
      </w:r>
      <w:proofErr w:type="spellEnd"/>
      <w:r w:rsidRPr="0013179D">
        <w:rPr>
          <w:lang w:val="ru-RU"/>
        </w:rPr>
        <w:t xml:space="preserve"> і </w:t>
      </w:r>
      <w:proofErr w:type="spellStart"/>
      <w:r w:rsidRPr="0013179D">
        <w:rPr>
          <w:lang w:val="ru-RU"/>
        </w:rPr>
        <w:t>даних</w:t>
      </w:r>
      <w:proofErr w:type="spellEnd"/>
      <w:r w:rsidRPr="0013179D">
        <w:rPr>
          <w:lang w:val="ru-RU"/>
        </w:rPr>
        <w:t xml:space="preserve"> </w:t>
      </w:r>
      <w:proofErr w:type="spellStart"/>
      <w:r w:rsidR="00346D2E" w:rsidRPr="0013179D">
        <w:rPr>
          <w:lang w:val="ru-RU"/>
        </w:rPr>
        <w:t>р</w:t>
      </w:r>
      <w:r w:rsidR="004250A9" w:rsidRPr="0013179D">
        <w:rPr>
          <w:lang w:val="ru-RU"/>
        </w:rPr>
        <w:t>оботодавця</w:t>
      </w:r>
      <w:proofErr w:type="spellEnd"/>
      <w:r w:rsidR="004250A9"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здійснюється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відповідно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законодавства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Політики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відповідального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впровадження</w:t>
      </w:r>
      <w:proofErr w:type="spellEnd"/>
      <w:r w:rsidRPr="0013179D">
        <w:rPr>
          <w:lang w:val="ru-RU"/>
        </w:rPr>
        <w:t xml:space="preserve"> та </w:t>
      </w:r>
      <w:proofErr w:type="spellStart"/>
      <w:r w:rsidRPr="0013179D">
        <w:rPr>
          <w:lang w:val="ru-RU"/>
        </w:rPr>
        <w:t>використання</w:t>
      </w:r>
      <w:proofErr w:type="spellEnd"/>
      <w:r w:rsidRPr="0013179D">
        <w:rPr>
          <w:lang w:val="ru-RU"/>
        </w:rPr>
        <w:t xml:space="preserve"> штучного </w:t>
      </w:r>
      <w:proofErr w:type="spellStart"/>
      <w:r w:rsidRPr="0013179D">
        <w:rPr>
          <w:lang w:val="ru-RU"/>
        </w:rPr>
        <w:t>інтелекту</w:t>
      </w:r>
      <w:proofErr w:type="spellEnd"/>
      <w:r w:rsidRPr="0013179D">
        <w:rPr>
          <w:lang w:val="ru-RU"/>
        </w:rPr>
        <w:t xml:space="preserve"> в </w:t>
      </w:r>
      <w:proofErr w:type="spellStart"/>
      <w:r w:rsidRPr="0013179D">
        <w:rPr>
          <w:lang w:val="ru-RU"/>
        </w:rPr>
        <w:t>Університеті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вимог</w:t>
      </w:r>
      <w:proofErr w:type="spellEnd"/>
      <w:r w:rsidRPr="0013179D">
        <w:rPr>
          <w:lang w:val="ru-RU"/>
        </w:rPr>
        <w:t xml:space="preserve"> </w:t>
      </w:r>
      <w:proofErr w:type="spellStart"/>
      <w:r w:rsidR="00346D2E" w:rsidRPr="0013179D">
        <w:rPr>
          <w:lang w:val="ru-RU"/>
        </w:rPr>
        <w:t>р</w:t>
      </w:r>
      <w:r w:rsidR="004250A9" w:rsidRPr="0013179D">
        <w:rPr>
          <w:lang w:val="ru-RU"/>
        </w:rPr>
        <w:t>оботодавця</w:t>
      </w:r>
      <w:proofErr w:type="spellEnd"/>
      <w:r w:rsidR="004250A9" w:rsidRPr="0013179D">
        <w:rPr>
          <w:lang w:val="ru-RU"/>
        </w:rPr>
        <w:t xml:space="preserve"> </w:t>
      </w:r>
      <w:r w:rsidRPr="0013179D">
        <w:rPr>
          <w:lang w:val="ru-RU"/>
        </w:rPr>
        <w:t xml:space="preserve">й правил </w:t>
      </w:r>
      <w:proofErr w:type="spellStart"/>
      <w:r w:rsidRPr="0013179D">
        <w:rPr>
          <w:lang w:val="ru-RU"/>
        </w:rPr>
        <w:t>академічної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доброчесності</w:t>
      </w:r>
      <w:proofErr w:type="spellEnd"/>
      <w:r w:rsidRPr="0013179D">
        <w:rPr>
          <w:lang w:val="ru-RU"/>
        </w:rPr>
        <w:t>.</w:t>
      </w:r>
    </w:p>
    <w:p w14:paraId="72D5EDFD" w14:textId="77777777" w:rsidR="00EA5407" w:rsidRPr="0013179D" w:rsidRDefault="00EA5407" w:rsidP="00EA5407">
      <w:pPr>
        <w:spacing w:line="240" w:lineRule="auto"/>
        <w:rPr>
          <w:lang w:val="ru-RU"/>
        </w:rPr>
      </w:pPr>
    </w:p>
    <w:p w14:paraId="21A9289D" w14:textId="77777777" w:rsidR="004250A9" w:rsidRPr="0013179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13179D">
        <w:rPr>
          <w:lang w:val="ru-RU"/>
        </w:rPr>
        <w:t xml:space="preserve">12. ЗМІНА УМОВ, ПРИЗУПИНЕННЯ ТА ПРИПИНЕННЯ </w:t>
      </w:r>
    </w:p>
    <w:p w14:paraId="6046C817" w14:textId="022B26C3" w:rsidR="00412924" w:rsidRPr="0013179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13179D">
        <w:rPr>
          <w:lang w:val="ru-RU"/>
        </w:rPr>
        <w:t>ДУАЛЬНОЇ ФОРМИ</w:t>
      </w:r>
      <w:r w:rsidR="004250A9" w:rsidRPr="0013179D">
        <w:rPr>
          <w:lang w:val="ru-RU"/>
        </w:rPr>
        <w:t xml:space="preserve"> ЗДОБУТТЯ ВИЩОЇ ОСВІТИ</w:t>
      </w:r>
    </w:p>
    <w:p w14:paraId="16770116" w14:textId="77777777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12.1. </w:t>
      </w:r>
      <w:proofErr w:type="spellStart"/>
      <w:r w:rsidRPr="0013179D">
        <w:rPr>
          <w:lang w:val="ru-RU"/>
        </w:rPr>
        <w:t>Умови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реалізації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дуальної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можуть</w:t>
      </w:r>
      <w:proofErr w:type="spellEnd"/>
      <w:r w:rsidRPr="0013179D">
        <w:rPr>
          <w:lang w:val="ru-RU"/>
        </w:rPr>
        <w:t xml:space="preserve"> бути </w:t>
      </w:r>
      <w:proofErr w:type="spellStart"/>
      <w:r w:rsidRPr="0013179D">
        <w:rPr>
          <w:lang w:val="ru-RU"/>
        </w:rPr>
        <w:t>змінені</w:t>
      </w:r>
      <w:proofErr w:type="spellEnd"/>
      <w:r w:rsidRPr="0013179D">
        <w:rPr>
          <w:lang w:val="ru-RU"/>
        </w:rPr>
        <w:t xml:space="preserve"> у </w:t>
      </w:r>
      <w:proofErr w:type="spellStart"/>
      <w:r w:rsidRPr="0013179D">
        <w:rPr>
          <w:lang w:val="ru-RU"/>
        </w:rPr>
        <w:t>зв’язку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зміною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трудових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функцій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робочого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місця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роботодавця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графіка</w:t>
      </w:r>
      <w:proofErr w:type="spellEnd"/>
      <w:r w:rsidRPr="0013179D">
        <w:rPr>
          <w:lang w:val="ru-RU"/>
        </w:rPr>
        <w:t xml:space="preserve">, стану </w:t>
      </w:r>
      <w:proofErr w:type="spellStart"/>
      <w:r w:rsidRPr="0013179D">
        <w:rPr>
          <w:lang w:val="ru-RU"/>
        </w:rPr>
        <w:t>здоров’я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освітньої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програми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безпекової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ситуації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інших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обставин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що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впливають</w:t>
      </w:r>
      <w:proofErr w:type="spellEnd"/>
      <w:r w:rsidRPr="0013179D">
        <w:rPr>
          <w:lang w:val="ru-RU"/>
        </w:rPr>
        <w:t xml:space="preserve"> на </w:t>
      </w:r>
      <w:proofErr w:type="spellStart"/>
      <w:r w:rsidRPr="0013179D">
        <w:rPr>
          <w:lang w:val="ru-RU"/>
        </w:rPr>
        <w:t>виконання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індивідуального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навчального</w:t>
      </w:r>
      <w:proofErr w:type="spellEnd"/>
      <w:r w:rsidRPr="0013179D">
        <w:rPr>
          <w:lang w:val="ru-RU"/>
        </w:rPr>
        <w:t xml:space="preserve"> плану.</w:t>
      </w:r>
    </w:p>
    <w:p w14:paraId="6E715D97" w14:textId="753AF9B5" w:rsidR="00412924" w:rsidRPr="00FC0B6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12.2. </w:t>
      </w:r>
      <w:proofErr w:type="spellStart"/>
      <w:r w:rsidRPr="0013179D">
        <w:rPr>
          <w:lang w:val="ru-RU"/>
        </w:rPr>
        <w:t>Здобувач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="00346D2E" w:rsidRPr="0013179D">
        <w:rPr>
          <w:lang w:val="ru-RU"/>
        </w:rPr>
        <w:t>р</w:t>
      </w:r>
      <w:r w:rsidR="00B86DE8" w:rsidRPr="0013179D">
        <w:rPr>
          <w:lang w:val="ru-RU"/>
        </w:rPr>
        <w:t>оботодавець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повідомляє</w:t>
      </w:r>
      <w:proofErr w:type="spellEnd"/>
      <w:r w:rsidRPr="0013179D">
        <w:rPr>
          <w:lang w:val="ru-RU"/>
        </w:rPr>
        <w:t xml:space="preserve"> куратора і координатора </w:t>
      </w:r>
      <w:proofErr w:type="spellStart"/>
      <w:r w:rsidRPr="0013179D">
        <w:rPr>
          <w:lang w:val="ru-RU"/>
        </w:rPr>
        <w:t>від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Університету</w:t>
      </w:r>
      <w:proofErr w:type="spellEnd"/>
      <w:r w:rsidRPr="0013179D">
        <w:rPr>
          <w:lang w:val="ru-RU"/>
        </w:rPr>
        <w:t xml:space="preserve"> про </w:t>
      </w:r>
      <w:proofErr w:type="spellStart"/>
      <w:r w:rsidRPr="0013179D">
        <w:rPr>
          <w:lang w:val="ru-RU"/>
        </w:rPr>
        <w:t>обставини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що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унеможливлюють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істотно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ускладнюють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продовження</w:t>
      </w:r>
      <w:proofErr w:type="spellEnd"/>
      <w:r w:rsidRPr="00FC0B6D">
        <w:rPr>
          <w:lang w:val="ru-RU"/>
        </w:rPr>
        <w:t xml:space="preserve"> дуального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, не </w:t>
      </w:r>
      <w:proofErr w:type="spellStart"/>
      <w:r w:rsidRPr="00FC0B6D">
        <w:rPr>
          <w:lang w:val="ru-RU"/>
        </w:rPr>
        <w:t>пізніше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трьох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днів</w:t>
      </w:r>
      <w:proofErr w:type="spellEnd"/>
      <w:r w:rsidRPr="00FC0B6D">
        <w:rPr>
          <w:lang w:val="ru-RU"/>
        </w:rPr>
        <w:t xml:space="preserve"> з дня, коли про них стало </w:t>
      </w:r>
      <w:proofErr w:type="spellStart"/>
      <w:r w:rsidRPr="00FC0B6D">
        <w:rPr>
          <w:lang w:val="ru-RU"/>
        </w:rPr>
        <w:t>відомо</w:t>
      </w:r>
      <w:proofErr w:type="spellEnd"/>
      <w:r w:rsidRPr="00FC0B6D">
        <w:rPr>
          <w:lang w:val="ru-RU"/>
        </w:rPr>
        <w:t>.</w:t>
      </w:r>
    </w:p>
    <w:p w14:paraId="0E205754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12.3. Кафедра, 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та координатор </w:t>
      </w:r>
      <w:proofErr w:type="spellStart"/>
      <w:r w:rsidRPr="00FC0B6D">
        <w:rPr>
          <w:lang w:val="ru-RU"/>
        </w:rPr>
        <w:t>від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розглядають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ситуацію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готують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одне</w:t>
      </w:r>
      <w:proofErr w:type="spellEnd"/>
      <w:r w:rsidRPr="00FC0B6D">
        <w:rPr>
          <w:lang w:val="ru-RU"/>
        </w:rPr>
        <w:t xml:space="preserve"> з таких </w:t>
      </w:r>
      <w:proofErr w:type="spellStart"/>
      <w:r w:rsidRPr="00FC0B6D">
        <w:rPr>
          <w:lang w:val="ru-RU"/>
        </w:rPr>
        <w:t>рішень</w:t>
      </w:r>
      <w:proofErr w:type="spellEnd"/>
      <w:r w:rsidRPr="00FC0B6D">
        <w:rPr>
          <w:lang w:val="ru-RU"/>
        </w:rPr>
        <w:t>:</w:t>
      </w:r>
    </w:p>
    <w:p w14:paraId="09C2F388" w14:textId="497B8D02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зміна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наставника в того самого </w:t>
      </w:r>
      <w:proofErr w:type="spellStart"/>
      <w:r w:rsidR="00346D2E">
        <w:rPr>
          <w:lang w:val="ru-RU"/>
        </w:rPr>
        <w:t>р</w:t>
      </w:r>
      <w:r w:rsidR="00B86DE8" w:rsidRPr="00FC0B6D">
        <w:rPr>
          <w:lang w:val="ru-RU"/>
        </w:rPr>
        <w:t>оботодавця</w:t>
      </w:r>
      <w:proofErr w:type="spellEnd"/>
      <w:r w:rsidRPr="00FC0B6D">
        <w:rPr>
          <w:lang w:val="ru-RU"/>
        </w:rPr>
        <w:t>;</w:t>
      </w:r>
    </w:p>
    <w:p w14:paraId="17055CDC" w14:textId="00E135BF" w:rsidR="00412924" w:rsidRPr="00FC0B6D" w:rsidRDefault="0021128B" w:rsidP="00EA5407">
      <w:pPr>
        <w:spacing w:line="240" w:lineRule="auto"/>
        <w:ind w:left="425" w:hanging="283"/>
        <w:rPr>
          <w:lang w:val="ru-RU"/>
        </w:rPr>
      </w:pPr>
      <w:r w:rsidRPr="00FC0B6D">
        <w:rPr>
          <w:lang w:val="ru-RU"/>
        </w:rPr>
        <w:t xml:space="preserve">– </w:t>
      </w:r>
      <w:proofErr w:type="spellStart"/>
      <w:r w:rsidRPr="00FC0B6D">
        <w:rPr>
          <w:lang w:val="ru-RU"/>
        </w:rPr>
        <w:t>перехід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іншого</w:t>
      </w:r>
      <w:proofErr w:type="spellEnd"/>
      <w:r w:rsidRPr="00FC0B6D">
        <w:rPr>
          <w:lang w:val="ru-RU"/>
        </w:rPr>
        <w:t xml:space="preserve"> </w:t>
      </w:r>
      <w:proofErr w:type="spellStart"/>
      <w:r w:rsidR="00346D2E">
        <w:rPr>
          <w:lang w:val="ru-RU"/>
        </w:rPr>
        <w:t>р</w:t>
      </w:r>
      <w:r w:rsidR="00B86DE8" w:rsidRPr="00FC0B6D">
        <w:rPr>
          <w:lang w:val="ru-RU"/>
        </w:rPr>
        <w:t>оботодавця</w:t>
      </w:r>
      <w:proofErr w:type="spellEnd"/>
      <w:r w:rsidRPr="00FC0B6D">
        <w:rPr>
          <w:lang w:val="ru-RU"/>
        </w:rPr>
        <w:t>;</w:t>
      </w:r>
    </w:p>
    <w:p w14:paraId="43C81D18" w14:textId="77777777" w:rsidR="00412924" w:rsidRPr="0013179D" w:rsidRDefault="0021128B" w:rsidP="00EA5407">
      <w:pPr>
        <w:spacing w:line="240" w:lineRule="auto"/>
        <w:ind w:left="425" w:hanging="283"/>
        <w:rPr>
          <w:lang w:val="ru-RU"/>
        </w:rPr>
      </w:pPr>
      <w:r w:rsidRPr="0013179D">
        <w:rPr>
          <w:lang w:val="ru-RU"/>
        </w:rPr>
        <w:t xml:space="preserve">– </w:t>
      </w:r>
      <w:proofErr w:type="spellStart"/>
      <w:r w:rsidRPr="0013179D">
        <w:rPr>
          <w:lang w:val="ru-RU"/>
        </w:rPr>
        <w:t>тимчасове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призупинення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 на </w:t>
      </w:r>
      <w:proofErr w:type="spellStart"/>
      <w:r w:rsidRPr="0013179D">
        <w:rPr>
          <w:lang w:val="ru-RU"/>
        </w:rPr>
        <w:t>робочому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місці</w:t>
      </w:r>
      <w:proofErr w:type="spellEnd"/>
      <w:r w:rsidRPr="0013179D">
        <w:rPr>
          <w:lang w:val="ru-RU"/>
        </w:rPr>
        <w:t xml:space="preserve"> з </w:t>
      </w:r>
      <w:proofErr w:type="spellStart"/>
      <w:r w:rsidRPr="0013179D">
        <w:rPr>
          <w:lang w:val="ru-RU"/>
        </w:rPr>
        <w:t>виконанням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доступних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компонентів</w:t>
      </w:r>
      <w:proofErr w:type="spellEnd"/>
      <w:r w:rsidRPr="0013179D">
        <w:rPr>
          <w:lang w:val="ru-RU"/>
        </w:rPr>
        <w:t xml:space="preserve"> в </w:t>
      </w:r>
      <w:proofErr w:type="spellStart"/>
      <w:r w:rsidRPr="0013179D">
        <w:rPr>
          <w:lang w:val="ru-RU"/>
        </w:rPr>
        <w:t>Університеті</w:t>
      </w:r>
      <w:proofErr w:type="spellEnd"/>
      <w:r w:rsidRPr="0013179D">
        <w:rPr>
          <w:lang w:val="ru-RU"/>
        </w:rPr>
        <w:t>;</w:t>
      </w:r>
    </w:p>
    <w:p w14:paraId="6F10EBE5" w14:textId="5E474401" w:rsidR="00412924" w:rsidRPr="0013179D" w:rsidRDefault="0021128B" w:rsidP="00EA5407">
      <w:pPr>
        <w:spacing w:line="240" w:lineRule="auto"/>
        <w:ind w:left="425" w:hanging="283"/>
        <w:rPr>
          <w:lang w:val="ru-RU"/>
        </w:rPr>
      </w:pPr>
      <w:r w:rsidRPr="0013179D">
        <w:rPr>
          <w:lang w:val="ru-RU"/>
        </w:rPr>
        <w:t xml:space="preserve">– </w:t>
      </w:r>
      <w:proofErr w:type="spellStart"/>
      <w:r w:rsidRPr="0013179D">
        <w:rPr>
          <w:lang w:val="ru-RU"/>
        </w:rPr>
        <w:t>коригування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індивідуального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навчального</w:t>
      </w:r>
      <w:proofErr w:type="spellEnd"/>
      <w:r w:rsidRPr="0013179D">
        <w:rPr>
          <w:lang w:val="ru-RU"/>
        </w:rPr>
        <w:t xml:space="preserve"> плану та </w:t>
      </w:r>
      <w:proofErr w:type="spellStart"/>
      <w:r w:rsidRPr="0013179D">
        <w:rPr>
          <w:lang w:val="ru-RU"/>
        </w:rPr>
        <w:t>програми</w:t>
      </w:r>
      <w:proofErr w:type="spellEnd"/>
      <w:r w:rsidR="00FC0B6D" w:rsidRPr="0013179D">
        <w:rPr>
          <w:lang w:val="ru-RU"/>
        </w:rPr>
        <w:t xml:space="preserve"> практичного </w:t>
      </w:r>
      <w:proofErr w:type="spellStart"/>
      <w:r w:rsidR="00FC0B6D"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>;</w:t>
      </w:r>
    </w:p>
    <w:p w14:paraId="7736A9A6" w14:textId="05CFDCB6" w:rsidR="00412924" w:rsidRPr="0013179D" w:rsidRDefault="0021128B" w:rsidP="00EA5407">
      <w:pPr>
        <w:spacing w:line="240" w:lineRule="auto"/>
        <w:ind w:left="425" w:hanging="283"/>
        <w:rPr>
          <w:lang w:val="ru-RU"/>
        </w:rPr>
      </w:pPr>
      <w:r w:rsidRPr="0013179D">
        <w:rPr>
          <w:lang w:val="ru-RU"/>
        </w:rPr>
        <w:t xml:space="preserve">– </w:t>
      </w:r>
      <w:proofErr w:type="spellStart"/>
      <w:r w:rsidRPr="0013179D">
        <w:rPr>
          <w:lang w:val="ru-RU"/>
        </w:rPr>
        <w:t>припинення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дуальної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Pr="0013179D">
        <w:rPr>
          <w:lang w:val="ru-RU"/>
        </w:rPr>
        <w:t xml:space="preserve"> і </w:t>
      </w:r>
      <w:proofErr w:type="spellStart"/>
      <w:r w:rsidRPr="0013179D">
        <w:rPr>
          <w:lang w:val="ru-RU"/>
        </w:rPr>
        <w:t>продовження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 за </w:t>
      </w:r>
      <w:proofErr w:type="spellStart"/>
      <w:r w:rsidRPr="0013179D">
        <w:rPr>
          <w:lang w:val="ru-RU"/>
        </w:rPr>
        <w:t>навчальним</w:t>
      </w:r>
      <w:proofErr w:type="spellEnd"/>
      <w:r w:rsidRPr="0013179D">
        <w:rPr>
          <w:lang w:val="ru-RU"/>
        </w:rPr>
        <w:t xml:space="preserve"> планом </w:t>
      </w:r>
      <w:proofErr w:type="spellStart"/>
      <w:r w:rsidRPr="0013179D">
        <w:rPr>
          <w:lang w:val="ru-RU"/>
        </w:rPr>
        <w:t>денної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="001215F5" w:rsidRPr="0013179D">
        <w:rPr>
          <w:lang w:val="uk-UA"/>
        </w:rPr>
        <w:t xml:space="preserve"> здобуття</w:t>
      </w:r>
      <w:r w:rsidR="00B86DE8" w:rsidRPr="0013179D">
        <w:rPr>
          <w:lang w:val="uk-UA"/>
        </w:rPr>
        <w:t xml:space="preserve"> вищої </w:t>
      </w:r>
      <w:r w:rsidR="001215F5" w:rsidRPr="0013179D">
        <w:rPr>
          <w:lang w:val="uk-UA"/>
        </w:rPr>
        <w:t>освіти</w:t>
      </w:r>
      <w:r w:rsidRPr="0013179D">
        <w:rPr>
          <w:lang w:val="ru-RU"/>
        </w:rPr>
        <w:t>.</w:t>
      </w:r>
    </w:p>
    <w:p w14:paraId="07173015" w14:textId="77777777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12.4. </w:t>
      </w:r>
      <w:proofErr w:type="spellStart"/>
      <w:r w:rsidRPr="0013179D">
        <w:rPr>
          <w:lang w:val="ru-RU"/>
        </w:rPr>
        <w:t>Рішення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оформлюється</w:t>
      </w:r>
      <w:proofErr w:type="spellEnd"/>
      <w:r w:rsidRPr="0013179D">
        <w:rPr>
          <w:lang w:val="ru-RU"/>
        </w:rPr>
        <w:t xml:space="preserve"> наказом ректора. </w:t>
      </w:r>
      <w:proofErr w:type="spellStart"/>
      <w:r w:rsidRPr="0013179D">
        <w:rPr>
          <w:lang w:val="ru-RU"/>
        </w:rPr>
        <w:t>Результати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досягнуті</w:t>
      </w:r>
      <w:proofErr w:type="spellEnd"/>
      <w:r w:rsidRPr="0013179D">
        <w:rPr>
          <w:lang w:val="ru-RU"/>
        </w:rPr>
        <w:t xml:space="preserve"> та </w:t>
      </w:r>
      <w:proofErr w:type="spellStart"/>
      <w:r w:rsidRPr="0013179D">
        <w:rPr>
          <w:lang w:val="ru-RU"/>
        </w:rPr>
        <w:t>оцінені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зміни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припинення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дуальної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зберігаються</w:t>
      </w:r>
      <w:proofErr w:type="spellEnd"/>
      <w:r w:rsidRPr="0013179D">
        <w:rPr>
          <w:lang w:val="ru-RU"/>
        </w:rPr>
        <w:t xml:space="preserve"> і </w:t>
      </w:r>
      <w:proofErr w:type="spellStart"/>
      <w:r w:rsidRPr="0013179D">
        <w:rPr>
          <w:lang w:val="ru-RU"/>
        </w:rPr>
        <w:t>враховуються</w:t>
      </w:r>
      <w:proofErr w:type="spellEnd"/>
      <w:r w:rsidRPr="0013179D">
        <w:rPr>
          <w:lang w:val="ru-RU"/>
        </w:rPr>
        <w:t xml:space="preserve"> в </w:t>
      </w:r>
      <w:proofErr w:type="spellStart"/>
      <w:r w:rsidRPr="0013179D">
        <w:rPr>
          <w:lang w:val="ru-RU"/>
        </w:rPr>
        <w:t>індивідуальному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навчальному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плані</w:t>
      </w:r>
      <w:proofErr w:type="spellEnd"/>
      <w:r w:rsidRPr="0013179D">
        <w:rPr>
          <w:lang w:val="ru-RU"/>
        </w:rPr>
        <w:t>.</w:t>
      </w:r>
    </w:p>
    <w:p w14:paraId="1F9C42F6" w14:textId="19B26995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lastRenderedPageBreak/>
        <w:t xml:space="preserve">12.5. </w:t>
      </w:r>
      <w:proofErr w:type="spellStart"/>
      <w:r w:rsidRPr="0013179D">
        <w:rPr>
          <w:lang w:val="ru-RU"/>
        </w:rPr>
        <w:t>Припинення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розірвання</w:t>
      </w:r>
      <w:proofErr w:type="spellEnd"/>
      <w:r w:rsidRPr="0013179D">
        <w:rPr>
          <w:lang w:val="ru-RU"/>
        </w:rPr>
        <w:t xml:space="preserve"> трудового договору не є </w:t>
      </w:r>
      <w:proofErr w:type="spellStart"/>
      <w:r w:rsidRPr="0013179D">
        <w:rPr>
          <w:lang w:val="ru-RU"/>
        </w:rPr>
        <w:t>підставою</w:t>
      </w:r>
      <w:proofErr w:type="spellEnd"/>
      <w:r w:rsidRPr="0013179D">
        <w:rPr>
          <w:lang w:val="ru-RU"/>
        </w:rPr>
        <w:t xml:space="preserve"> для </w:t>
      </w:r>
      <w:proofErr w:type="spellStart"/>
      <w:r w:rsidRPr="0013179D">
        <w:rPr>
          <w:lang w:val="ru-RU"/>
        </w:rPr>
        <w:t>відрахування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здобувача</w:t>
      </w:r>
      <w:proofErr w:type="spellEnd"/>
      <w:r w:rsidRPr="0013179D">
        <w:rPr>
          <w:lang w:val="ru-RU"/>
        </w:rPr>
        <w:t xml:space="preserve"> з </w:t>
      </w:r>
      <w:proofErr w:type="spellStart"/>
      <w:r w:rsidRPr="0013179D">
        <w:rPr>
          <w:lang w:val="ru-RU"/>
        </w:rPr>
        <w:t>Університету</w:t>
      </w:r>
      <w:proofErr w:type="spellEnd"/>
      <w:r w:rsidRPr="0013179D">
        <w:rPr>
          <w:lang w:val="ru-RU"/>
        </w:rPr>
        <w:t xml:space="preserve">. </w:t>
      </w:r>
      <w:proofErr w:type="spellStart"/>
      <w:r w:rsidRPr="0013179D">
        <w:rPr>
          <w:lang w:val="ru-RU"/>
        </w:rPr>
        <w:t>Університет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забезпечує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можливість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продовження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 за денною формою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пошуку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іншого</w:t>
      </w:r>
      <w:proofErr w:type="spellEnd"/>
      <w:r w:rsidRPr="0013179D">
        <w:rPr>
          <w:lang w:val="ru-RU"/>
        </w:rPr>
        <w:t xml:space="preserve"> </w:t>
      </w:r>
      <w:proofErr w:type="spellStart"/>
      <w:r w:rsidR="00346D2E" w:rsidRPr="0013179D">
        <w:rPr>
          <w:lang w:val="ru-RU"/>
        </w:rPr>
        <w:t>р</w:t>
      </w:r>
      <w:r w:rsidR="00B86DE8" w:rsidRPr="0013179D">
        <w:rPr>
          <w:lang w:val="ru-RU"/>
        </w:rPr>
        <w:t>оботодавця</w:t>
      </w:r>
      <w:proofErr w:type="spellEnd"/>
      <w:r w:rsidRPr="0013179D">
        <w:rPr>
          <w:lang w:val="ru-RU"/>
        </w:rPr>
        <w:t>.</w:t>
      </w:r>
    </w:p>
    <w:p w14:paraId="48C1AD16" w14:textId="69D975EE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12.6. Дуальна форма </w:t>
      </w:r>
      <w:proofErr w:type="spellStart"/>
      <w:r w:rsidRPr="0013179D">
        <w:rPr>
          <w:lang w:val="ru-RU"/>
        </w:rPr>
        <w:t>припиняється</w:t>
      </w:r>
      <w:proofErr w:type="spellEnd"/>
      <w:r w:rsidRPr="0013179D">
        <w:rPr>
          <w:lang w:val="ru-RU"/>
        </w:rPr>
        <w:t xml:space="preserve"> за </w:t>
      </w:r>
      <w:proofErr w:type="spellStart"/>
      <w:r w:rsidRPr="0013179D">
        <w:rPr>
          <w:lang w:val="ru-RU"/>
        </w:rPr>
        <w:t>заявою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здобувача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закінченням</w:t>
      </w:r>
      <w:proofErr w:type="spellEnd"/>
      <w:r w:rsidRPr="0013179D">
        <w:rPr>
          <w:lang w:val="ru-RU"/>
        </w:rPr>
        <w:t xml:space="preserve"> строку </w:t>
      </w:r>
      <w:proofErr w:type="spellStart"/>
      <w:r w:rsidRPr="0013179D">
        <w:rPr>
          <w:lang w:val="ru-RU"/>
        </w:rPr>
        <w:t>договорів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невиконанням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істотних</w:t>
      </w:r>
      <w:proofErr w:type="spellEnd"/>
      <w:r w:rsidRPr="0013179D">
        <w:rPr>
          <w:lang w:val="ru-RU"/>
        </w:rPr>
        <w:t xml:space="preserve"> умов, </w:t>
      </w:r>
      <w:proofErr w:type="spellStart"/>
      <w:r w:rsidRPr="0013179D">
        <w:rPr>
          <w:lang w:val="ru-RU"/>
        </w:rPr>
        <w:t>відсутністю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безпечного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робочого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місця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припиненням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діяльності</w:t>
      </w:r>
      <w:proofErr w:type="spellEnd"/>
      <w:r w:rsidRPr="0013179D">
        <w:rPr>
          <w:lang w:val="ru-RU"/>
        </w:rPr>
        <w:t xml:space="preserve"> </w:t>
      </w:r>
      <w:proofErr w:type="spellStart"/>
      <w:r w:rsidR="00346D2E" w:rsidRPr="0013179D">
        <w:rPr>
          <w:lang w:val="ru-RU"/>
        </w:rPr>
        <w:t>р</w:t>
      </w:r>
      <w:r w:rsidR="00B86DE8" w:rsidRPr="0013179D">
        <w:rPr>
          <w:lang w:val="ru-RU"/>
        </w:rPr>
        <w:t>оботодавця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академічною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неуспішністю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що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унеможливлює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виконання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програми</w:t>
      </w:r>
      <w:proofErr w:type="spellEnd"/>
      <w:r w:rsidRPr="0013179D">
        <w:rPr>
          <w:lang w:val="ru-RU"/>
        </w:rPr>
        <w:t xml:space="preserve"> практичного </w:t>
      </w:r>
      <w:proofErr w:type="spellStart"/>
      <w:r w:rsidRPr="0013179D">
        <w:rPr>
          <w:lang w:val="ru-RU"/>
        </w:rPr>
        <w:t>навчання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рішенням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Університету</w:t>
      </w:r>
      <w:proofErr w:type="spellEnd"/>
      <w:r w:rsidRPr="0013179D">
        <w:rPr>
          <w:lang w:val="ru-RU"/>
        </w:rPr>
        <w:t xml:space="preserve"> за результатами </w:t>
      </w:r>
      <w:proofErr w:type="spellStart"/>
      <w:r w:rsidRPr="0013179D">
        <w:rPr>
          <w:lang w:val="ru-RU"/>
        </w:rPr>
        <w:t>моніторингу</w:t>
      </w:r>
      <w:proofErr w:type="spellEnd"/>
      <w:r w:rsidRPr="0013179D">
        <w:rPr>
          <w:lang w:val="ru-RU"/>
        </w:rPr>
        <w:t>.</w:t>
      </w:r>
    </w:p>
    <w:p w14:paraId="4919F70A" w14:textId="119FDFD2" w:rsidR="00412924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12.7. </w:t>
      </w:r>
      <w:proofErr w:type="spellStart"/>
      <w:r w:rsidRPr="0013179D">
        <w:rPr>
          <w:lang w:val="ru-RU"/>
        </w:rPr>
        <w:t>Рішення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дії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чи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бездіяльність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учасників</w:t>
      </w:r>
      <w:proofErr w:type="spellEnd"/>
      <w:r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реалізацї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дуальної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здобуття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вищої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освіти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можуть</w:t>
      </w:r>
      <w:proofErr w:type="spellEnd"/>
      <w:r w:rsidRPr="0013179D">
        <w:rPr>
          <w:lang w:val="ru-RU"/>
        </w:rPr>
        <w:t xml:space="preserve"> бути </w:t>
      </w:r>
      <w:proofErr w:type="spellStart"/>
      <w:r w:rsidRPr="0013179D">
        <w:rPr>
          <w:lang w:val="ru-RU"/>
        </w:rPr>
        <w:t>оскаржені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відповідно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законодавства</w:t>
      </w:r>
      <w:proofErr w:type="spellEnd"/>
      <w:r w:rsidRPr="0013179D">
        <w:rPr>
          <w:lang w:val="ru-RU"/>
        </w:rPr>
        <w:t xml:space="preserve"> та </w:t>
      </w:r>
      <w:proofErr w:type="spellStart"/>
      <w:r w:rsidRPr="0013179D">
        <w:rPr>
          <w:lang w:val="ru-RU"/>
        </w:rPr>
        <w:t>локальних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нормативних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актів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Університету</w:t>
      </w:r>
      <w:proofErr w:type="spellEnd"/>
      <w:r w:rsidRPr="0013179D">
        <w:rPr>
          <w:lang w:val="ru-RU"/>
        </w:rPr>
        <w:t>.</w:t>
      </w:r>
    </w:p>
    <w:p w14:paraId="7947952D" w14:textId="77777777" w:rsidR="00EA5407" w:rsidRPr="00FC0B6D" w:rsidRDefault="00EA5407" w:rsidP="00EA5407">
      <w:pPr>
        <w:spacing w:line="240" w:lineRule="auto"/>
        <w:rPr>
          <w:lang w:val="ru-RU"/>
        </w:rPr>
      </w:pPr>
    </w:p>
    <w:p w14:paraId="04271081" w14:textId="77777777" w:rsidR="00412924" w:rsidRPr="00FC0B6D" w:rsidRDefault="0021128B" w:rsidP="00EA5407">
      <w:pPr>
        <w:pStyle w:val="RegulationHeading1"/>
        <w:spacing w:before="0" w:after="0" w:line="240" w:lineRule="auto"/>
        <w:rPr>
          <w:lang w:val="ru-RU"/>
        </w:rPr>
      </w:pPr>
      <w:r w:rsidRPr="00FC0B6D">
        <w:rPr>
          <w:lang w:val="ru-RU"/>
        </w:rPr>
        <w:t>13. ПРИКІНЦЕВІ ПОЛОЖЕННЯ</w:t>
      </w:r>
    </w:p>
    <w:p w14:paraId="69B0DE7B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13.1. </w:t>
      </w:r>
      <w:proofErr w:type="spellStart"/>
      <w:r w:rsidRPr="00FC0B6D">
        <w:rPr>
          <w:lang w:val="ru-RU"/>
        </w:rPr>
        <w:t>Це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набирає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чинності</w:t>
      </w:r>
      <w:proofErr w:type="spellEnd"/>
      <w:r w:rsidRPr="00FC0B6D">
        <w:rPr>
          <w:lang w:val="ru-RU"/>
        </w:rPr>
        <w:t xml:space="preserve"> з дня </w:t>
      </w:r>
      <w:proofErr w:type="spellStart"/>
      <w:r w:rsidRPr="00FC0B6D">
        <w:rPr>
          <w:lang w:val="ru-RU"/>
        </w:rPr>
        <w:t>введення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його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дію</w:t>
      </w:r>
      <w:proofErr w:type="spellEnd"/>
      <w:r w:rsidRPr="00FC0B6D">
        <w:rPr>
          <w:lang w:val="ru-RU"/>
        </w:rPr>
        <w:t xml:space="preserve"> наказом ректора на </w:t>
      </w:r>
      <w:proofErr w:type="spellStart"/>
      <w:r w:rsidRPr="00FC0B6D">
        <w:rPr>
          <w:lang w:val="ru-RU"/>
        </w:rPr>
        <w:t>підставі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рішення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Вченої</w:t>
      </w:r>
      <w:proofErr w:type="spellEnd"/>
      <w:r w:rsidRPr="00FC0B6D">
        <w:rPr>
          <w:lang w:val="ru-RU"/>
        </w:rPr>
        <w:t xml:space="preserve"> ради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>.</w:t>
      </w:r>
    </w:p>
    <w:p w14:paraId="415408AC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13.2. </w:t>
      </w:r>
      <w:proofErr w:type="spellStart"/>
      <w:r w:rsidRPr="00FC0B6D">
        <w:rPr>
          <w:lang w:val="ru-RU"/>
        </w:rPr>
        <w:t>Зміни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доповнення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цього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розробляються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погоджуються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затверджуються</w:t>
      </w:r>
      <w:proofErr w:type="spellEnd"/>
      <w:r w:rsidRPr="00FC0B6D">
        <w:rPr>
          <w:lang w:val="ru-RU"/>
        </w:rPr>
        <w:t xml:space="preserve"> в порядку, </w:t>
      </w:r>
      <w:proofErr w:type="spellStart"/>
      <w:r w:rsidRPr="00FC0B6D">
        <w:rPr>
          <w:lang w:val="ru-RU"/>
        </w:rPr>
        <w:t>установленому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його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прийняття</w:t>
      </w:r>
      <w:proofErr w:type="spellEnd"/>
      <w:r w:rsidRPr="00FC0B6D">
        <w:rPr>
          <w:lang w:val="ru-RU"/>
        </w:rPr>
        <w:t>.</w:t>
      </w:r>
    </w:p>
    <w:p w14:paraId="4FDD8F37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13.3.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втрачає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чинність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разі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затвердження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його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нової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редакції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або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визнання</w:t>
      </w:r>
      <w:proofErr w:type="spellEnd"/>
      <w:r w:rsidRPr="00FC0B6D">
        <w:rPr>
          <w:lang w:val="ru-RU"/>
        </w:rPr>
        <w:t xml:space="preserve"> таким,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втратило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чинність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рішенням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Вченої</w:t>
      </w:r>
      <w:proofErr w:type="spellEnd"/>
      <w:r w:rsidRPr="00FC0B6D">
        <w:rPr>
          <w:lang w:val="ru-RU"/>
        </w:rPr>
        <w:t xml:space="preserve"> ради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введеним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дію</w:t>
      </w:r>
      <w:proofErr w:type="spellEnd"/>
      <w:r w:rsidRPr="00FC0B6D">
        <w:rPr>
          <w:lang w:val="ru-RU"/>
        </w:rPr>
        <w:t xml:space="preserve"> наказом ректора.</w:t>
      </w:r>
    </w:p>
    <w:p w14:paraId="01CC1DEE" w14:textId="77777777" w:rsidR="00412924" w:rsidRPr="00FC0B6D" w:rsidRDefault="0021128B" w:rsidP="00EA5407">
      <w:pPr>
        <w:spacing w:line="240" w:lineRule="auto"/>
        <w:rPr>
          <w:lang w:val="ru-RU"/>
        </w:rPr>
      </w:pPr>
      <w:r w:rsidRPr="00FC0B6D">
        <w:rPr>
          <w:lang w:val="ru-RU"/>
        </w:rPr>
        <w:t xml:space="preserve">13.4. </w:t>
      </w:r>
      <w:proofErr w:type="spellStart"/>
      <w:r w:rsidRPr="00FC0B6D">
        <w:rPr>
          <w:lang w:val="ru-RU"/>
        </w:rPr>
        <w:t>Питання</w:t>
      </w:r>
      <w:proofErr w:type="spellEnd"/>
      <w:r w:rsidRPr="00FC0B6D">
        <w:rPr>
          <w:lang w:val="ru-RU"/>
        </w:rPr>
        <w:t xml:space="preserve">, не </w:t>
      </w:r>
      <w:proofErr w:type="spellStart"/>
      <w:r w:rsidRPr="00FC0B6D">
        <w:rPr>
          <w:lang w:val="ru-RU"/>
        </w:rPr>
        <w:t>врегульовані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Положенням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вирішуються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відповідно</w:t>
      </w:r>
      <w:proofErr w:type="spellEnd"/>
      <w:r w:rsidRPr="00FC0B6D">
        <w:rPr>
          <w:lang w:val="ru-RU"/>
        </w:rPr>
        <w:t xml:space="preserve"> до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 xml:space="preserve">, Статуту та </w:t>
      </w:r>
      <w:proofErr w:type="spellStart"/>
      <w:r w:rsidRPr="00FC0B6D">
        <w:rPr>
          <w:lang w:val="ru-RU"/>
        </w:rPr>
        <w:t>локальних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нормативних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  <w:r w:rsidRPr="00FC0B6D">
        <w:rPr>
          <w:lang w:val="ru-RU"/>
        </w:rPr>
        <w:t xml:space="preserve">. У </w:t>
      </w:r>
      <w:proofErr w:type="spellStart"/>
      <w:r w:rsidRPr="00FC0B6D">
        <w:rPr>
          <w:lang w:val="ru-RU"/>
        </w:rPr>
        <w:t>разі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суперечності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між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цим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Положенням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спеціальним</w:t>
      </w:r>
      <w:proofErr w:type="spellEnd"/>
      <w:r w:rsidRPr="00FC0B6D">
        <w:rPr>
          <w:lang w:val="ru-RU"/>
        </w:rPr>
        <w:t xml:space="preserve"> нормативно-</w:t>
      </w:r>
      <w:proofErr w:type="spellStart"/>
      <w:r w:rsidRPr="00FC0B6D">
        <w:rPr>
          <w:lang w:val="ru-RU"/>
        </w:rPr>
        <w:t>правовим</w:t>
      </w:r>
      <w:proofErr w:type="spellEnd"/>
      <w:r w:rsidRPr="00FC0B6D">
        <w:rPr>
          <w:lang w:val="ru-RU"/>
        </w:rPr>
        <w:t xml:space="preserve"> актом для </w:t>
      </w:r>
      <w:proofErr w:type="spellStart"/>
      <w:r w:rsidRPr="00FC0B6D">
        <w:rPr>
          <w:lang w:val="ru-RU"/>
        </w:rPr>
        <w:t>окремої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спеціальності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застосовується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спеціальний</w:t>
      </w:r>
      <w:proofErr w:type="spellEnd"/>
      <w:r w:rsidRPr="00FC0B6D">
        <w:rPr>
          <w:lang w:val="ru-RU"/>
        </w:rPr>
        <w:t xml:space="preserve"> акт.</w:t>
      </w:r>
    </w:p>
    <w:p w14:paraId="0EA4EAFC" w14:textId="77777777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13.5. Договори та </w:t>
      </w:r>
      <w:proofErr w:type="spellStart"/>
      <w:r w:rsidRPr="0013179D">
        <w:rPr>
          <w:lang w:val="ru-RU"/>
        </w:rPr>
        <w:t>індивідуальні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навчальні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плани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укладені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або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затверджені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набрання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чинності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цим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Положенням</w:t>
      </w:r>
      <w:proofErr w:type="spellEnd"/>
      <w:r w:rsidRPr="0013179D">
        <w:rPr>
          <w:lang w:val="ru-RU"/>
        </w:rPr>
        <w:t xml:space="preserve">, </w:t>
      </w:r>
      <w:proofErr w:type="spellStart"/>
      <w:r w:rsidRPr="0013179D">
        <w:rPr>
          <w:lang w:val="ru-RU"/>
        </w:rPr>
        <w:t>діють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завершення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встановленого</w:t>
      </w:r>
      <w:proofErr w:type="spellEnd"/>
      <w:r w:rsidRPr="0013179D">
        <w:rPr>
          <w:lang w:val="ru-RU"/>
        </w:rPr>
        <w:t xml:space="preserve"> строку, </w:t>
      </w:r>
      <w:proofErr w:type="spellStart"/>
      <w:r w:rsidRPr="0013179D">
        <w:rPr>
          <w:lang w:val="ru-RU"/>
        </w:rPr>
        <w:t>якщо</w:t>
      </w:r>
      <w:proofErr w:type="spellEnd"/>
      <w:r w:rsidRPr="0013179D">
        <w:rPr>
          <w:lang w:val="ru-RU"/>
        </w:rPr>
        <w:t xml:space="preserve"> вони не </w:t>
      </w:r>
      <w:proofErr w:type="spellStart"/>
      <w:r w:rsidRPr="0013179D">
        <w:rPr>
          <w:lang w:val="ru-RU"/>
        </w:rPr>
        <w:t>суперечать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законодавству</w:t>
      </w:r>
      <w:proofErr w:type="spellEnd"/>
      <w:r w:rsidRPr="0013179D">
        <w:rPr>
          <w:lang w:val="ru-RU"/>
        </w:rPr>
        <w:t xml:space="preserve">. За потреби вони </w:t>
      </w:r>
      <w:proofErr w:type="spellStart"/>
      <w:r w:rsidRPr="0013179D">
        <w:rPr>
          <w:lang w:val="ru-RU"/>
        </w:rPr>
        <w:t>приводяться</w:t>
      </w:r>
      <w:proofErr w:type="spellEnd"/>
      <w:r w:rsidRPr="0013179D">
        <w:rPr>
          <w:lang w:val="ru-RU"/>
        </w:rPr>
        <w:t xml:space="preserve"> у </w:t>
      </w:r>
      <w:proofErr w:type="spellStart"/>
      <w:r w:rsidRPr="0013179D">
        <w:rPr>
          <w:lang w:val="ru-RU"/>
        </w:rPr>
        <w:t>відповідність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цього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Положення</w:t>
      </w:r>
      <w:proofErr w:type="spellEnd"/>
      <w:r w:rsidRPr="0013179D">
        <w:rPr>
          <w:lang w:val="ru-RU"/>
        </w:rPr>
        <w:t xml:space="preserve"> за </w:t>
      </w:r>
      <w:proofErr w:type="spellStart"/>
      <w:r w:rsidRPr="0013179D">
        <w:rPr>
          <w:lang w:val="ru-RU"/>
        </w:rPr>
        <w:t>згодою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сторін</w:t>
      </w:r>
      <w:proofErr w:type="spellEnd"/>
      <w:r w:rsidRPr="0013179D">
        <w:rPr>
          <w:lang w:val="ru-RU"/>
        </w:rPr>
        <w:t>.</w:t>
      </w:r>
    </w:p>
    <w:p w14:paraId="67D78FE0" w14:textId="639F652C" w:rsidR="00412924" w:rsidRPr="0013179D" w:rsidRDefault="0021128B" w:rsidP="00EA5407">
      <w:pPr>
        <w:spacing w:line="240" w:lineRule="auto"/>
        <w:rPr>
          <w:lang w:val="ru-RU"/>
        </w:rPr>
      </w:pPr>
      <w:r w:rsidRPr="0013179D">
        <w:rPr>
          <w:lang w:val="ru-RU"/>
        </w:rPr>
        <w:t xml:space="preserve">13.6. </w:t>
      </w:r>
      <w:proofErr w:type="spellStart"/>
      <w:r w:rsidRPr="0013179D">
        <w:rPr>
          <w:lang w:val="ru-RU"/>
        </w:rPr>
        <w:t>Документи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щодо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реалізації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дуальної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форми</w:t>
      </w:r>
      <w:proofErr w:type="spellEnd"/>
      <w:r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здобуття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вищої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="00B86DE8" w:rsidRPr="0013179D">
        <w:rPr>
          <w:lang w:val="ru-RU"/>
        </w:rPr>
        <w:t>освіти</w:t>
      </w:r>
      <w:proofErr w:type="spellEnd"/>
      <w:r w:rsidR="00B86DE8"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зберігаються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відповідно</w:t>
      </w:r>
      <w:proofErr w:type="spellEnd"/>
      <w:r w:rsidRPr="0013179D">
        <w:rPr>
          <w:lang w:val="ru-RU"/>
        </w:rPr>
        <w:t xml:space="preserve"> до </w:t>
      </w:r>
      <w:proofErr w:type="spellStart"/>
      <w:r w:rsidRPr="0013179D">
        <w:rPr>
          <w:lang w:val="ru-RU"/>
        </w:rPr>
        <w:t>номенклатури</w:t>
      </w:r>
      <w:proofErr w:type="spellEnd"/>
      <w:r w:rsidRPr="0013179D">
        <w:rPr>
          <w:lang w:val="ru-RU"/>
        </w:rPr>
        <w:t xml:space="preserve"> справ </w:t>
      </w:r>
      <w:proofErr w:type="spellStart"/>
      <w:r w:rsidRPr="0013179D">
        <w:rPr>
          <w:lang w:val="ru-RU"/>
        </w:rPr>
        <w:t>Університету</w:t>
      </w:r>
      <w:proofErr w:type="spellEnd"/>
      <w:r w:rsidRPr="0013179D">
        <w:rPr>
          <w:lang w:val="ru-RU"/>
        </w:rPr>
        <w:t xml:space="preserve"> та </w:t>
      </w:r>
      <w:proofErr w:type="spellStart"/>
      <w:r w:rsidRPr="0013179D">
        <w:rPr>
          <w:lang w:val="ru-RU"/>
        </w:rPr>
        <w:t>законодавства</w:t>
      </w:r>
      <w:proofErr w:type="spellEnd"/>
      <w:r w:rsidRPr="0013179D">
        <w:rPr>
          <w:lang w:val="ru-RU"/>
        </w:rPr>
        <w:t xml:space="preserve"> про </w:t>
      </w:r>
      <w:proofErr w:type="spellStart"/>
      <w:r w:rsidRPr="0013179D">
        <w:rPr>
          <w:lang w:val="ru-RU"/>
        </w:rPr>
        <w:t>архівну</w:t>
      </w:r>
      <w:proofErr w:type="spellEnd"/>
      <w:r w:rsidRPr="0013179D">
        <w:rPr>
          <w:lang w:val="ru-RU"/>
        </w:rPr>
        <w:t xml:space="preserve"> справу і </w:t>
      </w:r>
      <w:proofErr w:type="spellStart"/>
      <w:r w:rsidRPr="0013179D">
        <w:rPr>
          <w:lang w:val="ru-RU"/>
        </w:rPr>
        <w:t>захист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персональних</w:t>
      </w:r>
      <w:proofErr w:type="spellEnd"/>
      <w:r w:rsidRPr="0013179D">
        <w:rPr>
          <w:lang w:val="ru-RU"/>
        </w:rPr>
        <w:t xml:space="preserve"> </w:t>
      </w:r>
      <w:proofErr w:type="spellStart"/>
      <w:r w:rsidRPr="0013179D">
        <w:rPr>
          <w:lang w:val="ru-RU"/>
        </w:rPr>
        <w:t>даних</w:t>
      </w:r>
      <w:proofErr w:type="spellEnd"/>
      <w:r w:rsidRPr="0013179D">
        <w:rPr>
          <w:lang w:val="ru-RU"/>
        </w:rPr>
        <w:t>.</w:t>
      </w:r>
    </w:p>
    <w:p w14:paraId="74F19027" w14:textId="77777777" w:rsidR="0013179D" w:rsidRDefault="0013179D" w:rsidP="00EA5407">
      <w:pPr>
        <w:spacing w:line="240" w:lineRule="auto"/>
        <w:rPr>
          <w:b/>
          <w:bCs/>
          <w:color w:val="000000" w:themeColor="text1"/>
          <w:lang w:val="ru-RU"/>
        </w:rPr>
      </w:pPr>
    </w:p>
    <w:p w14:paraId="566DC514" w14:textId="77777777" w:rsidR="001215F5" w:rsidRPr="00FC0B6D" w:rsidRDefault="001215F5" w:rsidP="00EA5407">
      <w:pPr>
        <w:spacing w:line="240" w:lineRule="auto"/>
        <w:rPr>
          <w:color w:val="000000" w:themeColor="text1"/>
          <w:lang w:val="ru-RU"/>
        </w:rPr>
      </w:pPr>
      <w:proofErr w:type="spellStart"/>
      <w:r w:rsidRPr="0013179D">
        <w:rPr>
          <w:b/>
          <w:bCs/>
          <w:color w:val="000000" w:themeColor="text1"/>
          <w:lang w:val="ru-RU"/>
        </w:rPr>
        <w:t>Розробник</w:t>
      </w:r>
      <w:proofErr w:type="spellEnd"/>
      <w:r w:rsidRPr="0013179D">
        <w:rPr>
          <w:b/>
          <w:bCs/>
          <w:color w:val="000000" w:themeColor="text1"/>
          <w:lang w:val="ru-RU"/>
        </w:rPr>
        <w:t>:</w:t>
      </w:r>
    </w:p>
    <w:p w14:paraId="4C2E6802" w14:textId="4599ACDC" w:rsidR="001215F5" w:rsidRDefault="001215F5" w:rsidP="00EA5407">
      <w:pPr>
        <w:spacing w:line="24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п</w:t>
      </w:r>
      <w:proofErr w:type="spellStart"/>
      <w:r w:rsidRPr="00FC0B6D">
        <w:rPr>
          <w:color w:val="000000" w:themeColor="text1"/>
          <w:lang w:val="ru-RU"/>
        </w:rPr>
        <w:t>роректор</w:t>
      </w:r>
      <w:proofErr w:type="spellEnd"/>
      <w:r w:rsidRPr="00FC0B6D">
        <w:rPr>
          <w:color w:val="000000" w:themeColor="text1"/>
          <w:lang w:val="ru-RU"/>
        </w:rPr>
        <w:t xml:space="preserve"> з </w:t>
      </w:r>
      <w:proofErr w:type="spellStart"/>
      <w:r w:rsidRPr="00FC0B6D">
        <w:rPr>
          <w:color w:val="000000" w:themeColor="text1"/>
          <w:lang w:val="ru-RU"/>
        </w:rPr>
        <w:t>науково-педагогічної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роботи</w:t>
      </w:r>
      <w:proofErr w:type="spellEnd"/>
      <w:r w:rsidRPr="00FC0B6D">
        <w:rPr>
          <w:color w:val="000000" w:themeColor="text1"/>
          <w:lang w:val="ru-RU"/>
        </w:rPr>
        <w:t xml:space="preserve"> </w:t>
      </w:r>
      <w:r w:rsidRPr="00131E22">
        <w:rPr>
          <w:color w:val="000000" w:themeColor="text1"/>
          <w:lang w:val="uk-UA"/>
        </w:rPr>
        <w:t xml:space="preserve">              </w:t>
      </w:r>
      <w:r w:rsidR="00EA5407">
        <w:rPr>
          <w:color w:val="000000" w:themeColor="text1"/>
          <w:lang w:val="uk-UA"/>
        </w:rPr>
        <w:t xml:space="preserve">       </w:t>
      </w:r>
      <w:r w:rsidRPr="00131E22">
        <w:rPr>
          <w:color w:val="000000" w:themeColor="text1"/>
          <w:lang w:val="uk-UA"/>
        </w:rPr>
        <w:t>Михайло МАЛЬОВАНИЙ</w:t>
      </w:r>
    </w:p>
    <w:p w14:paraId="2B58E31A" w14:textId="77777777" w:rsidR="001215F5" w:rsidRPr="00FC0B6D" w:rsidRDefault="001215F5" w:rsidP="00EA5407">
      <w:pPr>
        <w:spacing w:line="240" w:lineRule="auto"/>
        <w:rPr>
          <w:color w:val="000000" w:themeColor="text1"/>
          <w:lang w:val="ru-RU"/>
        </w:rPr>
      </w:pPr>
      <w:proofErr w:type="spellStart"/>
      <w:r w:rsidRPr="00FC0B6D">
        <w:rPr>
          <w:color w:val="000000" w:themeColor="text1"/>
          <w:lang w:val="ru-RU"/>
        </w:rPr>
        <w:t>Погоджено</w:t>
      </w:r>
      <w:proofErr w:type="spellEnd"/>
      <w:r w:rsidRPr="00FC0B6D">
        <w:rPr>
          <w:color w:val="000000" w:themeColor="text1"/>
          <w:lang w:val="ru-RU"/>
        </w:rPr>
        <w:t>:</w:t>
      </w:r>
    </w:p>
    <w:p w14:paraId="0C0D3623" w14:textId="12A0386A" w:rsidR="001215F5" w:rsidRPr="00935F81" w:rsidRDefault="001215F5" w:rsidP="00EA5407">
      <w:pPr>
        <w:spacing w:line="240" w:lineRule="auto"/>
        <w:rPr>
          <w:color w:val="000000" w:themeColor="text1"/>
          <w:lang w:val="uk-UA"/>
        </w:rPr>
      </w:pPr>
      <w:r w:rsidRPr="00FC0B6D">
        <w:rPr>
          <w:color w:val="000000" w:themeColor="text1"/>
          <w:lang w:val="ru-RU"/>
        </w:rPr>
        <w:t xml:space="preserve">Голова </w:t>
      </w:r>
      <w:proofErr w:type="spellStart"/>
      <w:r w:rsidRPr="00FC0B6D">
        <w:rPr>
          <w:color w:val="000000" w:themeColor="text1"/>
          <w:lang w:val="ru-RU"/>
        </w:rPr>
        <w:t>Первинної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профспілкової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організації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Уманського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національного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університету</w:t>
      </w:r>
      <w:proofErr w:type="spellEnd"/>
      <w:r w:rsidRPr="00FC0B6D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uk-UA"/>
        </w:rPr>
        <w:t xml:space="preserve">                                                                            </w:t>
      </w:r>
      <w:r w:rsidR="00EA5407">
        <w:rPr>
          <w:color w:val="000000" w:themeColor="text1"/>
          <w:lang w:val="uk-UA"/>
        </w:rPr>
        <w:t xml:space="preserve">     </w:t>
      </w:r>
      <w:r>
        <w:rPr>
          <w:color w:val="000000" w:themeColor="text1"/>
          <w:lang w:val="uk-UA"/>
        </w:rPr>
        <w:t>Маргарита ПАРУБОК</w:t>
      </w:r>
    </w:p>
    <w:p w14:paraId="71E2A073" w14:textId="4AD790CE" w:rsidR="001215F5" w:rsidRPr="00935F81" w:rsidRDefault="001215F5" w:rsidP="00EA5407">
      <w:pPr>
        <w:spacing w:line="240" w:lineRule="auto"/>
        <w:rPr>
          <w:color w:val="000000" w:themeColor="text1"/>
          <w:lang w:val="uk-UA"/>
        </w:rPr>
      </w:pPr>
      <w:r w:rsidRPr="00FC0B6D">
        <w:rPr>
          <w:color w:val="000000" w:themeColor="text1"/>
          <w:lang w:val="ru-RU"/>
        </w:rPr>
        <w:t xml:space="preserve">Голова </w:t>
      </w:r>
      <w:r>
        <w:rPr>
          <w:color w:val="000000" w:themeColor="text1"/>
          <w:lang w:val="uk-UA"/>
        </w:rPr>
        <w:t xml:space="preserve">Профспілки працівників, </w:t>
      </w:r>
      <w:proofErr w:type="spellStart"/>
      <w:r w:rsidRPr="00FC0B6D">
        <w:rPr>
          <w:color w:val="000000" w:themeColor="text1"/>
          <w:lang w:val="ru-RU"/>
        </w:rPr>
        <w:t>студентів</w:t>
      </w:r>
      <w:proofErr w:type="spellEnd"/>
      <w:r w:rsidRPr="00FC0B6D">
        <w:rPr>
          <w:color w:val="000000" w:themeColor="text1"/>
          <w:lang w:val="ru-RU"/>
        </w:rPr>
        <w:t xml:space="preserve">, </w:t>
      </w:r>
      <w:proofErr w:type="spellStart"/>
      <w:r w:rsidRPr="00FC0B6D">
        <w:rPr>
          <w:color w:val="000000" w:themeColor="text1"/>
          <w:lang w:val="ru-RU"/>
        </w:rPr>
        <w:t>аспірантів</w:t>
      </w:r>
      <w:proofErr w:type="spellEnd"/>
      <w:r w:rsidRPr="00FC0B6D">
        <w:rPr>
          <w:color w:val="000000" w:themeColor="text1"/>
          <w:lang w:val="ru-RU"/>
        </w:rPr>
        <w:t xml:space="preserve"> та </w:t>
      </w:r>
      <w:proofErr w:type="spellStart"/>
      <w:r w:rsidRPr="00FC0B6D">
        <w:rPr>
          <w:color w:val="000000" w:themeColor="text1"/>
          <w:lang w:val="ru-RU"/>
        </w:rPr>
        <w:t>докторантів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Уманського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національного</w:t>
      </w:r>
      <w:proofErr w:type="spellEnd"/>
      <w:r w:rsidRPr="00FC0B6D">
        <w:rPr>
          <w:color w:val="000000" w:themeColor="text1"/>
          <w:lang w:val="ru-RU"/>
        </w:rPr>
        <w:t xml:space="preserve"> </w:t>
      </w:r>
      <w:proofErr w:type="spellStart"/>
      <w:r w:rsidRPr="00FC0B6D">
        <w:rPr>
          <w:color w:val="000000" w:themeColor="text1"/>
          <w:lang w:val="ru-RU"/>
        </w:rPr>
        <w:t>університету</w:t>
      </w:r>
      <w:proofErr w:type="spellEnd"/>
      <w:r>
        <w:rPr>
          <w:color w:val="000000" w:themeColor="text1"/>
          <w:lang w:val="uk-UA"/>
        </w:rPr>
        <w:t xml:space="preserve">                                        </w:t>
      </w:r>
      <w:r w:rsidR="00EA5407">
        <w:rPr>
          <w:color w:val="000000" w:themeColor="text1"/>
          <w:lang w:val="uk-UA"/>
        </w:rPr>
        <w:t xml:space="preserve">    </w:t>
      </w:r>
      <w:r>
        <w:rPr>
          <w:color w:val="000000" w:themeColor="text1"/>
          <w:lang w:val="uk-UA"/>
        </w:rPr>
        <w:t>Леся КАРНАУХ</w:t>
      </w:r>
    </w:p>
    <w:p w14:paraId="1E323D69" w14:textId="1D28F338" w:rsidR="001215F5" w:rsidRDefault="001215F5" w:rsidP="00EA5407">
      <w:pPr>
        <w:spacing w:line="24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Голова ради студентського самоврядування Уманського національного університету                                                                                  </w:t>
      </w:r>
      <w:r w:rsidR="00EA5407">
        <w:rPr>
          <w:color w:val="000000" w:themeColor="text1"/>
          <w:lang w:val="uk-UA"/>
        </w:rPr>
        <w:t xml:space="preserve">     </w:t>
      </w:r>
      <w:r>
        <w:rPr>
          <w:color w:val="000000" w:themeColor="text1"/>
          <w:lang w:val="uk-UA"/>
        </w:rPr>
        <w:t>Вікторія ГУРСЬКА</w:t>
      </w:r>
    </w:p>
    <w:p w14:paraId="27BF677B" w14:textId="77777777" w:rsidR="0013179D" w:rsidRDefault="0013179D">
      <w:pPr>
        <w:spacing w:after="200" w:line="276" w:lineRule="auto"/>
        <w:ind w:firstLine="0"/>
        <w:jc w:val="left"/>
        <w:rPr>
          <w:lang w:val="ru-RU"/>
        </w:rPr>
      </w:pPr>
      <w:r>
        <w:rPr>
          <w:lang w:val="ru-RU"/>
        </w:rPr>
        <w:br w:type="page"/>
      </w:r>
    </w:p>
    <w:p w14:paraId="26D44C64" w14:textId="74A98E27" w:rsidR="00412924" w:rsidRPr="00FC0B6D" w:rsidRDefault="0021128B" w:rsidP="006A7E2B">
      <w:pPr>
        <w:ind w:firstLine="0"/>
        <w:jc w:val="right"/>
        <w:rPr>
          <w:lang w:val="ru-RU"/>
        </w:rPr>
      </w:pPr>
      <w:proofErr w:type="spellStart"/>
      <w:r w:rsidRPr="00FC0B6D">
        <w:rPr>
          <w:lang w:val="ru-RU"/>
        </w:rPr>
        <w:lastRenderedPageBreak/>
        <w:t>Додаток</w:t>
      </w:r>
      <w:proofErr w:type="spellEnd"/>
      <w:r w:rsidRPr="00FC0B6D">
        <w:rPr>
          <w:lang w:val="ru-RU"/>
        </w:rPr>
        <w:t xml:space="preserve"> А</w:t>
      </w:r>
    </w:p>
    <w:p w14:paraId="7A8A6564" w14:textId="77777777" w:rsidR="000F24E4" w:rsidRDefault="0021128B">
      <w:pPr>
        <w:spacing w:before="120" w:after="120"/>
        <w:ind w:firstLine="0"/>
        <w:jc w:val="center"/>
        <w:rPr>
          <w:b/>
          <w:lang w:val="ru-RU"/>
        </w:rPr>
      </w:pPr>
      <w:r w:rsidRPr="00FC0B6D">
        <w:rPr>
          <w:b/>
          <w:lang w:val="ru-RU"/>
        </w:rPr>
        <w:t xml:space="preserve">ПОДАННЯ ПРО ЗАПРОВАДЖЕННЯ ДУАЛЬНОЇ ФОРМИ </w:t>
      </w:r>
    </w:p>
    <w:p w14:paraId="3983644E" w14:textId="2A60A1EB" w:rsidR="00412924" w:rsidRPr="00FC0B6D" w:rsidRDefault="0021128B">
      <w:pPr>
        <w:spacing w:before="120" w:after="120"/>
        <w:ind w:firstLine="0"/>
        <w:jc w:val="center"/>
        <w:rPr>
          <w:lang w:val="ru-RU"/>
        </w:rPr>
      </w:pPr>
      <w:r w:rsidRPr="00FC0B6D">
        <w:rPr>
          <w:b/>
          <w:lang w:val="ru-RU"/>
        </w:rPr>
        <w:t>ЗА ОСВІТНЬОЮ ПРОГРАМОЮ</w:t>
      </w:r>
    </w:p>
    <w:p w14:paraId="00ABE539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Факультет: ____________________________________________________________</w:t>
      </w:r>
    </w:p>
    <w:p w14:paraId="5D8569DD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Кафедра: ______________________________________________________________</w:t>
      </w:r>
    </w:p>
    <w:p w14:paraId="623B18ED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Освітня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програма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рівень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>: _______________________________________</w:t>
      </w:r>
    </w:p>
    <w:p w14:paraId="10383902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 xml:space="preserve">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>: ____________________________________________</w:t>
      </w:r>
    </w:p>
    <w:p w14:paraId="57EFAD55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Потенційний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/ мережа </w:t>
      </w:r>
      <w:proofErr w:type="spellStart"/>
      <w:r w:rsidRPr="00FC0B6D">
        <w:rPr>
          <w:lang w:val="ru-RU"/>
        </w:rPr>
        <w:t>роботодавців</w:t>
      </w:r>
      <w:proofErr w:type="spellEnd"/>
      <w:r w:rsidRPr="00FC0B6D">
        <w:rPr>
          <w:lang w:val="ru-RU"/>
        </w:rPr>
        <w:t>: _________________________</w:t>
      </w:r>
    </w:p>
    <w:p w14:paraId="20D98B25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 xml:space="preserve">1. </w:t>
      </w:r>
      <w:proofErr w:type="spellStart"/>
      <w:r w:rsidRPr="00FC0B6D">
        <w:rPr>
          <w:lang w:val="ru-RU"/>
        </w:rPr>
        <w:t>Обґрунтування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доцільності</w:t>
      </w:r>
      <w:proofErr w:type="spellEnd"/>
    </w:p>
    <w:p w14:paraId="54BBC82E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Опис</w:t>
      </w:r>
      <w:proofErr w:type="spellEnd"/>
      <w:r w:rsidRPr="00FC0B6D">
        <w:rPr>
          <w:lang w:val="ru-RU"/>
        </w:rPr>
        <w:t xml:space="preserve"> потреби ринку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очікуваних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переваг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здобувачів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роботодавця</w:t>
      </w:r>
      <w:proofErr w:type="spellEnd"/>
      <w:r w:rsidRPr="00FC0B6D">
        <w:rPr>
          <w:lang w:val="ru-RU"/>
        </w:rPr>
        <w:t>:</w:t>
      </w:r>
    </w:p>
    <w:p w14:paraId="42FB8053" w14:textId="77777777" w:rsidR="00412924" w:rsidRDefault="0021128B">
      <w:pPr>
        <w:ind w:firstLine="0"/>
      </w:pPr>
      <w:r>
        <w:t>____________________________________________________________________</w:t>
      </w:r>
      <w:r>
        <w:br/>
        <w:t>____________________________________________________________________</w:t>
      </w:r>
      <w:r>
        <w:br/>
        <w:t>____________________________________________________________________</w:t>
      </w:r>
    </w:p>
    <w:p w14:paraId="4576D468" w14:textId="77777777" w:rsidR="00412924" w:rsidRDefault="0021128B">
      <w:pPr>
        <w:pStyle w:val="RegulationHeading2"/>
      </w:pPr>
      <w:r>
        <w:t xml:space="preserve">2. </w:t>
      </w:r>
      <w:proofErr w:type="spellStart"/>
      <w:r>
        <w:t>Запропонована</w:t>
      </w:r>
      <w:proofErr w:type="spellEnd"/>
      <w:r>
        <w:t xml:space="preserve"> </w:t>
      </w:r>
      <w:proofErr w:type="spellStart"/>
      <w:r>
        <w:t>модель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412924" w:rsidRPr="004B7F99" w14:paraId="2E1729BF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7ABF74F7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22"/>
              </w:rPr>
              <w:t>Модель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організації</w:t>
            </w:r>
            <w:proofErr w:type="spellEnd"/>
          </w:p>
        </w:tc>
        <w:tc>
          <w:tcPr>
            <w:tcW w:w="4986" w:type="dxa"/>
            <w:vAlign w:val="center"/>
          </w:tcPr>
          <w:p w14:paraId="1DF72A1C" w14:textId="77777777" w:rsidR="00412924" w:rsidRPr="00FC0B6D" w:rsidRDefault="0021128B">
            <w:pPr>
              <w:spacing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FC0B6D">
              <w:rPr>
                <w:sz w:val="22"/>
                <w:lang w:val="ru-RU"/>
              </w:rPr>
              <w:t>поділений</w:t>
            </w:r>
            <w:proofErr w:type="spellEnd"/>
            <w:r w:rsidRPr="00FC0B6D">
              <w:rPr>
                <w:sz w:val="22"/>
                <w:lang w:val="ru-RU"/>
              </w:rPr>
              <w:t xml:space="preserve"> день / </w:t>
            </w:r>
            <w:proofErr w:type="spellStart"/>
            <w:r w:rsidRPr="00FC0B6D">
              <w:rPr>
                <w:sz w:val="22"/>
                <w:lang w:val="ru-RU"/>
              </w:rPr>
              <w:t>поділений</w:t>
            </w:r>
            <w:proofErr w:type="spellEnd"/>
            <w:r w:rsidRPr="00FC0B6D">
              <w:rPr>
                <w:sz w:val="22"/>
                <w:lang w:val="ru-RU"/>
              </w:rPr>
              <w:t xml:space="preserve"> </w:t>
            </w:r>
            <w:proofErr w:type="spellStart"/>
            <w:r w:rsidRPr="00FC0B6D">
              <w:rPr>
                <w:sz w:val="22"/>
                <w:lang w:val="ru-RU"/>
              </w:rPr>
              <w:t>тиждень</w:t>
            </w:r>
            <w:proofErr w:type="spellEnd"/>
            <w:r w:rsidRPr="00FC0B6D">
              <w:rPr>
                <w:sz w:val="22"/>
                <w:lang w:val="ru-RU"/>
              </w:rPr>
              <w:t xml:space="preserve"> / </w:t>
            </w:r>
            <w:proofErr w:type="spellStart"/>
            <w:r w:rsidRPr="00FC0B6D">
              <w:rPr>
                <w:sz w:val="22"/>
                <w:lang w:val="ru-RU"/>
              </w:rPr>
              <w:t>блочна</w:t>
            </w:r>
            <w:proofErr w:type="spellEnd"/>
            <w:r w:rsidRPr="00FC0B6D">
              <w:rPr>
                <w:sz w:val="22"/>
                <w:lang w:val="ru-RU"/>
              </w:rPr>
              <w:t xml:space="preserve"> / </w:t>
            </w:r>
            <w:proofErr w:type="spellStart"/>
            <w:r w:rsidRPr="00FC0B6D">
              <w:rPr>
                <w:sz w:val="22"/>
                <w:lang w:val="ru-RU"/>
              </w:rPr>
              <w:t>комбінована</w:t>
            </w:r>
            <w:proofErr w:type="spellEnd"/>
          </w:p>
        </w:tc>
      </w:tr>
      <w:tr w:rsidR="00412924" w14:paraId="25C57786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49A9595B" w14:textId="77777777" w:rsidR="00412924" w:rsidRPr="00FC0B6D" w:rsidRDefault="0021128B">
            <w:pPr>
              <w:spacing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FC0B6D">
              <w:rPr>
                <w:b/>
                <w:sz w:val="22"/>
                <w:lang w:val="ru-RU"/>
              </w:rPr>
              <w:t>Орієнтовна</w:t>
            </w:r>
            <w:proofErr w:type="spellEnd"/>
            <w:r w:rsidRPr="00FC0B6D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22"/>
                <w:lang w:val="ru-RU"/>
              </w:rPr>
              <w:t>частка</w:t>
            </w:r>
            <w:proofErr w:type="spellEnd"/>
            <w:r w:rsidRPr="00FC0B6D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22"/>
                <w:lang w:val="ru-RU"/>
              </w:rPr>
              <w:t>навчання</w:t>
            </w:r>
            <w:proofErr w:type="spellEnd"/>
            <w:r w:rsidRPr="00FC0B6D">
              <w:rPr>
                <w:b/>
                <w:sz w:val="22"/>
                <w:lang w:val="ru-RU"/>
              </w:rPr>
              <w:t xml:space="preserve"> на </w:t>
            </w:r>
            <w:proofErr w:type="spellStart"/>
            <w:r w:rsidRPr="00FC0B6D">
              <w:rPr>
                <w:b/>
                <w:sz w:val="22"/>
                <w:lang w:val="ru-RU"/>
              </w:rPr>
              <w:t>робочому</w:t>
            </w:r>
            <w:proofErr w:type="spellEnd"/>
            <w:r w:rsidRPr="00FC0B6D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22"/>
                <w:lang w:val="ru-RU"/>
              </w:rPr>
              <w:t>місці</w:t>
            </w:r>
            <w:proofErr w:type="spellEnd"/>
          </w:p>
        </w:tc>
        <w:tc>
          <w:tcPr>
            <w:tcW w:w="4986" w:type="dxa"/>
            <w:vAlign w:val="center"/>
          </w:tcPr>
          <w:p w14:paraId="00D5D127" w14:textId="77777777" w:rsidR="00412924" w:rsidRDefault="0021128B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 xml:space="preserve">_____ % / _____ </w:t>
            </w:r>
            <w:proofErr w:type="spellStart"/>
            <w:r>
              <w:rPr>
                <w:sz w:val="22"/>
              </w:rPr>
              <w:t>кредитів</w:t>
            </w:r>
            <w:proofErr w:type="spellEnd"/>
            <w:r>
              <w:rPr>
                <w:sz w:val="22"/>
              </w:rPr>
              <w:t xml:space="preserve"> ЄКТС</w:t>
            </w:r>
          </w:p>
        </w:tc>
      </w:tr>
      <w:tr w:rsidR="00412924" w14:paraId="558907EE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2387058E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22"/>
              </w:rPr>
              <w:t>Кількість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здобувачів</w:t>
            </w:r>
            <w:proofErr w:type="spellEnd"/>
          </w:p>
        </w:tc>
        <w:tc>
          <w:tcPr>
            <w:tcW w:w="4986" w:type="dxa"/>
            <w:vAlign w:val="center"/>
          </w:tcPr>
          <w:p w14:paraId="0DECEE92" w14:textId="77777777" w:rsidR="00412924" w:rsidRDefault="0021128B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_____</w:t>
            </w:r>
          </w:p>
        </w:tc>
      </w:tr>
      <w:tr w:rsidR="00412924" w14:paraId="3B16311E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05021017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22"/>
              </w:rPr>
              <w:t>Період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реалізації</w:t>
            </w:r>
            <w:proofErr w:type="spellEnd"/>
          </w:p>
        </w:tc>
        <w:tc>
          <w:tcPr>
            <w:tcW w:w="4986" w:type="dxa"/>
            <w:vAlign w:val="center"/>
          </w:tcPr>
          <w:p w14:paraId="3B2FFD53" w14:textId="77777777" w:rsidR="00412924" w:rsidRDefault="0021128B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 xml:space="preserve">з __________ </w:t>
            </w:r>
            <w:proofErr w:type="spellStart"/>
            <w:r>
              <w:rPr>
                <w:sz w:val="22"/>
              </w:rPr>
              <w:t>до</w:t>
            </w:r>
            <w:proofErr w:type="spellEnd"/>
            <w:r>
              <w:rPr>
                <w:sz w:val="22"/>
              </w:rPr>
              <w:t xml:space="preserve"> __________</w:t>
            </w:r>
          </w:p>
        </w:tc>
      </w:tr>
      <w:tr w:rsidR="00412924" w14:paraId="7258D57D" w14:textId="77777777">
        <w:trPr>
          <w:cantSplit/>
          <w:jc w:val="center"/>
        </w:trPr>
        <w:tc>
          <w:tcPr>
            <w:tcW w:w="4986" w:type="dxa"/>
            <w:vAlign w:val="center"/>
          </w:tcPr>
          <w:p w14:paraId="5D672F2D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22"/>
              </w:rPr>
              <w:t>Робочі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місця</w:t>
            </w:r>
            <w:proofErr w:type="spellEnd"/>
            <w:r>
              <w:rPr>
                <w:b/>
                <w:sz w:val="22"/>
              </w:rPr>
              <w:t xml:space="preserve"> / </w:t>
            </w:r>
            <w:proofErr w:type="spellStart"/>
            <w:r>
              <w:rPr>
                <w:b/>
                <w:sz w:val="22"/>
              </w:rPr>
              <w:t>підрозділи</w:t>
            </w:r>
            <w:proofErr w:type="spellEnd"/>
          </w:p>
        </w:tc>
        <w:tc>
          <w:tcPr>
            <w:tcW w:w="4986" w:type="dxa"/>
            <w:vAlign w:val="center"/>
          </w:tcPr>
          <w:p w14:paraId="5A89C509" w14:textId="77777777" w:rsidR="00412924" w:rsidRDefault="0021128B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________________________________________</w:t>
            </w:r>
          </w:p>
        </w:tc>
      </w:tr>
    </w:tbl>
    <w:p w14:paraId="550319D7" w14:textId="77777777" w:rsidR="00412924" w:rsidRDefault="0021128B">
      <w:pPr>
        <w:pStyle w:val="RegulationHeading2"/>
      </w:pPr>
      <w:r>
        <w:t xml:space="preserve">3. </w:t>
      </w:r>
      <w:proofErr w:type="spellStart"/>
      <w:r>
        <w:t>Висновок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гаранта</w:t>
      </w:r>
      <w:proofErr w:type="spellEnd"/>
    </w:p>
    <w:p w14:paraId="7303297D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Підтверджується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можливість</w:t>
      </w:r>
      <w:proofErr w:type="spellEnd"/>
      <w:r w:rsidRPr="00FC0B6D">
        <w:rPr>
          <w:lang w:val="ru-RU"/>
        </w:rPr>
        <w:t xml:space="preserve"> / </w:t>
      </w:r>
      <w:proofErr w:type="spellStart"/>
      <w:r w:rsidRPr="00FC0B6D">
        <w:rPr>
          <w:lang w:val="ru-RU"/>
        </w:rPr>
        <w:t>неможливість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досягнення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результатів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місцях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дотримання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вимог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законодавства</w:t>
      </w:r>
      <w:proofErr w:type="spellEnd"/>
      <w:r w:rsidRPr="00FC0B6D">
        <w:rPr>
          <w:lang w:val="ru-RU"/>
        </w:rPr>
        <w:t>.</w:t>
      </w:r>
    </w:p>
    <w:p w14:paraId="5B5B9F30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 xml:space="preserve">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____________ / __________________________</w:t>
      </w:r>
    </w:p>
    <w:p w14:paraId="64F6DB2A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Завідувач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кафедри</w:t>
      </w:r>
      <w:proofErr w:type="spellEnd"/>
      <w:r w:rsidRPr="00FC0B6D">
        <w:rPr>
          <w:lang w:val="ru-RU"/>
        </w:rPr>
        <w:t xml:space="preserve"> ___________________ / __________________________</w:t>
      </w:r>
    </w:p>
    <w:p w14:paraId="6D42B538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Декан факультету ____________________ / __________________________</w:t>
      </w:r>
    </w:p>
    <w:p w14:paraId="332F12D1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Дата: «___» __________ 202_ р.</w:t>
      </w:r>
    </w:p>
    <w:p w14:paraId="2FF19DF0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br w:type="page"/>
      </w:r>
    </w:p>
    <w:p w14:paraId="1134E343" w14:textId="1720ECA8" w:rsidR="00412924" w:rsidRPr="00C76943" w:rsidRDefault="0021128B">
      <w:pPr>
        <w:ind w:firstLine="0"/>
        <w:jc w:val="right"/>
        <w:rPr>
          <w:lang w:val="uk-UA"/>
        </w:rPr>
      </w:pPr>
      <w:proofErr w:type="spellStart"/>
      <w:r w:rsidRPr="00FC0B6D">
        <w:rPr>
          <w:lang w:val="ru-RU"/>
        </w:rPr>
        <w:lastRenderedPageBreak/>
        <w:t>Додаток</w:t>
      </w:r>
      <w:proofErr w:type="spellEnd"/>
      <w:r w:rsidRPr="00FC0B6D">
        <w:rPr>
          <w:lang w:val="ru-RU"/>
        </w:rPr>
        <w:t xml:space="preserve"> </w:t>
      </w:r>
      <w:r w:rsidR="00C76943">
        <w:rPr>
          <w:lang w:val="uk-UA"/>
        </w:rPr>
        <w:t>Б</w:t>
      </w:r>
    </w:p>
    <w:p w14:paraId="350B0707" w14:textId="77777777" w:rsidR="002619F6" w:rsidRPr="000F24E4" w:rsidRDefault="0021128B">
      <w:pPr>
        <w:spacing w:before="120" w:after="120"/>
        <w:ind w:firstLine="0"/>
        <w:jc w:val="center"/>
        <w:rPr>
          <w:b/>
          <w:i/>
          <w:szCs w:val="28"/>
          <w:lang w:val="ru-RU"/>
        </w:rPr>
      </w:pPr>
      <w:r w:rsidRPr="000F24E4">
        <w:rPr>
          <w:b/>
          <w:i/>
          <w:szCs w:val="28"/>
          <w:lang w:val="ru-RU"/>
        </w:rPr>
        <w:t xml:space="preserve">ТИПОВИЙ РАМКОВИЙ ДОГОВІР ПРО СПІВПРАЦЮ </w:t>
      </w:r>
    </w:p>
    <w:p w14:paraId="34FF2D06" w14:textId="2010875F" w:rsidR="00412924" w:rsidRPr="000F24E4" w:rsidRDefault="0021128B" w:rsidP="00254E53">
      <w:pPr>
        <w:jc w:val="center"/>
        <w:rPr>
          <w:b/>
          <w:i/>
          <w:szCs w:val="28"/>
          <w:lang w:val="ru-RU"/>
        </w:rPr>
      </w:pPr>
      <w:r w:rsidRPr="000F24E4">
        <w:rPr>
          <w:b/>
          <w:i/>
          <w:szCs w:val="28"/>
          <w:lang w:val="ru-RU"/>
        </w:rPr>
        <w:t xml:space="preserve">ЩОДО </w:t>
      </w:r>
      <w:r w:rsidR="00254E53" w:rsidRPr="000F24E4">
        <w:rPr>
          <w:rFonts w:cs="Times New Roman"/>
          <w:b/>
          <w:i/>
          <w:szCs w:val="28"/>
          <w:lang w:val="ru-RU"/>
        </w:rPr>
        <w:t xml:space="preserve">ОРГАНІЗАЦІЇ </w:t>
      </w:r>
      <w:r w:rsidRPr="000F24E4">
        <w:rPr>
          <w:b/>
          <w:i/>
          <w:szCs w:val="28"/>
          <w:lang w:val="ru-RU"/>
        </w:rPr>
        <w:t>ДУАЛЬНОЇ ФОРМИ</w:t>
      </w:r>
    </w:p>
    <w:p w14:paraId="7C78746D" w14:textId="77777777" w:rsidR="00254E53" w:rsidRPr="000F24E4" w:rsidRDefault="00254E53">
      <w:pPr>
        <w:spacing w:before="120" w:after="120"/>
        <w:ind w:firstLine="0"/>
        <w:jc w:val="center"/>
        <w:rPr>
          <w:b/>
          <w:lang w:val="ru-RU"/>
        </w:rPr>
      </w:pPr>
    </w:p>
    <w:p w14:paraId="657AF5B5" w14:textId="77777777" w:rsidR="00254E53" w:rsidRPr="000F24E4" w:rsidRDefault="00254E53" w:rsidP="00254E53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cs="Times New Roman"/>
          <w:b/>
          <w:sz w:val="26"/>
          <w:szCs w:val="26"/>
          <w:lang w:val="ru-RU"/>
        </w:rPr>
      </w:pPr>
      <w:r w:rsidRPr="000F24E4">
        <w:rPr>
          <w:rFonts w:cs="Times New Roman"/>
          <w:b/>
          <w:sz w:val="26"/>
          <w:szCs w:val="26"/>
          <w:lang w:val="ru-RU"/>
        </w:rPr>
        <w:t>ДОГОВІР № ______</w:t>
      </w:r>
    </w:p>
    <w:p w14:paraId="39311CB0" w14:textId="77777777" w:rsidR="00254E53" w:rsidRPr="000F24E4" w:rsidRDefault="00254E53" w:rsidP="00254E53">
      <w:pPr>
        <w:jc w:val="center"/>
        <w:rPr>
          <w:rFonts w:cs="Times New Roman"/>
          <w:b/>
          <w:sz w:val="26"/>
          <w:szCs w:val="26"/>
          <w:lang w:val="ru-RU"/>
        </w:rPr>
      </w:pPr>
      <w:r w:rsidRPr="000F24E4">
        <w:rPr>
          <w:rFonts w:cs="Times New Roman"/>
          <w:b/>
          <w:sz w:val="26"/>
          <w:szCs w:val="26"/>
          <w:lang w:val="ru-RU"/>
        </w:rPr>
        <w:t xml:space="preserve">ПРО СПІВПРАЦЮ ЩОДО ОРГАНІЗАЦІЇ </w:t>
      </w:r>
    </w:p>
    <w:p w14:paraId="2C26500D" w14:textId="77777777" w:rsidR="00254E53" w:rsidRPr="000F24E4" w:rsidRDefault="00254E53" w:rsidP="00254E53">
      <w:pPr>
        <w:jc w:val="center"/>
        <w:rPr>
          <w:rFonts w:cs="Times New Roman"/>
          <w:b/>
          <w:sz w:val="26"/>
          <w:szCs w:val="26"/>
          <w:lang w:val="ru-RU"/>
        </w:rPr>
      </w:pPr>
      <w:r w:rsidRPr="000F24E4">
        <w:rPr>
          <w:rFonts w:cs="Times New Roman"/>
          <w:b/>
          <w:sz w:val="26"/>
          <w:szCs w:val="26"/>
          <w:lang w:val="ru-RU"/>
        </w:rPr>
        <w:t>ДУАЛЬНОЇ ФОРМИ</w:t>
      </w:r>
      <w:r w:rsidRPr="000F24E4">
        <w:rPr>
          <w:lang w:val="ru-RU"/>
        </w:rPr>
        <w:t xml:space="preserve"> </w:t>
      </w:r>
      <w:r w:rsidRPr="000F24E4">
        <w:rPr>
          <w:rFonts w:cs="Times New Roman"/>
          <w:b/>
          <w:sz w:val="26"/>
          <w:szCs w:val="26"/>
          <w:lang w:val="ru-RU"/>
        </w:rPr>
        <w:t>ЗДОБУТТЯ ВИЩОЇ ОСВІТИ</w:t>
      </w:r>
    </w:p>
    <w:p w14:paraId="54D9BA78" w14:textId="77777777" w:rsidR="00254E53" w:rsidRPr="000F24E4" w:rsidRDefault="00254E53" w:rsidP="00254E53">
      <w:pPr>
        <w:pBdr>
          <w:top w:val="nil"/>
          <w:left w:val="nil"/>
          <w:bottom w:val="nil"/>
          <w:right w:val="nil"/>
          <w:between w:val="nil"/>
        </w:pBdr>
        <w:tabs>
          <w:tab w:val="left" w:pos="5640"/>
          <w:tab w:val="left" w:pos="8440"/>
        </w:tabs>
        <w:spacing w:line="257" w:lineRule="auto"/>
        <w:rPr>
          <w:rFonts w:cs="Times New Roman"/>
          <w:lang w:val="ru-RU"/>
        </w:rPr>
      </w:pPr>
    </w:p>
    <w:p w14:paraId="3FD36CD4" w14:textId="24C23C7B" w:rsidR="00254E53" w:rsidRPr="000F24E4" w:rsidRDefault="00E16503" w:rsidP="00254E53">
      <w:pPr>
        <w:pBdr>
          <w:top w:val="nil"/>
          <w:left w:val="nil"/>
          <w:bottom w:val="nil"/>
          <w:right w:val="nil"/>
          <w:between w:val="nil"/>
        </w:pBdr>
        <w:tabs>
          <w:tab w:val="left" w:pos="5640"/>
          <w:tab w:val="left" w:pos="8440"/>
        </w:tabs>
        <w:spacing w:line="257" w:lineRule="auto"/>
        <w:rPr>
          <w:rFonts w:cs="Times New Roman"/>
        </w:rPr>
      </w:pPr>
      <w:r w:rsidRPr="000F24E4">
        <w:rPr>
          <w:rFonts w:cs="Times New Roman"/>
        </w:rPr>
        <w:t>м. </w:t>
      </w:r>
      <w:proofErr w:type="spellStart"/>
      <w:r w:rsidRPr="000F24E4">
        <w:rPr>
          <w:rFonts w:cs="Times New Roman"/>
        </w:rPr>
        <w:t>Умань</w:t>
      </w:r>
      <w:proofErr w:type="spellEnd"/>
      <w:r w:rsidRPr="000F24E4">
        <w:rPr>
          <w:rFonts w:cs="Times New Roman"/>
        </w:rPr>
        <w:t xml:space="preserve"> </w:t>
      </w:r>
      <w:r w:rsidRPr="000F24E4">
        <w:rPr>
          <w:rFonts w:cs="Times New Roman"/>
          <w:lang w:val="uk-UA"/>
        </w:rPr>
        <w:t xml:space="preserve">                                                     </w:t>
      </w:r>
      <w:r w:rsidR="00254E53" w:rsidRPr="000F24E4">
        <w:rPr>
          <w:rFonts w:cs="Times New Roman"/>
        </w:rPr>
        <w:t xml:space="preserve">                  «_____»__________ 20___ р.</w:t>
      </w:r>
    </w:p>
    <w:p w14:paraId="142ED386" w14:textId="77777777" w:rsidR="001D35FB" w:rsidRPr="000F24E4" w:rsidRDefault="001D35FB">
      <w:pPr>
        <w:rPr>
          <w:lang w:val="ru-RU"/>
        </w:rPr>
      </w:pPr>
    </w:p>
    <w:p w14:paraId="0C874D59" w14:textId="2BE891D1" w:rsidR="00412924" w:rsidRPr="00FC0B6D" w:rsidRDefault="0021128B">
      <w:pPr>
        <w:rPr>
          <w:lang w:val="ru-RU"/>
        </w:rPr>
      </w:pPr>
      <w:proofErr w:type="spellStart"/>
      <w:r w:rsidRPr="000F24E4">
        <w:rPr>
          <w:lang w:val="ru-RU"/>
        </w:rPr>
        <w:t>Уманський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національний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</w:t>
      </w:r>
      <w:proofErr w:type="spellEnd"/>
      <w:r w:rsidRPr="000F24E4">
        <w:rPr>
          <w:lang w:val="ru-RU"/>
        </w:rPr>
        <w:t xml:space="preserve"> (</w:t>
      </w:r>
      <w:proofErr w:type="spellStart"/>
      <w:r w:rsidRPr="000F24E4">
        <w:rPr>
          <w:lang w:val="ru-RU"/>
        </w:rPr>
        <w:t>далі</w:t>
      </w:r>
      <w:proofErr w:type="spellEnd"/>
      <w:r w:rsidRPr="000F24E4">
        <w:rPr>
          <w:lang w:val="ru-RU"/>
        </w:rPr>
        <w:t xml:space="preserve"> – </w:t>
      </w:r>
      <w:proofErr w:type="spellStart"/>
      <w:r w:rsidRPr="000F24E4">
        <w:rPr>
          <w:lang w:val="ru-RU"/>
        </w:rPr>
        <w:t>Університет</w:t>
      </w:r>
      <w:proofErr w:type="spellEnd"/>
      <w:r w:rsidRPr="000F24E4">
        <w:rPr>
          <w:lang w:val="ru-RU"/>
        </w:rPr>
        <w:t xml:space="preserve">), в </w:t>
      </w:r>
      <w:proofErr w:type="spellStart"/>
      <w:r w:rsidRPr="000F24E4">
        <w:rPr>
          <w:lang w:val="ru-RU"/>
        </w:rPr>
        <w:t>особ</w:t>
      </w:r>
      <w:r w:rsidRPr="00E16503">
        <w:rPr>
          <w:lang w:val="ru-RU"/>
        </w:rPr>
        <w:t>і</w:t>
      </w:r>
      <w:proofErr w:type="spellEnd"/>
      <w:r w:rsidRPr="00E16503">
        <w:rPr>
          <w:lang w:val="ru-RU"/>
        </w:rPr>
        <w:t xml:space="preserve"> ________________________________, </w:t>
      </w:r>
      <w:proofErr w:type="spellStart"/>
      <w:r w:rsidRPr="00E16503">
        <w:rPr>
          <w:lang w:val="ru-RU"/>
        </w:rPr>
        <w:t>який</w:t>
      </w:r>
      <w:proofErr w:type="spellEnd"/>
      <w:r w:rsidRPr="00E16503">
        <w:rPr>
          <w:lang w:val="ru-RU"/>
        </w:rPr>
        <w:t xml:space="preserve">(а) </w:t>
      </w:r>
      <w:proofErr w:type="spellStart"/>
      <w:r w:rsidRPr="00E16503">
        <w:rPr>
          <w:lang w:val="ru-RU"/>
        </w:rPr>
        <w:t>діє</w:t>
      </w:r>
      <w:proofErr w:type="spellEnd"/>
      <w:r w:rsidRPr="00E16503">
        <w:rPr>
          <w:lang w:val="ru-RU"/>
        </w:rPr>
        <w:t xml:space="preserve"> на </w:t>
      </w:r>
      <w:proofErr w:type="spellStart"/>
      <w:r w:rsidRPr="00E16503">
        <w:rPr>
          <w:lang w:val="ru-RU"/>
        </w:rPr>
        <w:t>підставі</w:t>
      </w:r>
      <w:proofErr w:type="spellEnd"/>
      <w:r w:rsidRPr="00E16503">
        <w:rPr>
          <w:lang w:val="ru-RU"/>
        </w:rPr>
        <w:t xml:space="preserve"> ________________________, з </w:t>
      </w:r>
      <w:proofErr w:type="spellStart"/>
      <w:r w:rsidRPr="00E16503">
        <w:rPr>
          <w:lang w:val="ru-RU"/>
        </w:rPr>
        <w:t>однієї</w:t>
      </w:r>
      <w:proofErr w:type="spellEnd"/>
      <w:r w:rsidRPr="00E16503">
        <w:rPr>
          <w:lang w:val="ru-RU"/>
        </w:rPr>
        <w:t xml:space="preserve"> </w:t>
      </w:r>
      <w:proofErr w:type="spellStart"/>
      <w:r w:rsidRPr="00E16503">
        <w:rPr>
          <w:lang w:val="ru-RU"/>
        </w:rPr>
        <w:t>сторони</w:t>
      </w:r>
      <w:proofErr w:type="spellEnd"/>
      <w:r w:rsidRPr="00E16503">
        <w:rPr>
          <w:lang w:val="ru-RU"/>
        </w:rPr>
        <w:t>, та ____________________________________________ (</w:t>
      </w:r>
      <w:proofErr w:type="spellStart"/>
      <w:r w:rsidRPr="00E16503">
        <w:rPr>
          <w:lang w:val="ru-RU"/>
        </w:rPr>
        <w:t>далі</w:t>
      </w:r>
      <w:proofErr w:type="spellEnd"/>
      <w:r w:rsidRPr="00E16503">
        <w:rPr>
          <w:lang w:val="ru-RU"/>
        </w:rPr>
        <w:t xml:space="preserve"> – </w:t>
      </w:r>
      <w:proofErr w:type="spellStart"/>
      <w:r w:rsidRPr="00E16503">
        <w:rPr>
          <w:lang w:val="ru-RU"/>
        </w:rPr>
        <w:t>Роботодавець</w:t>
      </w:r>
      <w:proofErr w:type="spellEnd"/>
      <w:r w:rsidRPr="00E16503">
        <w:rPr>
          <w:lang w:val="ru-RU"/>
        </w:rPr>
        <w:t xml:space="preserve">), в </w:t>
      </w:r>
      <w:proofErr w:type="spellStart"/>
      <w:r w:rsidRPr="00E16503">
        <w:rPr>
          <w:lang w:val="ru-RU"/>
        </w:rPr>
        <w:t>особі</w:t>
      </w:r>
      <w:proofErr w:type="spellEnd"/>
      <w:r w:rsidRPr="00E16503">
        <w:rPr>
          <w:lang w:val="ru-RU"/>
        </w:rPr>
        <w:t xml:space="preserve"> ________________________________, </w:t>
      </w:r>
      <w:proofErr w:type="spellStart"/>
      <w:r w:rsidRPr="00E16503">
        <w:rPr>
          <w:lang w:val="ru-RU"/>
        </w:rPr>
        <w:t>який</w:t>
      </w:r>
      <w:proofErr w:type="spellEnd"/>
      <w:r w:rsidRPr="00E16503">
        <w:rPr>
          <w:lang w:val="ru-RU"/>
        </w:rPr>
        <w:t xml:space="preserve">(а) </w:t>
      </w:r>
      <w:proofErr w:type="spellStart"/>
      <w:r w:rsidRPr="00E16503">
        <w:rPr>
          <w:lang w:val="ru-RU"/>
        </w:rPr>
        <w:t>діє</w:t>
      </w:r>
      <w:proofErr w:type="spellEnd"/>
      <w:r w:rsidRPr="00E16503">
        <w:rPr>
          <w:lang w:val="ru-RU"/>
        </w:rPr>
        <w:t xml:space="preserve"> на </w:t>
      </w:r>
      <w:proofErr w:type="spellStart"/>
      <w:r w:rsidRPr="00E16503">
        <w:rPr>
          <w:lang w:val="ru-RU"/>
        </w:rPr>
        <w:t>підставі</w:t>
      </w:r>
      <w:proofErr w:type="spellEnd"/>
      <w:r w:rsidRPr="00E16503">
        <w:rPr>
          <w:lang w:val="ru-RU"/>
        </w:rPr>
        <w:t xml:space="preserve"> ________________________, з </w:t>
      </w:r>
      <w:proofErr w:type="spellStart"/>
      <w:r w:rsidRPr="00E16503">
        <w:rPr>
          <w:lang w:val="ru-RU"/>
        </w:rPr>
        <w:t>другої</w:t>
      </w:r>
      <w:proofErr w:type="spellEnd"/>
      <w:r w:rsidRPr="00E16503">
        <w:rPr>
          <w:lang w:val="ru-RU"/>
        </w:rPr>
        <w:t xml:space="preserve"> </w:t>
      </w:r>
      <w:proofErr w:type="spellStart"/>
      <w:r w:rsidRPr="00E16503">
        <w:rPr>
          <w:lang w:val="ru-RU"/>
        </w:rPr>
        <w:t>сторони</w:t>
      </w:r>
      <w:proofErr w:type="spellEnd"/>
      <w:r w:rsidRPr="00E16503">
        <w:rPr>
          <w:lang w:val="ru-RU"/>
        </w:rPr>
        <w:t xml:space="preserve">, разом – </w:t>
      </w:r>
      <w:proofErr w:type="spellStart"/>
      <w:r w:rsidRPr="00E16503">
        <w:rPr>
          <w:lang w:val="ru-RU"/>
        </w:rPr>
        <w:t>Сторони</w:t>
      </w:r>
      <w:proofErr w:type="spellEnd"/>
      <w:r w:rsidRPr="00E16503">
        <w:rPr>
          <w:lang w:val="ru-RU"/>
        </w:rPr>
        <w:t xml:space="preserve">, </w:t>
      </w:r>
      <w:proofErr w:type="spellStart"/>
      <w:r w:rsidRPr="00E16503">
        <w:rPr>
          <w:lang w:val="ru-RU"/>
        </w:rPr>
        <w:t>уклали</w:t>
      </w:r>
      <w:proofErr w:type="spellEnd"/>
      <w:r w:rsidRPr="00E16503">
        <w:rPr>
          <w:lang w:val="ru-RU"/>
        </w:rPr>
        <w:t xml:space="preserve"> </w:t>
      </w:r>
      <w:proofErr w:type="spellStart"/>
      <w:r w:rsidRPr="00E16503">
        <w:rPr>
          <w:lang w:val="ru-RU"/>
        </w:rPr>
        <w:t>цей</w:t>
      </w:r>
      <w:proofErr w:type="spellEnd"/>
      <w:r w:rsidRPr="00E16503">
        <w:rPr>
          <w:lang w:val="ru-RU"/>
        </w:rPr>
        <w:t xml:space="preserve"> </w:t>
      </w:r>
      <w:proofErr w:type="spellStart"/>
      <w:r w:rsidRPr="00E16503">
        <w:rPr>
          <w:lang w:val="ru-RU"/>
        </w:rPr>
        <w:t>Договір</w:t>
      </w:r>
      <w:proofErr w:type="spellEnd"/>
      <w:r w:rsidRPr="00E16503">
        <w:rPr>
          <w:lang w:val="ru-RU"/>
        </w:rPr>
        <w:t xml:space="preserve"> про </w:t>
      </w:r>
      <w:proofErr w:type="spellStart"/>
      <w:r w:rsidRPr="00E16503">
        <w:rPr>
          <w:lang w:val="ru-RU"/>
        </w:rPr>
        <w:t>таке</w:t>
      </w:r>
      <w:proofErr w:type="spellEnd"/>
      <w:r w:rsidRPr="00E16503">
        <w:rPr>
          <w:lang w:val="ru-RU"/>
        </w:rPr>
        <w:t>.</w:t>
      </w:r>
    </w:p>
    <w:p w14:paraId="3DAEF698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>1. Предмет договору</w:t>
      </w:r>
    </w:p>
    <w:p w14:paraId="7C3705F3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1.1. </w:t>
      </w:r>
      <w:proofErr w:type="spellStart"/>
      <w:r w:rsidRPr="00FC0B6D">
        <w:rPr>
          <w:lang w:val="ru-RU"/>
        </w:rPr>
        <w:t>Сторони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організовують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співпрацю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щодо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здобуття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вищої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за дуальною формою за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(</w:t>
      </w:r>
      <w:proofErr w:type="spellStart"/>
      <w:r w:rsidRPr="00FC0B6D">
        <w:rPr>
          <w:lang w:val="ru-RU"/>
        </w:rPr>
        <w:t>програмами</w:t>
      </w:r>
      <w:proofErr w:type="spellEnd"/>
      <w:r w:rsidRPr="00FC0B6D">
        <w:rPr>
          <w:lang w:val="ru-RU"/>
        </w:rPr>
        <w:t>) _______________________________________.</w:t>
      </w:r>
    </w:p>
    <w:p w14:paraId="65EC2839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1.2. </w:t>
      </w:r>
      <w:proofErr w:type="spellStart"/>
      <w:r w:rsidRPr="00FC0B6D">
        <w:rPr>
          <w:lang w:val="ru-RU"/>
        </w:rPr>
        <w:t>Конкретні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здобувачі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робочі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, строки,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тристоронніми</w:t>
      </w:r>
      <w:proofErr w:type="spellEnd"/>
      <w:r w:rsidRPr="00FC0B6D">
        <w:rPr>
          <w:lang w:val="ru-RU"/>
        </w:rPr>
        <w:t xml:space="preserve"> договорами і </w:t>
      </w:r>
      <w:proofErr w:type="spellStart"/>
      <w:r w:rsidRPr="00FC0B6D">
        <w:rPr>
          <w:lang w:val="ru-RU"/>
        </w:rPr>
        <w:t>додатками</w:t>
      </w:r>
      <w:proofErr w:type="spellEnd"/>
      <w:r w:rsidRPr="00FC0B6D">
        <w:rPr>
          <w:lang w:val="ru-RU"/>
        </w:rPr>
        <w:t>.</w:t>
      </w:r>
    </w:p>
    <w:p w14:paraId="2FCFF098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 xml:space="preserve">2. </w:t>
      </w:r>
      <w:proofErr w:type="spellStart"/>
      <w:r w:rsidRPr="00FC0B6D">
        <w:rPr>
          <w:lang w:val="ru-RU"/>
        </w:rPr>
        <w:t>Обов’язки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</w:p>
    <w:p w14:paraId="574DC18C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2.1. </w:t>
      </w:r>
      <w:proofErr w:type="spellStart"/>
      <w:r w:rsidRPr="00FC0B6D">
        <w:rPr>
          <w:lang w:val="ru-RU"/>
        </w:rPr>
        <w:t>Розробляти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затверджувати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документацію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призначати</w:t>
      </w:r>
      <w:proofErr w:type="spellEnd"/>
      <w:r w:rsidRPr="00FC0B6D">
        <w:rPr>
          <w:lang w:val="ru-RU"/>
        </w:rPr>
        <w:t xml:space="preserve"> координатора та </w:t>
      </w:r>
      <w:proofErr w:type="spellStart"/>
      <w:r w:rsidRPr="00FC0B6D">
        <w:rPr>
          <w:lang w:val="ru-RU"/>
        </w:rPr>
        <w:t>кураторів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здійснювати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академічний</w:t>
      </w:r>
      <w:proofErr w:type="spellEnd"/>
      <w:r w:rsidRPr="00FC0B6D">
        <w:rPr>
          <w:lang w:val="ru-RU"/>
        </w:rPr>
        <w:t xml:space="preserve"> контроль і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>.</w:t>
      </w:r>
    </w:p>
    <w:p w14:paraId="5D06F8E4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lastRenderedPageBreak/>
        <w:t xml:space="preserve">2.2. </w:t>
      </w:r>
      <w:proofErr w:type="spellStart"/>
      <w:r w:rsidRPr="00FC0B6D">
        <w:rPr>
          <w:lang w:val="ru-RU"/>
        </w:rPr>
        <w:t>Надавати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методичну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підтримку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своєчасно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повідомляти</w:t>
      </w:r>
      <w:proofErr w:type="spellEnd"/>
      <w:r w:rsidRPr="00FC0B6D">
        <w:rPr>
          <w:lang w:val="ru-RU"/>
        </w:rPr>
        <w:t xml:space="preserve"> про </w:t>
      </w:r>
      <w:proofErr w:type="spellStart"/>
      <w:r w:rsidRPr="00FC0B6D">
        <w:rPr>
          <w:lang w:val="ru-RU"/>
        </w:rPr>
        <w:t>графіки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контрольні</w:t>
      </w:r>
      <w:proofErr w:type="spellEnd"/>
      <w:r w:rsidRPr="00FC0B6D">
        <w:rPr>
          <w:lang w:val="ru-RU"/>
        </w:rPr>
        <w:t xml:space="preserve"> заходи.</w:t>
      </w:r>
    </w:p>
    <w:p w14:paraId="6F872548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 xml:space="preserve">3. </w:t>
      </w:r>
      <w:proofErr w:type="spellStart"/>
      <w:r w:rsidRPr="00FC0B6D">
        <w:rPr>
          <w:lang w:val="ru-RU"/>
        </w:rPr>
        <w:t>Обов’язки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Роботодавця</w:t>
      </w:r>
      <w:proofErr w:type="spellEnd"/>
    </w:p>
    <w:p w14:paraId="2EAE2EEC" w14:textId="77777777" w:rsidR="00412924" w:rsidRPr="000F24E4" w:rsidRDefault="0021128B">
      <w:pPr>
        <w:rPr>
          <w:lang w:val="ru-RU"/>
        </w:rPr>
      </w:pPr>
      <w:r w:rsidRPr="00FC0B6D">
        <w:rPr>
          <w:lang w:val="ru-RU"/>
        </w:rPr>
        <w:t xml:space="preserve">3.1. </w:t>
      </w:r>
      <w:proofErr w:type="spellStart"/>
      <w:r w:rsidRPr="00FC0B6D">
        <w:rPr>
          <w:lang w:val="ru-RU"/>
        </w:rPr>
        <w:t>Надавати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робочі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укладати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договори, </w:t>
      </w:r>
      <w:proofErr w:type="spellStart"/>
      <w:r w:rsidRPr="000F24E4">
        <w:rPr>
          <w:lang w:val="ru-RU"/>
        </w:rPr>
        <w:t>забезпечувати</w:t>
      </w:r>
      <w:proofErr w:type="spellEnd"/>
      <w:r w:rsidRPr="000F24E4">
        <w:rPr>
          <w:lang w:val="ru-RU"/>
        </w:rPr>
        <w:t xml:space="preserve"> оплату </w:t>
      </w:r>
      <w:proofErr w:type="spellStart"/>
      <w:r w:rsidRPr="000F24E4">
        <w:rPr>
          <w:lang w:val="ru-RU"/>
        </w:rPr>
        <w:t>праці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наставництво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безпечні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умови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ресурси</w:t>
      </w:r>
      <w:proofErr w:type="spellEnd"/>
      <w:r w:rsidRPr="000F24E4">
        <w:rPr>
          <w:lang w:val="ru-RU"/>
        </w:rPr>
        <w:t xml:space="preserve"> та участь в </w:t>
      </w:r>
      <w:proofErr w:type="spellStart"/>
      <w:r w:rsidRPr="000F24E4">
        <w:rPr>
          <w:lang w:val="ru-RU"/>
        </w:rPr>
        <w:t>оцінюванні</w:t>
      </w:r>
      <w:proofErr w:type="spellEnd"/>
      <w:r w:rsidRPr="000F24E4">
        <w:rPr>
          <w:lang w:val="ru-RU"/>
        </w:rPr>
        <w:t>.</w:t>
      </w:r>
    </w:p>
    <w:p w14:paraId="6B4ADFA2" w14:textId="6A963459" w:rsidR="00412924" w:rsidRPr="000F24E4" w:rsidRDefault="0021128B">
      <w:pPr>
        <w:rPr>
          <w:lang w:val="ru-RU"/>
        </w:rPr>
      </w:pPr>
      <w:r w:rsidRPr="000F24E4">
        <w:rPr>
          <w:lang w:val="ru-RU"/>
        </w:rPr>
        <w:t xml:space="preserve">3.2. </w:t>
      </w:r>
      <w:proofErr w:type="spellStart"/>
      <w:r w:rsidRPr="000F24E4">
        <w:rPr>
          <w:lang w:val="ru-RU"/>
        </w:rPr>
        <w:t>Призначати</w:t>
      </w:r>
      <w:proofErr w:type="spellEnd"/>
      <w:r w:rsidRPr="000F24E4">
        <w:rPr>
          <w:lang w:val="ru-RU"/>
        </w:rPr>
        <w:t xml:space="preserve"> координатора і </w:t>
      </w:r>
      <w:proofErr w:type="spellStart"/>
      <w:r w:rsidRPr="000F24E4">
        <w:rPr>
          <w:lang w:val="ru-RU"/>
        </w:rPr>
        <w:t>наставників</w:t>
      </w:r>
      <w:proofErr w:type="spellEnd"/>
      <w:r w:rsidRPr="000F24E4">
        <w:rPr>
          <w:lang w:val="ru-RU"/>
        </w:rPr>
        <w:t xml:space="preserve"> та </w:t>
      </w:r>
      <w:proofErr w:type="spellStart"/>
      <w:r w:rsidRPr="000F24E4">
        <w:rPr>
          <w:lang w:val="ru-RU"/>
        </w:rPr>
        <w:t>повідомляти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</w:t>
      </w:r>
      <w:proofErr w:type="spellEnd"/>
      <w:r w:rsidRPr="000F24E4">
        <w:rPr>
          <w:lang w:val="ru-RU"/>
        </w:rPr>
        <w:t xml:space="preserve"> про </w:t>
      </w:r>
      <w:proofErr w:type="spellStart"/>
      <w:r w:rsidRPr="000F24E4">
        <w:rPr>
          <w:lang w:val="ru-RU"/>
        </w:rPr>
        <w:t>зміни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що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впливають</w:t>
      </w:r>
      <w:proofErr w:type="spellEnd"/>
      <w:r w:rsidRPr="000F24E4">
        <w:rPr>
          <w:lang w:val="ru-RU"/>
        </w:rPr>
        <w:t xml:space="preserve"> на </w:t>
      </w:r>
      <w:proofErr w:type="spellStart"/>
      <w:r w:rsidRPr="000F24E4">
        <w:rPr>
          <w:lang w:val="ru-RU"/>
        </w:rPr>
        <w:t>виконання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програми</w:t>
      </w:r>
      <w:proofErr w:type="spellEnd"/>
      <w:r w:rsidR="00DF4067" w:rsidRPr="000F24E4">
        <w:rPr>
          <w:lang w:val="ru-RU"/>
        </w:rPr>
        <w:t xml:space="preserve"> практичного </w:t>
      </w:r>
      <w:proofErr w:type="spellStart"/>
      <w:r w:rsidR="00DF4067" w:rsidRPr="000F24E4">
        <w:rPr>
          <w:lang w:val="ru-RU"/>
        </w:rPr>
        <w:t>навчання</w:t>
      </w:r>
      <w:proofErr w:type="spellEnd"/>
      <w:r w:rsidRPr="000F24E4">
        <w:rPr>
          <w:lang w:val="ru-RU"/>
        </w:rPr>
        <w:t>.</w:t>
      </w:r>
    </w:p>
    <w:p w14:paraId="32724A21" w14:textId="77777777" w:rsidR="00412924" w:rsidRPr="00FC0B6D" w:rsidRDefault="0021128B">
      <w:pPr>
        <w:pStyle w:val="RegulationHeading2"/>
        <w:rPr>
          <w:lang w:val="ru-RU"/>
        </w:rPr>
      </w:pPr>
      <w:r w:rsidRPr="000F24E4">
        <w:rPr>
          <w:lang w:val="ru-RU"/>
        </w:rPr>
        <w:t xml:space="preserve">4. </w:t>
      </w:r>
      <w:proofErr w:type="spellStart"/>
      <w:r w:rsidRPr="000F24E4">
        <w:rPr>
          <w:lang w:val="ru-RU"/>
        </w:rPr>
        <w:t>Інші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умови</w:t>
      </w:r>
      <w:proofErr w:type="spellEnd"/>
    </w:p>
    <w:p w14:paraId="6592ACA0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4.1. </w:t>
      </w:r>
      <w:proofErr w:type="spellStart"/>
      <w:r w:rsidRPr="00FC0B6D">
        <w:rPr>
          <w:lang w:val="ru-RU"/>
        </w:rPr>
        <w:t>Умови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фінансування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використання</w:t>
      </w:r>
      <w:proofErr w:type="spellEnd"/>
      <w:r w:rsidRPr="00FC0B6D">
        <w:rPr>
          <w:lang w:val="ru-RU"/>
        </w:rPr>
        <w:t xml:space="preserve"> майна, </w:t>
      </w:r>
      <w:proofErr w:type="spellStart"/>
      <w:r w:rsidRPr="00FC0B6D">
        <w:rPr>
          <w:lang w:val="ru-RU"/>
        </w:rPr>
        <w:t>конфіденційності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інтелектуальної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власності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обміну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визначаються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цим</w:t>
      </w:r>
      <w:proofErr w:type="spellEnd"/>
      <w:r w:rsidRPr="00FC0B6D">
        <w:rPr>
          <w:lang w:val="ru-RU"/>
        </w:rPr>
        <w:t xml:space="preserve"> Договором і </w:t>
      </w:r>
      <w:proofErr w:type="spellStart"/>
      <w:r w:rsidRPr="00FC0B6D">
        <w:rPr>
          <w:lang w:val="ru-RU"/>
        </w:rPr>
        <w:t>додатками</w:t>
      </w:r>
      <w:proofErr w:type="spellEnd"/>
      <w:r w:rsidRPr="00FC0B6D">
        <w:rPr>
          <w:lang w:val="ru-RU"/>
        </w:rPr>
        <w:t>.</w:t>
      </w:r>
    </w:p>
    <w:p w14:paraId="46F571C2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4.2.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діє</w:t>
      </w:r>
      <w:proofErr w:type="spellEnd"/>
      <w:r w:rsidRPr="00FC0B6D">
        <w:rPr>
          <w:lang w:val="ru-RU"/>
        </w:rPr>
        <w:t xml:space="preserve"> з __________ до __________ і </w:t>
      </w:r>
      <w:proofErr w:type="spellStart"/>
      <w:r w:rsidRPr="00FC0B6D">
        <w:rPr>
          <w:lang w:val="ru-RU"/>
        </w:rPr>
        <w:t>може</w:t>
      </w:r>
      <w:proofErr w:type="spellEnd"/>
      <w:r w:rsidRPr="00FC0B6D">
        <w:rPr>
          <w:lang w:val="ru-RU"/>
        </w:rPr>
        <w:t xml:space="preserve"> бути </w:t>
      </w:r>
      <w:proofErr w:type="spellStart"/>
      <w:r w:rsidRPr="00FC0B6D">
        <w:rPr>
          <w:lang w:val="ru-RU"/>
        </w:rPr>
        <w:t>продовжений</w:t>
      </w:r>
      <w:proofErr w:type="spellEnd"/>
      <w:r w:rsidRPr="00FC0B6D">
        <w:rPr>
          <w:lang w:val="ru-RU"/>
        </w:rPr>
        <w:t xml:space="preserve"> за </w:t>
      </w:r>
      <w:proofErr w:type="spellStart"/>
      <w:r w:rsidRPr="00FC0B6D">
        <w:rPr>
          <w:lang w:val="ru-RU"/>
        </w:rPr>
        <w:t>згодою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Сторін</w:t>
      </w:r>
      <w:proofErr w:type="spellEnd"/>
      <w:r w:rsidRPr="00FC0B6D">
        <w:rPr>
          <w:lang w:val="ru-RU"/>
        </w:rPr>
        <w:t>.</w:t>
      </w:r>
    </w:p>
    <w:p w14:paraId="5119EE13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4.3. Спори </w:t>
      </w:r>
      <w:proofErr w:type="spellStart"/>
      <w:r w:rsidRPr="00FC0B6D">
        <w:rPr>
          <w:lang w:val="ru-RU"/>
        </w:rPr>
        <w:t>вирішуються</w:t>
      </w:r>
      <w:proofErr w:type="spellEnd"/>
      <w:r w:rsidRPr="00FC0B6D">
        <w:rPr>
          <w:lang w:val="ru-RU"/>
        </w:rPr>
        <w:t xml:space="preserve"> шляхом </w:t>
      </w:r>
      <w:proofErr w:type="spellStart"/>
      <w:r w:rsidRPr="00FC0B6D">
        <w:rPr>
          <w:lang w:val="ru-RU"/>
        </w:rPr>
        <w:t>переговорів</w:t>
      </w:r>
      <w:proofErr w:type="spellEnd"/>
      <w:r w:rsidRPr="00FC0B6D">
        <w:rPr>
          <w:lang w:val="ru-RU"/>
        </w:rPr>
        <w:t xml:space="preserve">, а в </w:t>
      </w:r>
      <w:proofErr w:type="spellStart"/>
      <w:r w:rsidRPr="00FC0B6D">
        <w:rPr>
          <w:lang w:val="ru-RU"/>
        </w:rPr>
        <w:t>разі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недосягнення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згоди</w:t>
      </w:r>
      <w:proofErr w:type="spellEnd"/>
      <w:r w:rsidRPr="00FC0B6D">
        <w:rPr>
          <w:lang w:val="ru-RU"/>
        </w:rPr>
        <w:t xml:space="preserve"> – </w:t>
      </w:r>
      <w:proofErr w:type="gramStart"/>
      <w:r w:rsidRPr="00FC0B6D">
        <w:rPr>
          <w:lang w:val="ru-RU"/>
        </w:rPr>
        <w:t>у порядку</w:t>
      </w:r>
      <w:proofErr w:type="gram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установленому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законодавством</w:t>
      </w:r>
      <w:proofErr w:type="spellEnd"/>
      <w:r w:rsidRPr="00FC0B6D">
        <w:rPr>
          <w:lang w:val="ru-RU"/>
        </w:rPr>
        <w:t>.</w:t>
      </w:r>
    </w:p>
    <w:p w14:paraId="6ACF3D7F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4.4.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складено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двох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примірниках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однакову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юридичну</w:t>
      </w:r>
      <w:proofErr w:type="spellEnd"/>
      <w:r w:rsidRPr="00FC0B6D">
        <w:rPr>
          <w:lang w:val="ru-RU"/>
        </w:rPr>
        <w:t xml:space="preserve"> силу.</w:t>
      </w:r>
    </w:p>
    <w:p w14:paraId="1F4390B6" w14:textId="77777777" w:rsidR="00946374" w:rsidRDefault="00946374">
      <w:pPr>
        <w:ind w:firstLine="0"/>
        <w:jc w:val="center"/>
        <w:rPr>
          <w:b/>
          <w:lang w:val="uk-UA"/>
        </w:rPr>
      </w:pPr>
    </w:p>
    <w:p w14:paraId="2B770EE0" w14:textId="77777777" w:rsidR="00412924" w:rsidRDefault="0021128B">
      <w:pPr>
        <w:ind w:firstLine="0"/>
        <w:jc w:val="center"/>
      </w:pPr>
      <w:r>
        <w:rPr>
          <w:b/>
        </w:rPr>
        <w:t>РЕКВІЗИТИ ТА ПІДПИСИ СТОРІН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12924" w:rsidRPr="004B7F99" w14:paraId="0DE876EC" w14:textId="77777777">
        <w:trPr>
          <w:cantSplit/>
        </w:trPr>
        <w:tc>
          <w:tcPr>
            <w:tcW w:w="4986" w:type="dxa"/>
            <w:vAlign w:val="center"/>
          </w:tcPr>
          <w:p w14:paraId="7E13501C" w14:textId="77777777" w:rsidR="00412924" w:rsidRDefault="0021128B">
            <w:pPr>
              <w:spacing w:line="240" w:lineRule="auto"/>
              <w:ind w:firstLine="0"/>
              <w:jc w:val="left"/>
              <w:rPr>
                <w:sz w:val="22"/>
                <w:lang w:val="uk-UA"/>
              </w:rPr>
            </w:pPr>
            <w:proofErr w:type="spellStart"/>
            <w:r>
              <w:rPr>
                <w:sz w:val="22"/>
              </w:rPr>
              <w:t>Університет</w:t>
            </w:r>
            <w:proofErr w:type="spellEnd"/>
            <w:r>
              <w:rPr>
                <w:sz w:val="22"/>
              </w:rPr>
              <w:br/>
            </w:r>
            <w:r>
              <w:rPr>
                <w:sz w:val="22"/>
              </w:rPr>
              <w:br/>
              <w:t>________________ /______________/</w:t>
            </w:r>
            <w:r>
              <w:rPr>
                <w:sz w:val="22"/>
              </w:rPr>
              <w:br/>
              <w:t>М.П.</w:t>
            </w:r>
          </w:p>
          <w:p w14:paraId="118263D8" w14:textId="77777777" w:rsidR="00946374" w:rsidRPr="00946374" w:rsidRDefault="00946374">
            <w:pPr>
              <w:spacing w:line="240" w:lineRule="auto"/>
              <w:ind w:firstLine="0"/>
              <w:jc w:val="left"/>
              <w:rPr>
                <w:lang w:val="uk-UA"/>
              </w:rPr>
            </w:pPr>
          </w:p>
        </w:tc>
        <w:tc>
          <w:tcPr>
            <w:tcW w:w="4986" w:type="dxa"/>
            <w:vAlign w:val="center"/>
          </w:tcPr>
          <w:p w14:paraId="523D1F59" w14:textId="77777777" w:rsidR="00412924" w:rsidRPr="00FC0B6D" w:rsidRDefault="0021128B">
            <w:pPr>
              <w:spacing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FC0B6D">
              <w:rPr>
                <w:sz w:val="22"/>
                <w:lang w:val="ru-RU"/>
              </w:rPr>
              <w:t>Роботодавець</w:t>
            </w:r>
            <w:proofErr w:type="spellEnd"/>
            <w:r w:rsidRPr="00FC0B6D">
              <w:rPr>
                <w:sz w:val="22"/>
                <w:lang w:val="ru-RU"/>
              </w:rPr>
              <w:br/>
            </w:r>
            <w:r w:rsidRPr="00FC0B6D">
              <w:rPr>
                <w:sz w:val="22"/>
                <w:lang w:val="ru-RU"/>
              </w:rPr>
              <w:br/>
              <w:t>________________ /______________/</w:t>
            </w:r>
            <w:r w:rsidRPr="00FC0B6D">
              <w:rPr>
                <w:sz w:val="22"/>
                <w:lang w:val="ru-RU"/>
              </w:rPr>
              <w:br/>
              <w:t xml:space="preserve">М.П. (за </w:t>
            </w:r>
            <w:proofErr w:type="spellStart"/>
            <w:r w:rsidRPr="00FC0B6D">
              <w:rPr>
                <w:sz w:val="22"/>
                <w:lang w:val="ru-RU"/>
              </w:rPr>
              <w:t>наявності</w:t>
            </w:r>
            <w:proofErr w:type="spellEnd"/>
            <w:r w:rsidRPr="00FC0B6D">
              <w:rPr>
                <w:sz w:val="22"/>
                <w:lang w:val="ru-RU"/>
              </w:rPr>
              <w:t>)</w:t>
            </w:r>
          </w:p>
        </w:tc>
      </w:tr>
    </w:tbl>
    <w:p w14:paraId="2A26EA31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br w:type="page"/>
      </w:r>
    </w:p>
    <w:p w14:paraId="31F324F4" w14:textId="2309CF76" w:rsidR="00412924" w:rsidRPr="00C76943" w:rsidRDefault="0021128B">
      <w:pPr>
        <w:ind w:firstLine="0"/>
        <w:jc w:val="right"/>
        <w:rPr>
          <w:lang w:val="uk-UA"/>
        </w:rPr>
      </w:pPr>
      <w:proofErr w:type="spellStart"/>
      <w:r w:rsidRPr="00FC0B6D">
        <w:rPr>
          <w:lang w:val="ru-RU"/>
        </w:rPr>
        <w:lastRenderedPageBreak/>
        <w:t>Додаток</w:t>
      </w:r>
      <w:proofErr w:type="spellEnd"/>
      <w:r w:rsidRPr="00FC0B6D">
        <w:rPr>
          <w:lang w:val="ru-RU"/>
        </w:rPr>
        <w:t xml:space="preserve"> </w:t>
      </w:r>
      <w:r w:rsidR="00C76943">
        <w:rPr>
          <w:lang w:val="uk-UA"/>
        </w:rPr>
        <w:t>В</w:t>
      </w:r>
    </w:p>
    <w:p w14:paraId="044A905D" w14:textId="77777777" w:rsidR="00946374" w:rsidRPr="000F24E4" w:rsidRDefault="0021128B">
      <w:pPr>
        <w:spacing w:before="120" w:after="120"/>
        <w:ind w:firstLine="0"/>
        <w:jc w:val="center"/>
        <w:rPr>
          <w:b/>
          <w:i/>
          <w:lang w:val="ru-RU"/>
        </w:rPr>
      </w:pPr>
      <w:r w:rsidRPr="000F24E4">
        <w:rPr>
          <w:b/>
          <w:i/>
          <w:lang w:val="ru-RU"/>
        </w:rPr>
        <w:t xml:space="preserve">ТИПОВИЙ ТРИСТОРОННІЙ ДОГОВІР </w:t>
      </w:r>
    </w:p>
    <w:p w14:paraId="57DD8599" w14:textId="3B90E999" w:rsidR="00412924" w:rsidRPr="000F24E4" w:rsidRDefault="0021128B">
      <w:pPr>
        <w:spacing w:before="120" w:after="120"/>
        <w:ind w:firstLine="0"/>
        <w:jc w:val="center"/>
        <w:rPr>
          <w:b/>
          <w:i/>
          <w:lang w:val="ru-RU"/>
        </w:rPr>
      </w:pPr>
      <w:r w:rsidRPr="000F24E4">
        <w:rPr>
          <w:b/>
          <w:i/>
          <w:lang w:val="ru-RU"/>
        </w:rPr>
        <w:t>ПРО ЗДОБУТТЯ ВИЩОЇ ОСВІТИ ЗА ДУАЛЬНОЮ ФОРМОЮ</w:t>
      </w:r>
    </w:p>
    <w:p w14:paraId="08383428" w14:textId="77777777" w:rsidR="00946374" w:rsidRPr="000F24E4" w:rsidRDefault="00946374" w:rsidP="00946374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cs="Times New Roman"/>
          <w:b/>
          <w:sz w:val="26"/>
          <w:szCs w:val="26"/>
          <w:lang w:val="ru-RU"/>
        </w:rPr>
      </w:pPr>
    </w:p>
    <w:p w14:paraId="5434A71A" w14:textId="77777777" w:rsidR="00946374" w:rsidRPr="000F24E4" w:rsidRDefault="00946374" w:rsidP="00946374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cs="Times New Roman"/>
          <w:b/>
          <w:sz w:val="26"/>
          <w:szCs w:val="26"/>
          <w:lang w:val="ru-RU"/>
        </w:rPr>
      </w:pPr>
      <w:r w:rsidRPr="000F24E4">
        <w:rPr>
          <w:rFonts w:cs="Times New Roman"/>
          <w:b/>
          <w:sz w:val="26"/>
          <w:szCs w:val="26"/>
          <w:lang w:val="ru-RU"/>
        </w:rPr>
        <w:t>ДОГОВІР № ____</w:t>
      </w:r>
    </w:p>
    <w:p w14:paraId="017FABD3" w14:textId="77777777" w:rsidR="00946374" w:rsidRPr="000F24E4" w:rsidRDefault="00946374" w:rsidP="00946374">
      <w:pPr>
        <w:pBdr>
          <w:top w:val="nil"/>
          <w:left w:val="nil"/>
          <w:bottom w:val="nil"/>
          <w:right w:val="nil"/>
          <w:between w:val="nil"/>
        </w:pBdr>
        <w:ind w:right="20"/>
        <w:jc w:val="center"/>
        <w:rPr>
          <w:rFonts w:cs="Times New Roman"/>
          <w:b/>
          <w:sz w:val="26"/>
          <w:szCs w:val="26"/>
          <w:lang w:val="ru-RU"/>
        </w:rPr>
      </w:pPr>
      <w:r w:rsidRPr="000F24E4">
        <w:rPr>
          <w:rFonts w:cs="Times New Roman"/>
          <w:b/>
          <w:sz w:val="26"/>
          <w:szCs w:val="26"/>
          <w:lang w:val="ru-RU"/>
        </w:rPr>
        <w:t xml:space="preserve">ПРО ЗДОБУТТЯ ВИЩОЇ ОСВІТИ ЗА ДУАЛЬНОЮ ФОРМОЮ </w:t>
      </w:r>
    </w:p>
    <w:p w14:paraId="19EF7DA5" w14:textId="77777777" w:rsidR="00946374" w:rsidRPr="000F24E4" w:rsidRDefault="00946374" w:rsidP="00946374">
      <w:pPr>
        <w:pBdr>
          <w:top w:val="nil"/>
          <w:left w:val="nil"/>
          <w:bottom w:val="nil"/>
          <w:right w:val="nil"/>
          <w:between w:val="nil"/>
        </w:pBdr>
        <w:ind w:right="20"/>
        <w:rPr>
          <w:rFonts w:cs="Times New Roman"/>
          <w:sz w:val="26"/>
          <w:szCs w:val="26"/>
          <w:lang w:val="ru-RU"/>
        </w:rPr>
      </w:pPr>
    </w:p>
    <w:p w14:paraId="13B3F210" w14:textId="6D184079" w:rsidR="00946374" w:rsidRPr="000F24E4" w:rsidRDefault="00946374" w:rsidP="00946374">
      <w:pPr>
        <w:pBdr>
          <w:top w:val="nil"/>
          <w:left w:val="nil"/>
          <w:bottom w:val="nil"/>
          <w:right w:val="nil"/>
          <w:between w:val="nil"/>
        </w:pBdr>
        <w:tabs>
          <w:tab w:val="left" w:pos="5640"/>
          <w:tab w:val="left" w:pos="8440"/>
        </w:tabs>
        <w:rPr>
          <w:rFonts w:cs="Times New Roman"/>
          <w:lang w:val="ru-RU"/>
        </w:rPr>
      </w:pPr>
      <w:r w:rsidRPr="000F24E4">
        <w:rPr>
          <w:rFonts w:cs="Times New Roman"/>
          <w:lang w:val="ru-RU"/>
        </w:rPr>
        <w:t>м. Умань                                                                   «______»    _________ 202___ р.</w:t>
      </w:r>
    </w:p>
    <w:p w14:paraId="1A8C8859" w14:textId="77777777" w:rsidR="00807287" w:rsidRPr="000F24E4" w:rsidRDefault="00807287" w:rsidP="00807287">
      <w:pPr>
        <w:rPr>
          <w:lang w:val="ru-RU"/>
        </w:rPr>
      </w:pPr>
    </w:p>
    <w:p w14:paraId="3332350B" w14:textId="33E3E114" w:rsidR="00807287" w:rsidRPr="000F24E4" w:rsidRDefault="00807287" w:rsidP="00807287">
      <w:pPr>
        <w:spacing w:line="240" w:lineRule="auto"/>
        <w:rPr>
          <w:lang w:val="ru-RU"/>
        </w:rPr>
      </w:pPr>
      <w:proofErr w:type="spellStart"/>
      <w:r w:rsidRPr="000F24E4">
        <w:rPr>
          <w:lang w:val="ru-RU"/>
        </w:rPr>
        <w:t>Уманський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національний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</w:t>
      </w:r>
      <w:proofErr w:type="spellEnd"/>
      <w:r w:rsidRPr="000F24E4">
        <w:rPr>
          <w:lang w:val="ru-RU"/>
        </w:rPr>
        <w:t xml:space="preserve"> (</w:t>
      </w:r>
      <w:proofErr w:type="spellStart"/>
      <w:r w:rsidRPr="000F24E4">
        <w:rPr>
          <w:lang w:val="ru-RU"/>
        </w:rPr>
        <w:t>далі</w:t>
      </w:r>
      <w:proofErr w:type="spellEnd"/>
      <w:r w:rsidRPr="000F24E4">
        <w:rPr>
          <w:lang w:val="ru-RU"/>
        </w:rPr>
        <w:t xml:space="preserve"> – </w:t>
      </w:r>
      <w:proofErr w:type="spellStart"/>
      <w:r w:rsidRPr="000F24E4">
        <w:rPr>
          <w:lang w:val="ru-RU"/>
        </w:rPr>
        <w:t>Університет</w:t>
      </w:r>
      <w:proofErr w:type="spellEnd"/>
      <w:r w:rsidRPr="000F24E4">
        <w:rPr>
          <w:lang w:val="ru-RU"/>
        </w:rPr>
        <w:t xml:space="preserve">), в </w:t>
      </w:r>
      <w:proofErr w:type="spellStart"/>
      <w:r w:rsidRPr="000F24E4">
        <w:rPr>
          <w:lang w:val="ru-RU"/>
        </w:rPr>
        <w:t>особі</w:t>
      </w:r>
      <w:proofErr w:type="spellEnd"/>
      <w:r w:rsidRPr="000F24E4">
        <w:rPr>
          <w:lang w:val="ru-RU"/>
        </w:rPr>
        <w:t xml:space="preserve"> ________________________________, </w:t>
      </w:r>
      <w:proofErr w:type="spellStart"/>
      <w:r w:rsidRPr="000F24E4">
        <w:rPr>
          <w:lang w:val="ru-RU"/>
        </w:rPr>
        <w:t>який</w:t>
      </w:r>
      <w:proofErr w:type="spellEnd"/>
      <w:r w:rsidRPr="000F24E4">
        <w:rPr>
          <w:lang w:val="ru-RU"/>
        </w:rPr>
        <w:t xml:space="preserve">(а) </w:t>
      </w:r>
      <w:proofErr w:type="spellStart"/>
      <w:r w:rsidRPr="000F24E4">
        <w:rPr>
          <w:lang w:val="ru-RU"/>
        </w:rPr>
        <w:t>діє</w:t>
      </w:r>
      <w:proofErr w:type="spellEnd"/>
      <w:r w:rsidRPr="000F24E4">
        <w:rPr>
          <w:lang w:val="ru-RU"/>
        </w:rPr>
        <w:t xml:space="preserve"> на </w:t>
      </w:r>
      <w:proofErr w:type="spellStart"/>
      <w:r w:rsidRPr="000F24E4">
        <w:rPr>
          <w:lang w:val="ru-RU"/>
        </w:rPr>
        <w:t>підставі</w:t>
      </w:r>
      <w:proofErr w:type="spellEnd"/>
      <w:r w:rsidRPr="000F24E4">
        <w:rPr>
          <w:lang w:val="ru-RU"/>
        </w:rPr>
        <w:t xml:space="preserve"> ________________________</w:t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</w:r>
      <w:r w:rsidRPr="000F24E4">
        <w:rPr>
          <w:lang w:val="ru-RU"/>
        </w:rPr>
        <w:softHyphen/>
        <w:t xml:space="preserve">______________________________________________, </w:t>
      </w:r>
    </w:p>
    <w:p w14:paraId="2E48B41C" w14:textId="483E96B4" w:rsidR="00807287" w:rsidRPr="000F24E4" w:rsidRDefault="00807287" w:rsidP="00807287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____________________________________________ (</w:t>
      </w:r>
      <w:proofErr w:type="spellStart"/>
      <w:r w:rsidRPr="000F24E4">
        <w:rPr>
          <w:lang w:val="ru-RU"/>
        </w:rPr>
        <w:t>далі</w:t>
      </w:r>
      <w:proofErr w:type="spellEnd"/>
      <w:r w:rsidRPr="000F24E4">
        <w:rPr>
          <w:lang w:val="ru-RU"/>
        </w:rPr>
        <w:t xml:space="preserve"> – </w:t>
      </w:r>
      <w:proofErr w:type="spellStart"/>
      <w:r w:rsidRPr="000F24E4">
        <w:rPr>
          <w:lang w:val="ru-RU"/>
        </w:rPr>
        <w:t>Роботодавець</w:t>
      </w:r>
      <w:proofErr w:type="spellEnd"/>
      <w:r w:rsidRPr="000F24E4">
        <w:rPr>
          <w:lang w:val="ru-RU"/>
        </w:rPr>
        <w:t xml:space="preserve">), в </w:t>
      </w:r>
      <w:proofErr w:type="spellStart"/>
      <w:r w:rsidRPr="000F24E4">
        <w:rPr>
          <w:lang w:val="ru-RU"/>
        </w:rPr>
        <w:t>особі</w:t>
      </w:r>
      <w:proofErr w:type="spellEnd"/>
      <w:r w:rsidRPr="000F24E4">
        <w:rPr>
          <w:lang w:val="ru-RU"/>
        </w:rPr>
        <w:t xml:space="preserve"> ________________________________, </w:t>
      </w:r>
      <w:proofErr w:type="spellStart"/>
      <w:r w:rsidRPr="000F24E4">
        <w:rPr>
          <w:lang w:val="ru-RU"/>
        </w:rPr>
        <w:t>який</w:t>
      </w:r>
      <w:proofErr w:type="spellEnd"/>
      <w:r w:rsidRPr="000F24E4">
        <w:rPr>
          <w:lang w:val="ru-RU"/>
        </w:rPr>
        <w:t xml:space="preserve">(а) </w:t>
      </w:r>
      <w:proofErr w:type="spellStart"/>
      <w:r w:rsidRPr="000F24E4">
        <w:rPr>
          <w:lang w:val="ru-RU"/>
        </w:rPr>
        <w:t>діє</w:t>
      </w:r>
      <w:proofErr w:type="spellEnd"/>
      <w:r w:rsidRPr="000F24E4">
        <w:rPr>
          <w:lang w:val="ru-RU"/>
        </w:rPr>
        <w:t xml:space="preserve"> на </w:t>
      </w:r>
      <w:proofErr w:type="spellStart"/>
      <w:r w:rsidRPr="000F24E4">
        <w:rPr>
          <w:lang w:val="ru-RU"/>
        </w:rPr>
        <w:t>підставі</w:t>
      </w:r>
      <w:proofErr w:type="spellEnd"/>
      <w:r w:rsidRPr="000F24E4">
        <w:rPr>
          <w:lang w:val="ru-RU"/>
        </w:rPr>
        <w:t xml:space="preserve"> ______________________________________________________________________, </w:t>
      </w:r>
    </w:p>
    <w:p w14:paraId="427F9350" w14:textId="36326872" w:rsidR="00807287" w:rsidRPr="000F24E4" w:rsidRDefault="00807287" w:rsidP="00807287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та ____________________________________________ (</w:t>
      </w:r>
      <w:proofErr w:type="spellStart"/>
      <w:r w:rsidRPr="000F24E4">
        <w:rPr>
          <w:lang w:val="ru-RU"/>
        </w:rPr>
        <w:t>далі</w:t>
      </w:r>
      <w:proofErr w:type="spellEnd"/>
      <w:r w:rsidRPr="000F24E4">
        <w:rPr>
          <w:lang w:val="ru-RU"/>
        </w:rPr>
        <w:t xml:space="preserve"> – </w:t>
      </w:r>
      <w:proofErr w:type="spellStart"/>
      <w:r w:rsidRPr="000F24E4">
        <w:rPr>
          <w:lang w:val="ru-RU"/>
        </w:rPr>
        <w:t>Здобувач</w:t>
      </w:r>
      <w:proofErr w:type="spellEnd"/>
      <w:r w:rsidRPr="000F24E4">
        <w:rPr>
          <w:lang w:val="ru-RU"/>
        </w:rPr>
        <w:t xml:space="preserve">), разом – </w:t>
      </w:r>
      <w:proofErr w:type="spellStart"/>
      <w:r w:rsidRPr="000F24E4">
        <w:rPr>
          <w:lang w:val="ru-RU"/>
        </w:rPr>
        <w:t>Сторони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уклали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цей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Договір</w:t>
      </w:r>
      <w:proofErr w:type="spellEnd"/>
      <w:r w:rsidRPr="000F24E4">
        <w:rPr>
          <w:lang w:val="ru-RU"/>
        </w:rPr>
        <w:t xml:space="preserve"> про </w:t>
      </w:r>
      <w:proofErr w:type="spellStart"/>
      <w:r w:rsidRPr="000F24E4">
        <w:rPr>
          <w:lang w:val="ru-RU"/>
        </w:rPr>
        <w:t>таке</w:t>
      </w:r>
      <w:proofErr w:type="spellEnd"/>
      <w:r w:rsidRPr="000F24E4">
        <w:rPr>
          <w:lang w:val="ru-RU"/>
        </w:rPr>
        <w:t>.</w:t>
      </w:r>
    </w:p>
    <w:p w14:paraId="60E40D4F" w14:textId="166D4179" w:rsidR="00807287" w:rsidRPr="000F24E4" w:rsidRDefault="00807287" w:rsidP="00807287">
      <w:pPr>
        <w:rPr>
          <w:lang w:val="ru-RU"/>
        </w:rPr>
      </w:pPr>
    </w:p>
    <w:p w14:paraId="55038F44" w14:textId="77777777" w:rsidR="00412924" w:rsidRPr="000F24E4" w:rsidRDefault="0021128B">
      <w:pPr>
        <w:pStyle w:val="RegulationHeading2"/>
        <w:rPr>
          <w:lang w:val="ru-RU"/>
        </w:rPr>
      </w:pPr>
      <w:r w:rsidRPr="000F24E4">
        <w:rPr>
          <w:lang w:val="ru-RU"/>
        </w:rPr>
        <w:t>1. Предмет договору</w:t>
      </w:r>
    </w:p>
    <w:p w14:paraId="049BFA2D" w14:textId="77777777" w:rsidR="00412924" w:rsidRPr="00FC0B6D" w:rsidRDefault="0021128B">
      <w:pPr>
        <w:rPr>
          <w:lang w:val="ru-RU"/>
        </w:rPr>
      </w:pPr>
      <w:r w:rsidRPr="000F24E4">
        <w:rPr>
          <w:lang w:val="ru-RU"/>
        </w:rPr>
        <w:t xml:space="preserve">1.1. </w:t>
      </w:r>
      <w:proofErr w:type="spellStart"/>
      <w:r w:rsidRPr="000F24E4">
        <w:rPr>
          <w:lang w:val="ru-RU"/>
        </w:rPr>
        <w:t>Організація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здобуття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Здобувачем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вищої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освіти</w:t>
      </w:r>
      <w:proofErr w:type="spellEnd"/>
      <w:r w:rsidRPr="000F24E4">
        <w:rPr>
          <w:lang w:val="ru-RU"/>
        </w:rPr>
        <w:t xml:space="preserve"> за</w:t>
      </w:r>
      <w:r w:rsidRPr="00FC0B6D">
        <w:rPr>
          <w:lang w:val="ru-RU"/>
        </w:rPr>
        <w:t xml:space="preserve"> дуальною формою за </w:t>
      </w:r>
      <w:proofErr w:type="spellStart"/>
      <w:r w:rsidRPr="00FC0B6D">
        <w:rPr>
          <w:lang w:val="ru-RU"/>
        </w:rPr>
        <w:t>освітньою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програмою</w:t>
      </w:r>
      <w:proofErr w:type="spellEnd"/>
      <w:r w:rsidRPr="00FC0B6D">
        <w:rPr>
          <w:lang w:val="ru-RU"/>
        </w:rPr>
        <w:t xml:space="preserve"> __________________________, </w:t>
      </w:r>
      <w:proofErr w:type="spellStart"/>
      <w:r w:rsidRPr="00FC0B6D">
        <w:rPr>
          <w:lang w:val="ru-RU"/>
        </w:rPr>
        <w:t>рівень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освіти</w:t>
      </w:r>
      <w:proofErr w:type="spellEnd"/>
      <w:r w:rsidRPr="00FC0B6D">
        <w:rPr>
          <w:lang w:val="ru-RU"/>
        </w:rPr>
        <w:t xml:space="preserve"> __________________, у </w:t>
      </w:r>
      <w:proofErr w:type="spellStart"/>
      <w:r w:rsidRPr="00FC0B6D">
        <w:rPr>
          <w:lang w:val="ru-RU"/>
        </w:rPr>
        <w:t>період</w:t>
      </w:r>
      <w:proofErr w:type="spellEnd"/>
      <w:r w:rsidRPr="00FC0B6D">
        <w:rPr>
          <w:lang w:val="ru-RU"/>
        </w:rPr>
        <w:t xml:space="preserve"> з __________ до __________.</w:t>
      </w:r>
    </w:p>
    <w:p w14:paraId="6ED934FC" w14:textId="5E5A2296" w:rsidR="00412924" w:rsidRPr="000F24E4" w:rsidRDefault="0021128B">
      <w:pPr>
        <w:rPr>
          <w:lang w:val="ru-RU"/>
        </w:rPr>
      </w:pPr>
      <w:r w:rsidRPr="00FC0B6D">
        <w:rPr>
          <w:lang w:val="ru-RU"/>
        </w:rPr>
        <w:t xml:space="preserve">1.2.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робочому</w:t>
      </w:r>
      <w:proofErr w:type="spellEnd"/>
      <w:r w:rsidRPr="00FC0B6D">
        <w:rPr>
          <w:lang w:val="ru-RU"/>
        </w:rPr>
        <w:t xml:space="preserve"> </w:t>
      </w:r>
      <w:proofErr w:type="spellStart"/>
      <w:r w:rsidRPr="000F24E4">
        <w:rPr>
          <w:lang w:val="ru-RU"/>
        </w:rPr>
        <w:t>місці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здійснюється</w:t>
      </w:r>
      <w:proofErr w:type="spellEnd"/>
      <w:r w:rsidRPr="000F24E4">
        <w:rPr>
          <w:lang w:val="ru-RU"/>
        </w:rPr>
        <w:t xml:space="preserve"> </w:t>
      </w:r>
      <w:r w:rsidR="001D35FB" w:rsidRPr="000F24E4">
        <w:rPr>
          <w:lang w:val="ru-RU"/>
        </w:rPr>
        <w:t xml:space="preserve">за </w:t>
      </w:r>
      <w:proofErr w:type="spellStart"/>
      <w:r w:rsidR="001D35FB" w:rsidRPr="000F24E4">
        <w:rPr>
          <w:lang w:val="ru-RU"/>
        </w:rPr>
        <w:t>умови</w:t>
      </w:r>
      <w:proofErr w:type="spellEnd"/>
      <w:r w:rsidR="001D35FB"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окремого</w:t>
      </w:r>
      <w:proofErr w:type="spellEnd"/>
      <w:r w:rsidRPr="000F24E4">
        <w:rPr>
          <w:lang w:val="ru-RU"/>
        </w:rPr>
        <w:t xml:space="preserve"> трудового договору </w:t>
      </w:r>
      <w:proofErr w:type="spellStart"/>
      <w:r w:rsidRPr="000F24E4">
        <w:rPr>
          <w:lang w:val="ru-RU"/>
        </w:rPr>
        <w:t>між</w:t>
      </w:r>
      <w:proofErr w:type="spellEnd"/>
      <w:r w:rsidRPr="000F24E4">
        <w:rPr>
          <w:lang w:val="ru-RU"/>
        </w:rPr>
        <w:t xml:space="preserve"> </w:t>
      </w:r>
      <w:proofErr w:type="spellStart"/>
      <w:r w:rsidR="000F24E4" w:rsidRPr="000F24E4">
        <w:rPr>
          <w:lang w:val="ru-RU"/>
        </w:rPr>
        <w:t>роботодавцем</w:t>
      </w:r>
      <w:proofErr w:type="spellEnd"/>
      <w:r w:rsidR="000F24E4" w:rsidRPr="000F24E4">
        <w:rPr>
          <w:lang w:val="ru-RU"/>
        </w:rPr>
        <w:t xml:space="preserve"> і </w:t>
      </w:r>
      <w:proofErr w:type="spellStart"/>
      <w:r w:rsidR="000F24E4" w:rsidRPr="000F24E4">
        <w:rPr>
          <w:lang w:val="ru-RU"/>
        </w:rPr>
        <w:t>з</w:t>
      </w:r>
      <w:r w:rsidRPr="000F24E4">
        <w:rPr>
          <w:lang w:val="ru-RU"/>
        </w:rPr>
        <w:t>добувачем</w:t>
      </w:r>
      <w:proofErr w:type="spellEnd"/>
      <w:r w:rsidRPr="000F24E4">
        <w:rPr>
          <w:lang w:val="ru-RU"/>
        </w:rPr>
        <w:t>.</w:t>
      </w:r>
    </w:p>
    <w:p w14:paraId="1DD2A0EF" w14:textId="77777777" w:rsidR="00412924" w:rsidRPr="000F24E4" w:rsidRDefault="0021128B">
      <w:pPr>
        <w:pStyle w:val="RegulationHeading2"/>
        <w:rPr>
          <w:lang w:val="ru-RU"/>
        </w:rPr>
      </w:pPr>
      <w:r w:rsidRPr="000F24E4">
        <w:rPr>
          <w:lang w:val="ru-RU"/>
        </w:rPr>
        <w:t xml:space="preserve">2. </w:t>
      </w:r>
      <w:proofErr w:type="spellStart"/>
      <w:r w:rsidRPr="000F24E4">
        <w:rPr>
          <w:lang w:val="ru-RU"/>
        </w:rPr>
        <w:t>Умови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навчання</w:t>
      </w:r>
      <w:proofErr w:type="spellEnd"/>
    </w:p>
    <w:p w14:paraId="3474AE31" w14:textId="77777777" w:rsidR="00412924" w:rsidRPr="000F24E4" w:rsidRDefault="0021128B">
      <w:pPr>
        <w:rPr>
          <w:lang w:val="ru-RU"/>
        </w:rPr>
      </w:pPr>
      <w:r w:rsidRPr="000F24E4">
        <w:rPr>
          <w:lang w:val="ru-RU"/>
        </w:rPr>
        <w:t xml:space="preserve">2.1. </w:t>
      </w:r>
      <w:proofErr w:type="spellStart"/>
      <w:r w:rsidRPr="000F24E4">
        <w:rPr>
          <w:lang w:val="ru-RU"/>
        </w:rPr>
        <w:t>Робоче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місце</w:t>
      </w:r>
      <w:proofErr w:type="spellEnd"/>
      <w:r w:rsidRPr="000F24E4">
        <w:rPr>
          <w:lang w:val="ru-RU"/>
        </w:rPr>
        <w:t xml:space="preserve"> / </w:t>
      </w:r>
      <w:proofErr w:type="spellStart"/>
      <w:r w:rsidRPr="000F24E4">
        <w:rPr>
          <w:lang w:val="ru-RU"/>
        </w:rPr>
        <w:t>підрозділ</w:t>
      </w:r>
      <w:proofErr w:type="spellEnd"/>
      <w:r w:rsidRPr="000F24E4">
        <w:rPr>
          <w:lang w:val="ru-RU"/>
        </w:rPr>
        <w:t xml:space="preserve"> / посада: ____________________________________.</w:t>
      </w:r>
    </w:p>
    <w:p w14:paraId="7B4B5E92" w14:textId="77777777" w:rsidR="00412924" w:rsidRPr="000F24E4" w:rsidRDefault="0021128B">
      <w:pPr>
        <w:rPr>
          <w:lang w:val="ru-RU"/>
        </w:rPr>
      </w:pPr>
      <w:r w:rsidRPr="000F24E4">
        <w:rPr>
          <w:lang w:val="ru-RU"/>
        </w:rPr>
        <w:t xml:space="preserve">2.2. Модель </w:t>
      </w:r>
      <w:proofErr w:type="spellStart"/>
      <w:r w:rsidRPr="000F24E4">
        <w:rPr>
          <w:lang w:val="ru-RU"/>
        </w:rPr>
        <w:t>навчання</w:t>
      </w:r>
      <w:proofErr w:type="spellEnd"/>
      <w:r w:rsidRPr="000F24E4">
        <w:rPr>
          <w:lang w:val="ru-RU"/>
        </w:rPr>
        <w:t>: ____________________________________.</w:t>
      </w:r>
    </w:p>
    <w:p w14:paraId="42EDAE7B" w14:textId="731F0264" w:rsidR="000F24E4" w:rsidRDefault="0021128B">
      <w:pPr>
        <w:rPr>
          <w:lang w:val="ru-RU"/>
        </w:rPr>
      </w:pPr>
      <w:r w:rsidRPr="000F24E4">
        <w:rPr>
          <w:lang w:val="ru-RU"/>
        </w:rPr>
        <w:t xml:space="preserve">2.3. Куратор </w:t>
      </w:r>
      <w:r w:rsidR="001D35FB" w:rsidRPr="000F24E4">
        <w:rPr>
          <w:lang w:val="ru-RU"/>
        </w:rPr>
        <w:t>(</w:t>
      </w:r>
      <w:proofErr w:type="spellStart"/>
      <w:r w:rsidR="001D35FB" w:rsidRPr="000F24E4">
        <w:rPr>
          <w:lang w:val="ru-RU"/>
        </w:rPr>
        <w:t>представник</w:t>
      </w:r>
      <w:proofErr w:type="spellEnd"/>
      <w:r w:rsidR="001D35FB"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="001D35FB" w:rsidRPr="000F24E4">
        <w:rPr>
          <w:lang w:val="ru-RU"/>
        </w:rPr>
        <w:t>)</w:t>
      </w:r>
      <w:r w:rsidRPr="000F24E4">
        <w:rPr>
          <w:lang w:val="ru-RU"/>
        </w:rPr>
        <w:t>: __________________</w:t>
      </w:r>
      <w:r w:rsidR="000F24E4">
        <w:rPr>
          <w:lang w:val="ru-RU"/>
        </w:rPr>
        <w:t>__________</w:t>
      </w:r>
      <w:r w:rsidRPr="000F24E4">
        <w:rPr>
          <w:lang w:val="ru-RU"/>
        </w:rPr>
        <w:t xml:space="preserve">_; </w:t>
      </w:r>
    </w:p>
    <w:p w14:paraId="1577FFE7" w14:textId="334B844B" w:rsidR="00412924" w:rsidRPr="00FC0B6D" w:rsidRDefault="0021128B">
      <w:pPr>
        <w:rPr>
          <w:lang w:val="ru-RU"/>
        </w:rPr>
      </w:pPr>
      <w:r w:rsidRPr="000F24E4">
        <w:rPr>
          <w:lang w:val="ru-RU"/>
        </w:rPr>
        <w:t>наставник</w:t>
      </w:r>
      <w:r w:rsidR="002619F6" w:rsidRPr="000F24E4">
        <w:rPr>
          <w:lang w:val="ru-RU"/>
        </w:rPr>
        <w:t xml:space="preserve"> </w:t>
      </w:r>
      <w:r w:rsidR="001D35FB" w:rsidRPr="000F24E4">
        <w:rPr>
          <w:lang w:val="ru-RU"/>
        </w:rPr>
        <w:t>(</w:t>
      </w:r>
      <w:proofErr w:type="spellStart"/>
      <w:r w:rsidR="001D35FB" w:rsidRPr="000F24E4">
        <w:rPr>
          <w:lang w:val="ru-RU"/>
        </w:rPr>
        <w:t>представник</w:t>
      </w:r>
      <w:proofErr w:type="spellEnd"/>
      <w:r w:rsidR="001D35FB" w:rsidRPr="000F24E4">
        <w:rPr>
          <w:lang w:val="ru-RU"/>
        </w:rPr>
        <w:t xml:space="preserve"> </w:t>
      </w:r>
      <w:proofErr w:type="spellStart"/>
      <w:r w:rsidR="002619F6" w:rsidRPr="000F24E4">
        <w:rPr>
          <w:lang w:val="ru-RU"/>
        </w:rPr>
        <w:t>від</w:t>
      </w:r>
      <w:proofErr w:type="spellEnd"/>
      <w:r w:rsidR="002619F6" w:rsidRPr="000F24E4">
        <w:rPr>
          <w:lang w:val="ru-RU"/>
        </w:rPr>
        <w:t xml:space="preserve"> </w:t>
      </w:r>
      <w:proofErr w:type="spellStart"/>
      <w:r w:rsidR="002619F6" w:rsidRPr="000F24E4">
        <w:rPr>
          <w:lang w:val="ru-RU"/>
        </w:rPr>
        <w:t>Роботодавця</w:t>
      </w:r>
      <w:proofErr w:type="spellEnd"/>
      <w:r w:rsidR="001D35FB" w:rsidRPr="000F24E4">
        <w:rPr>
          <w:lang w:val="ru-RU"/>
        </w:rPr>
        <w:t>)</w:t>
      </w:r>
      <w:r w:rsidRPr="000F24E4">
        <w:rPr>
          <w:lang w:val="ru-RU"/>
        </w:rPr>
        <w:t>: ___________________.</w:t>
      </w:r>
    </w:p>
    <w:p w14:paraId="772726FB" w14:textId="5FE583FB" w:rsidR="00545771" w:rsidRPr="00FC0B6D" w:rsidRDefault="0021128B">
      <w:pPr>
        <w:rPr>
          <w:lang w:val="ru-RU"/>
        </w:rPr>
      </w:pPr>
      <w:r w:rsidRPr="000F24E4">
        <w:rPr>
          <w:lang w:val="ru-RU"/>
        </w:rPr>
        <w:lastRenderedPageBreak/>
        <w:t xml:space="preserve">2.4. </w:t>
      </w:r>
      <w:r w:rsidR="00545771" w:rsidRPr="000F24E4">
        <w:rPr>
          <w:lang w:val="uk-UA"/>
        </w:rPr>
        <w:t>Д</w:t>
      </w:r>
      <w:r w:rsidR="00545771" w:rsidRPr="000F24E4">
        <w:rPr>
          <w:lang w:val="ru-RU"/>
        </w:rPr>
        <w:t xml:space="preserve">ля </w:t>
      </w:r>
      <w:proofErr w:type="spellStart"/>
      <w:r w:rsidR="00545771" w:rsidRPr="000F24E4">
        <w:rPr>
          <w:lang w:val="ru-RU"/>
        </w:rPr>
        <w:t>дуальної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форми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навчання</w:t>
      </w:r>
      <w:proofErr w:type="spellEnd"/>
      <w:r w:rsidR="00545771" w:rsidRPr="000F24E4">
        <w:rPr>
          <w:lang w:val="ru-RU"/>
        </w:rPr>
        <w:t xml:space="preserve"> для </w:t>
      </w:r>
      <w:proofErr w:type="spellStart"/>
      <w:r w:rsidR="00545771" w:rsidRPr="000F24E4">
        <w:rPr>
          <w:lang w:val="ru-RU"/>
        </w:rPr>
        <w:t>здобувача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формується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індивідуальний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навчальний</w:t>
      </w:r>
      <w:proofErr w:type="spellEnd"/>
      <w:r w:rsidR="00545771" w:rsidRPr="000F24E4">
        <w:rPr>
          <w:lang w:val="ru-RU"/>
        </w:rPr>
        <w:t xml:space="preserve"> план та </w:t>
      </w:r>
      <w:proofErr w:type="spellStart"/>
      <w:r w:rsidR="00545771" w:rsidRPr="000F24E4">
        <w:rPr>
          <w:lang w:val="ru-RU"/>
        </w:rPr>
        <w:t>програма</w:t>
      </w:r>
      <w:proofErr w:type="spellEnd"/>
      <w:r w:rsidR="00545771" w:rsidRPr="000F24E4">
        <w:rPr>
          <w:lang w:val="ru-RU"/>
        </w:rPr>
        <w:t xml:space="preserve"> практичного </w:t>
      </w:r>
      <w:proofErr w:type="spellStart"/>
      <w:r w:rsidR="00545771" w:rsidRPr="000F24E4">
        <w:rPr>
          <w:lang w:val="ru-RU"/>
        </w:rPr>
        <w:t>навчання</w:t>
      </w:r>
      <w:proofErr w:type="spellEnd"/>
      <w:r w:rsidR="00545771" w:rsidRPr="000F24E4">
        <w:rPr>
          <w:lang w:val="ru-RU"/>
        </w:rPr>
        <w:t xml:space="preserve"> на </w:t>
      </w:r>
      <w:proofErr w:type="spellStart"/>
      <w:r w:rsidR="00545771" w:rsidRPr="000F24E4">
        <w:rPr>
          <w:lang w:val="ru-RU"/>
        </w:rPr>
        <w:t>робочому</w:t>
      </w:r>
      <w:proofErr w:type="spellEnd"/>
      <w:r w:rsidR="00545771" w:rsidRPr="000F24E4">
        <w:rPr>
          <w:lang w:val="ru-RU"/>
        </w:rPr>
        <w:t xml:space="preserve"> </w:t>
      </w:r>
      <w:proofErr w:type="spellStart"/>
      <w:r w:rsidR="00545771" w:rsidRPr="000F24E4">
        <w:rPr>
          <w:lang w:val="ru-RU"/>
        </w:rPr>
        <w:t>місці</w:t>
      </w:r>
      <w:proofErr w:type="spellEnd"/>
      <w:r w:rsidR="00545771" w:rsidRPr="000F24E4">
        <w:rPr>
          <w:lang w:val="ru-RU"/>
        </w:rPr>
        <w:t>.</w:t>
      </w:r>
    </w:p>
    <w:p w14:paraId="34BB5924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 xml:space="preserve">3. Права та </w:t>
      </w:r>
      <w:proofErr w:type="spellStart"/>
      <w:r w:rsidRPr="00FC0B6D">
        <w:rPr>
          <w:lang w:val="ru-RU"/>
        </w:rPr>
        <w:t>обов’язки</w:t>
      </w:r>
      <w:proofErr w:type="spellEnd"/>
    </w:p>
    <w:p w14:paraId="125785D5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3.1. </w:t>
      </w:r>
      <w:proofErr w:type="spellStart"/>
      <w:r w:rsidRPr="00FC0B6D">
        <w:rPr>
          <w:lang w:val="ru-RU"/>
        </w:rPr>
        <w:t>Університет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освітню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програму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методичний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супровід</w:t>
      </w:r>
      <w:proofErr w:type="spellEnd"/>
      <w:r w:rsidRPr="00FC0B6D">
        <w:rPr>
          <w:lang w:val="ru-RU"/>
        </w:rPr>
        <w:t xml:space="preserve">, контроль та </w:t>
      </w:r>
      <w:proofErr w:type="spellStart"/>
      <w:r w:rsidRPr="00FC0B6D">
        <w:rPr>
          <w:lang w:val="ru-RU"/>
        </w:rPr>
        <w:t>академічне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оцінювання</w:t>
      </w:r>
      <w:proofErr w:type="spellEnd"/>
      <w:r w:rsidRPr="00FC0B6D">
        <w:rPr>
          <w:lang w:val="ru-RU"/>
        </w:rPr>
        <w:t>.</w:t>
      </w:r>
    </w:p>
    <w:p w14:paraId="42B6085B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3.2. </w:t>
      </w: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забезпечує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працевлаштування</w:t>
      </w:r>
      <w:proofErr w:type="spellEnd"/>
      <w:r w:rsidRPr="00FC0B6D">
        <w:rPr>
          <w:lang w:val="ru-RU"/>
        </w:rPr>
        <w:t xml:space="preserve">, оплату </w:t>
      </w:r>
      <w:proofErr w:type="spellStart"/>
      <w:r w:rsidRPr="00FC0B6D">
        <w:rPr>
          <w:lang w:val="ru-RU"/>
        </w:rPr>
        <w:t>праці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робоче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місце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наставництво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безпеку</w:t>
      </w:r>
      <w:proofErr w:type="spellEnd"/>
      <w:r w:rsidRPr="00FC0B6D">
        <w:rPr>
          <w:lang w:val="ru-RU"/>
        </w:rPr>
        <w:t xml:space="preserve"> та участь в </w:t>
      </w:r>
      <w:proofErr w:type="spellStart"/>
      <w:r w:rsidRPr="00FC0B6D">
        <w:rPr>
          <w:lang w:val="ru-RU"/>
        </w:rPr>
        <w:t>оцінюванні</w:t>
      </w:r>
      <w:proofErr w:type="spellEnd"/>
      <w:r w:rsidRPr="00FC0B6D">
        <w:rPr>
          <w:lang w:val="ru-RU"/>
        </w:rPr>
        <w:t>.</w:t>
      </w:r>
    </w:p>
    <w:p w14:paraId="5C6B6BF1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3.3. </w:t>
      </w: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виконує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план, </w:t>
      </w:r>
      <w:proofErr w:type="spellStart"/>
      <w:r w:rsidRPr="00FC0B6D">
        <w:rPr>
          <w:lang w:val="ru-RU"/>
        </w:rPr>
        <w:t>програму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трудові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обов’язки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дотримується</w:t>
      </w:r>
      <w:proofErr w:type="spellEnd"/>
      <w:r w:rsidRPr="00FC0B6D">
        <w:rPr>
          <w:lang w:val="ru-RU"/>
        </w:rPr>
        <w:t xml:space="preserve"> правил </w:t>
      </w:r>
      <w:proofErr w:type="spellStart"/>
      <w:r w:rsidRPr="00FC0B6D">
        <w:rPr>
          <w:lang w:val="ru-RU"/>
        </w:rPr>
        <w:t>безпеки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доброчесності</w:t>
      </w:r>
      <w:proofErr w:type="spellEnd"/>
      <w:r w:rsidRPr="00FC0B6D">
        <w:rPr>
          <w:lang w:val="ru-RU"/>
        </w:rPr>
        <w:t xml:space="preserve"> та </w:t>
      </w:r>
      <w:proofErr w:type="spellStart"/>
      <w:r w:rsidRPr="00FC0B6D">
        <w:rPr>
          <w:lang w:val="ru-RU"/>
        </w:rPr>
        <w:t>конфіденційності</w:t>
      </w:r>
      <w:proofErr w:type="spellEnd"/>
      <w:r w:rsidRPr="00FC0B6D">
        <w:rPr>
          <w:lang w:val="ru-RU"/>
        </w:rPr>
        <w:t>.</w:t>
      </w:r>
    </w:p>
    <w:p w14:paraId="2018D112" w14:textId="77777777" w:rsidR="00412924" w:rsidRPr="00FC0B6D" w:rsidRDefault="0021128B">
      <w:pPr>
        <w:pStyle w:val="RegulationHeading2"/>
        <w:rPr>
          <w:lang w:val="ru-RU"/>
        </w:rPr>
      </w:pPr>
      <w:r w:rsidRPr="00FC0B6D">
        <w:rPr>
          <w:lang w:val="ru-RU"/>
        </w:rPr>
        <w:t xml:space="preserve">4. </w:t>
      </w:r>
      <w:proofErr w:type="spellStart"/>
      <w:r w:rsidRPr="00FC0B6D">
        <w:rPr>
          <w:lang w:val="ru-RU"/>
        </w:rPr>
        <w:t>Зміна</w:t>
      </w:r>
      <w:proofErr w:type="spellEnd"/>
      <w:r w:rsidRPr="00FC0B6D">
        <w:rPr>
          <w:lang w:val="ru-RU"/>
        </w:rPr>
        <w:t xml:space="preserve"> і </w:t>
      </w:r>
      <w:proofErr w:type="spellStart"/>
      <w:r w:rsidRPr="00FC0B6D">
        <w:rPr>
          <w:lang w:val="ru-RU"/>
        </w:rPr>
        <w:t>припинення</w:t>
      </w:r>
      <w:proofErr w:type="spellEnd"/>
    </w:p>
    <w:p w14:paraId="7319752E" w14:textId="3525B14B" w:rsidR="00412924" w:rsidRPr="00FC0B6D" w:rsidRDefault="0021128B">
      <w:pPr>
        <w:rPr>
          <w:lang w:val="ru-RU"/>
        </w:rPr>
      </w:pPr>
      <w:r w:rsidRPr="000F24E4">
        <w:rPr>
          <w:lang w:val="ru-RU"/>
        </w:rPr>
        <w:t xml:space="preserve">4.1. </w:t>
      </w:r>
      <w:proofErr w:type="spellStart"/>
      <w:r w:rsidRPr="000F24E4">
        <w:rPr>
          <w:lang w:val="ru-RU"/>
        </w:rPr>
        <w:t>Зміни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оформлюються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письмовою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додатковою</w:t>
      </w:r>
      <w:proofErr w:type="spellEnd"/>
      <w:r w:rsidRPr="000F24E4">
        <w:rPr>
          <w:lang w:val="ru-RU"/>
        </w:rPr>
        <w:t xml:space="preserve"> угодою, </w:t>
      </w:r>
      <w:proofErr w:type="spellStart"/>
      <w:r w:rsidRPr="000F24E4">
        <w:rPr>
          <w:lang w:val="ru-RU"/>
        </w:rPr>
        <w:t>крім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змін</w:t>
      </w:r>
      <w:proofErr w:type="spellEnd"/>
      <w:r w:rsidRPr="000F24E4">
        <w:rPr>
          <w:lang w:val="ru-RU"/>
        </w:rPr>
        <w:t xml:space="preserve">, </w:t>
      </w:r>
      <w:proofErr w:type="spellStart"/>
      <w:r w:rsidRPr="000F24E4">
        <w:rPr>
          <w:lang w:val="ru-RU"/>
        </w:rPr>
        <w:t>що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відповідно</w:t>
      </w:r>
      <w:proofErr w:type="spellEnd"/>
      <w:r w:rsidRPr="000F24E4">
        <w:rPr>
          <w:lang w:val="ru-RU"/>
        </w:rPr>
        <w:t xml:space="preserve"> до </w:t>
      </w:r>
      <w:proofErr w:type="spellStart"/>
      <w:r w:rsidRPr="000F24E4">
        <w:rPr>
          <w:lang w:val="ru-RU"/>
        </w:rPr>
        <w:t>Положення</w:t>
      </w:r>
      <w:proofErr w:type="spellEnd"/>
      <w:r w:rsidR="001D35FB" w:rsidRPr="000F24E4">
        <w:rPr>
          <w:lang w:val="ru-RU"/>
        </w:rPr>
        <w:t xml:space="preserve"> про </w:t>
      </w:r>
      <w:proofErr w:type="spellStart"/>
      <w:r w:rsidR="001D35FB" w:rsidRPr="000F24E4">
        <w:rPr>
          <w:lang w:val="ru-RU"/>
        </w:rPr>
        <w:t>дуальну</w:t>
      </w:r>
      <w:proofErr w:type="spellEnd"/>
      <w:r w:rsidR="001D35FB" w:rsidRPr="000F24E4">
        <w:rPr>
          <w:lang w:val="ru-RU"/>
        </w:rPr>
        <w:t xml:space="preserve"> форму </w:t>
      </w:r>
      <w:proofErr w:type="spellStart"/>
      <w:r w:rsidR="001D35FB" w:rsidRPr="000F24E4">
        <w:rPr>
          <w:lang w:val="ru-RU"/>
        </w:rPr>
        <w:t>здобуття</w:t>
      </w:r>
      <w:proofErr w:type="spellEnd"/>
      <w:r w:rsidR="001D35FB" w:rsidRPr="000F24E4">
        <w:rPr>
          <w:lang w:val="ru-RU"/>
        </w:rPr>
        <w:t xml:space="preserve"> </w:t>
      </w:r>
      <w:proofErr w:type="spellStart"/>
      <w:r w:rsidR="001D35FB" w:rsidRPr="000F24E4">
        <w:rPr>
          <w:lang w:val="ru-RU"/>
        </w:rPr>
        <w:t>вищої</w:t>
      </w:r>
      <w:proofErr w:type="spellEnd"/>
      <w:r w:rsidR="001D35FB" w:rsidRPr="000F24E4">
        <w:rPr>
          <w:lang w:val="ru-RU"/>
        </w:rPr>
        <w:t xml:space="preserve"> </w:t>
      </w:r>
      <w:proofErr w:type="spellStart"/>
      <w:r w:rsidR="001D35FB" w:rsidRPr="000F24E4">
        <w:rPr>
          <w:lang w:val="ru-RU"/>
        </w:rPr>
        <w:t>освіти</w:t>
      </w:r>
      <w:proofErr w:type="spellEnd"/>
      <w:r w:rsidR="001D35FB" w:rsidRPr="000F24E4">
        <w:rPr>
          <w:lang w:val="ru-RU"/>
        </w:rPr>
        <w:t xml:space="preserve"> в </w:t>
      </w:r>
      <w:proofErr w:type="spellStart"/>
      <w:r w:rsidR="001D35FB" w:rsidRPr="000F24E4">
        <w:rPr>
          <w:lang w:val="ru-RU"/>
        </w:rPr>
        <w:t>У</w:t>
      </w:r>
      <w:r w:rsidR="000F24E4">
        <w:rPr>
          <w:lang w:val="ru-RU"/>
        </w:rPr>
        <w:t>манському</w:t>
      </w:r>
      <w:proofErr w:type="spellEnd"/>
      <w:r w:rsidR="000F24E4">
        <w:rPr>
          <w:lang w:val="ru-RU"/>
        </w:rPr>
        <w:t xml:space="preserve"> </w:t>
      </w:r>
      <w:proofErr w:type="spellStart"/>
      <w:r w:rsidR="000F24E4">
        <w:rPr>
          <w:lang w:val="ru-RU"/>
        </w:rPr>
        <w:t>національному</w:t>
      </w:r>
      <w:proofErr w:type="spellEnd"/>
      <w:r w:rsidR="000F24E4">
        <w:rPr>
          <w:lang w:val="ru-RU"/>
        </w:rPr>
        <w:t xml:space="preserve"> </w:t>
      </w:r>
      <w:proofErr w:type="spellStart"/>
      <w:r w:rsidR="000F24E4">
        <w:rPr>
          <w:lang w:val="ru-RU"/>
        </w:rPr>
        <w:t>університеті</w:t>
      </w:r>
      <w:proofErr w:type="spellEnd"/>
      <w:r w:rsid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оформлюються</w:t>
      </w:r>
      <w:proofErr w:type="spellEnd"/>
      <w:r w:rsidRPr="000F24E4">
        <w:rPr>
          <w:lang w:val="ru-RU"/>
        </w:rPr>
        <w:t xml:space="preserve"> наказом ректора та </w:t>
      </w:r>
      <w:proofErr w:type="spellStart"/>
      <w:r w:rsidRPr="000F24E4">
        <w:rPr>
          <w:lang w:val="ru-RU"/>
        </w:rPr>
        <w:t>оновленням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додатків</w:t>
      </w:r>
      <w:proofErr w:type="spellEnd"/>
      <w:r w:rsidRPr="000F24E4">
        <w:rPr>
          <w:lang w:val="ru-RU"/>
        </w:rPr>
        <w:t>.</w:t>
      </w:r>
    </w:p>
    <w:p w14:paraId="32B15727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4.2. </w:t>
      </w:r>
      <w:proofErr w:type="spellStart"/>
      <w:r w:rsidRPr="00FC0B6D">
        <w:rPr>
          <w:lang w:val="ru-RU"/>
        </w:rPr>
        <w:t>Припинення</w:t>
      </w:r>
      <w:proofErr w:type="spellEnd"/>
      <w:r w:rsidRPr="00FC0B6D">
        <w:rPr>
          <w:lang w:val="ru-RU"/>
        </w:rPr>
        <w:t xml:space="preserve"> трудового договору не </w:t>
      </w:r>
      <w:proofErr w:type="spellStart"/>
      <w:r w:rsidRPr="00FC0B6D">
        <w:rPr>
          <w:lang w:val="ru-RU"/>
        </w:rPr>
        <w:t>припиняє</w:t>
      </w:r>
      <w:proofErr w:type="spellEnd"/>
      <w:r w:rsidRPr="00FC0B6D">
        <w:rPr>
          <w:lang w:val="ru-RU"/>
        </w:rPr>
        <w:t xml:space="preserve"> статусу </w:t>
      </w: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 xml:space="preserve"> в </w:t>
      </w:r>
      <w:proofErr w:type="spellStart"/>
      <w:r w:rsidRPr="00FC0B6D">
        <w:rPr>
          <w:lang w:val="ru-RU"/>
        </w:rPr>
        <w:t>Університеті</w:t>
      </w:r>
      <w:proofErr w:type="spellEnd"/>
      <w:r w:rsidRPr="00FC0B6D">
        <w:rPr>
          <w:lang w:val="ru-RU"/>
        </w:rPr>
        <w:t>.</w:t>
      </w:r>
    </w:p>
    <w:p w14:paraId="58694D28" w14:textId="77777777" w:rsidR="00412924" w:rsidRDefault="0021128B">
      <w:pPr>
        <w:rPr>
          <w:lang w:val="ru-RU"/>
        </w:rPr>
      </w:pPr>
      <w:r w:rsidRPr="00FC0B6D">
        <w:rPr>
          <w:lang w:val="ru-RU"/>
        </w:rPr>
        <w:t xml:space="preserve">4.3. </w:t>
      </w:r>
      <w:proofErr w:type="spellStart"/>
      <w:r w:rsidRPr="00FC0B6D">
        <w:rPr>
          <w:lang w:val="ru-RU"/>
        </w:rPr>
        <w:t>Договір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складено</w:t>
      </w:r>
      <w:proofErr w:type="spellEnd"/>
      <w:r w:rsidRPr="00FC0B6D">
        <w:rPr>
          <w:lang w:val="ru-RU"/>
        </w:rPr>
        <w:t xml:space="preserve"> у </w:t>
      </w:r>
      <w:proofErr w:type="spellStart"/>
      <w:r w:rsidRPr="00FC0B6D">
        <w:rPr>
          <w:lang w:val="ru-RU"/>
        </w:rPr>
        <w:t>трьох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примірниках</w:t>
      </w:r>
      <w:proofErr w:type="spellEnd"/>
      <w:r w:rsidRPr="00FC0B6D">
        <w:rPr>
          <w:lang w:val="ru-RU"/>
        </w:rPr>
        <w:t xml:space="preserve">, </w:t>
      </w:r>
      <w:proofErr w:type="spellStart"/>
      <w:r w:rsidRPr="00FC0B6D">
        <w:rPr>
          <w:lang w:val="ru-RU"/>
        </w:rPr>
        <w:t>що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мають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однакову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юридичну</w:t>
      </w:r>
      <w:proofErr w:type="spellEnd"/>
      <w:r w:rsidRPr="00FC0B6D">
        <w:rPr>
          <w:lang w:val="ru-RU"/>
        </w:rPr>
        <w:t xml:space="preserve"> силу.</w:t>
      </w:r>
    </w:p>
    <w:p w14:paraId="223BD037" w14:textId="77777777" w:rsidR="00CE685A" w:rsidRPr="00FC0B6D" w:rsidRDefault="00CE685A">
      <w:pPr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412924" w14:paraId="0AC9AA12" w14:textId="77777777">
        <w:trPr>
          <w:cantSplit/>
        </w:trPr>
        <w:tc>
          <w:tcPr>
            <w:tcW w:w="3324" w:type="dxa"/>
            <w:vAlign w:val="center"/>
          </w:tcPr>
          <w:p w14:paraId="678CB0A4" w14:textId="77777777" w:rsidR="00412924" w:rsidRDefault="0021128B">
            <w:pPr>
              <w:spacing w:line="240" w:lineRule="auto"/>
              <w:ind w:firstLine="0"/>
              <w:jc w:val="left"/>
              <w:rPr>
                <w:sz w:val="20"/>
                <w:lang w:val="uk-UA"/>
              </w:rPr>
            </w:pPr>
            <w:proofErr w:type="spellStart"/>
            <w:r>
              <w:rPr>
                <w:sz w:val="20"/>
              </w:rPr>
              <w:t>Університет</w:t>
            </w:r>
            <w:proofErr w:type="spellEnd"/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</w:t>
            </w:r>
          </w:p>
          <w:p w14:paraId="5AC1D723" w14:textId="77777777" w:rsidR="00F569E9" w:rsidRPr="00F569E9" w:rsidRDefault="00F569E9">
            <w:pPr>
              <w:spacing w:line="240" w:lineRule="auto"/>
              <w:ind w:firstLine="0"/>
              <w:jc w:val="left"/>
              <w:rPr>
                <w:lang w:val="uk-UA"/>
              </w:rPr>
            </w:pPr>
          </w:p>
        </w:tc>
        <w:tc>
          <w:tcPr>
            <w:tcW w:w="3324" w:type="dxa"/>
            <w:vAlign w:val="center"/>
          </w:tcPr>
          <w:p w14:paraId="59675139" w14:textId="77777777" w:rsidR="00412924" w:rsidRDefault="0021128B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Роботодавець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</w:t>
            </w:r>
          </w:p>
        </w:tc>
        <w:tc>
          <w:tcPr>
            <w:tcW w:w="3324" w:type="dxa"/>
            <w:vAlign w:val="center"/>
          </w:tcPr>
          <w:p w14:paraId="6BA3ED0B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sz w:val="20"/>
              </w:rPr>
              <w:t>Здобувач</w:t>
            </w:r>
            <w:proofErr w:type="spellEnd"/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</w:t>
            </w:r>
          </w:p>
        </w:tc>
      </w:tr>
    </w:tbl>
    <w:p w14:paraId="758E3DBE" w14:textId="77777777" w:rsidR="00412924" w:rsidRDefault="0021128B">
      <w:r>
        <w:br w:type="page"/>
      </w:r>
    </w:p>
    <w:p w14:paraId="6CE38D9E" w14:textId="2DC86587" w:rsidR="00412924" w:rsidRPr="00C76943" w:rsidRDefault="0021128B">
      <w:pPr>
        <w:ind w:firstLine="0"/>
        <w:jc w:val="right"/>
        <w:rPr>
          <w:lang w:val="uk-UA"/>
        </w:rPr>
      </w:pPr>
      <w:proofErr w:type="spellStart"/>
      <w:r>
        <w:lastRenderedPageBreak/>
        <w:t>Додаток</w:t>
      </w:r>
      <w:proofErr w:type="spellEnd"/>
      <w:r>
        <w:t xml:space="preserve"> </w:t>
      </w:r>
      <w:r w:rsidR="00C76943">
        <w:rPr>
          <w:lang w:val="uk-UA"/>
        </w:rPr>
        <w:t>Г</w:t>
      </w:r>
    </w:p>
    <w:p w14:paraId="12C2E117" w14:textId="77777777" w:rsidR="004B7F99" w:rsidRDefault="0021128B">
      <w:pPr>
        <w:spacing w:before="120" w:after="120"/>
        <w:ind w:firstLine="0"/>
        <w:jc w:val="center"/>
        <w:rPr>
          <w:b/>
          <w:lang w:val="ru-RU"/>
        </w:rPr>
      </w:pPr>
      <w:r w:rsidRPr="00FC0B6D">
        <w:rPr>
          <w:b/>
          <w:lang w:val="ru-RU"/>
        </w:rPr>
        <w:t xml:space="preserve">ЗАЯВА ПРО ПЕРЕХІД НА ДУАЛЬНУ ФОРМУ </w:t>
      </w:r>
    </w:p>
    <w:p w14:paraId="70BCE04E" w14:textId="5941EE85" w:rsidR="00412924" w:rsidRPr="00FC0B6D" w:rsidRDefault="0021128B">
      <w:pPr>
        <w:spacing w:before="120" w:after="120"/>
        <w:ind w:firstLine="0"/>
        <w:jc w:val="center"/>
        <w:rPr>
          <w:lang w:val="ru-RU"/>
        </w:rPr>
      </w:pPr>
      <w:r w:rsidRPr="00FC0B6D">
        <w:rPr>
          <w:b/>
          <w:lang w:val="ru-RU"/>
        </w:rPr>
        <w:t>ЗДОБУТТЯ ВИЩОЇ ОСВІТИ</w:t>
      </w:r>
    </w:p>
    <w:p w14:paraId="516842E0" w14:textId="77777777" w:rsidR="004B7F99" w:rsidRDefault="004B7F99">
      <w:pPr>
        <w:ind w:firstLine="0"/>
        <w:jc w:val="right"/>
        <w:rPr>
          <w:lang w:val="ru-RU"/>
        </w:rPr>
      </w:pPr>
    </w:p>
    <w:p w14:paraId="18F5FE8F" w14:textId="77777777" w:rsidR="00412924" w:rsidRPr="00FC0B6D" w:rsidRDefault="0021128B">
      <w:pPr>
        <w:ind w:firstLine="0"/>
        <w:jc w:val="right"/>
        <w:rPr>
          <w:lang w:val="ru-RU"/>
        </w:rPr>
      </w:pPr>
      <w:r w:rsidRPr="00FC0B6D">
        <w:rPr>
          <w:lang w:val="ru-RU"/>
        </w:rPr>
        <w:t xml:space="preserve">Ректору </w:t>
      </w:r>
      <w:proofErr w:type="spellStart"/>
      <w:r w:rsidRPr="00FC0B6D">
        <w:rPr>
          <w:lang w:val="ru-RU"/>
        </w:rPr>
        <w:t>Уманського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національного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університету</w:t>
      </w:r>
      <w:proofErr w:type="spellEnd"/>
    </w:p>
    <w:p w14:paraId="30336EEB" w14:textId="77777777" w:rsidR="00412924" w:rsidRPr="00FC0B6D" w:rsidRDefault="0021128B">
      <w:pPr>
        <w:ind w:firstLine="0"/>
        <w:jc w:val="right"/>
        <w:rPr>
          <w:lang w:val="ru-RU"/>
        </w:rPr>
      </w:pPr>
      <w:r w:rsidRPr="00FC0B6D">
        <w:rPr>
          <w:lang w:val="ru-RU"/>
        </w:rPr>
        <w:t>____________________________________________</w:t>
      </w:r>
    </w:p>
    <w:p w14:paraId="40330556" w14:textId="77777777" w:rsidR="00412924" w:rsidRPr="00FC0B6D" w:rsidRDefault="0021128B">
      <w:pPr>
        <w:ind w:firstLine="0"/>
        <w:jc w:val="right"/>
        <w:rPr>
          <w:lang w:val="ru-RU"/>
        </w:rPr>
      </w:pPr>
      <w:proofErr w:type="spellStart"/>
      <w:r w:rsidRPr="00FC0B6D">
        <w:rPr>
          <w:lang w:val="ru-RU"/>
        </w:rPr>
        <w:t>здобувача</w:t>
      </w:r>
      <w:proofErr w:type="spellEnd"/>
      <w:r w:rsidRPr="00FC0B6D">
        <w:rPr>
          <w:lang w:val="ru-RU"/>
        </w:rPr>
        <w:t>(</w:t>
      </w:r>
      <w:proofErr w:type="spellStart"/>
      <w:r w:rsidRPr="00FC0B6D">
        <w:rPr>
          <w:lang w:val="ru-RU"/>
        </w:rPr>
        <w:t>ки</w:t>
      </w:r>
      <w:proofErr w:type="spellEnd"/>
      <w:r w:rsidRPr="00FC0B6D">
        <w:rPr>
          <w:lang w:val="ru-RU"/>
        </w:rPr>
        <w:t>) ______________________________</w:t>
      </w:r>
    </w:p>
    <w:p w14:paraId="00609787" w14:textId="77777777" w:rsidR="00412924" w:rsidRPr="00FC0B6D" w:rsidRDefault="0021128B">
      <w:pPr>
        <w:ind w:firstLine="0"/>
        <w:jc w:val="right"/>
        <w:rPr>
          <w:lang w:val="ru-RU"/>
        </w:rPr>
      </w:pPr>
      <w:r w:rsidRPr="00FC0B6D">
        <w:rPr>
          <w:lang w:val="ru-RU"/>
        </w:rPr>
        <w:t xml:space="preserve">факультет __________ курс ____ </w:t>
      </w:r>
      <w:proofErr w:type="spellStart"/>
      <w:r w:rsidRPr="00FC0B6D">
        <w:rPr>
          <w:lang w:val="ru-RU"/>
        </w:rPr>
        <w:t>група</w:t>
      </w:r>
      <w:proofErr w:type="spellEnd"/>
      <w:r w:rsidRPr="00FC0B6D">
        <w:rPr>
          <w:lang w:val="ru-RU"/>
        </w:rPr>
        <w:t xml:space="preserve"> _______</w:t>
      </w:r>
    </w:p>
    <w:p w14:paraId="14A1BD02" w14:textId="77777777" w:rsidR="00412924" w:rsidRPr="000F24E4" w:rsidRDefault="0021128B">
      <w:pPr>
        <w:ind w:firstLine="0"/>
        <w:jc w:val="center"/>
        <w:rPr>
          <w:lang w:val="ru-RU"/>
        </w:rPr>
      </w:pPr>
      <w:r w:rsidRPr="000F24E4">
        <w:rPr>
          <w:b/>
          <w:lang w:val="ru-RU"/>
        </w:rPr>
        <w:t>ЗАЯВА</w:t>
      </w:r>
    </w:p>
    <w:p w14:paraId="1BDCBA97" w14:textId="77777777" w:rsidR="00412924" w:rsidRPr="000F24E4" w:rsidRDefault="0021128B">
      <w:pPr>
        <w:rPr>
          <w:lang w:val="ru-RU"/>
        </w:rPr>
      </w:pPr>
      <w:r w:rsidRPr="000F24E4">
        <w:rPr>
          <w:lang w:val="ru-RU"/>
        </w:rPr>
        <w:t xml:space="preserve">Прошу перевести мене на </w:t>
      </w:r>
      <w:proofErr w:type="spellStart"/>
      <w:r w:rsidRPr="000F24E4">
        <w:rPr>
          <w:lang w:val="ru-RU"/>
        </w:rPr>
        <w:t>навчання</w:t>
      </w:r>
      <w:proofErr w:type="spellEnd"/>
      <w:r w:rsidRPr="000F24E4">
        <w:rPr>
          <w:lang w:val="ru-RU"/>
        </w:rPr>
        <w:t xml:space="preserve"> за дуальною формою </w:t>
      </w:r>
      <w:proofErr w:type="spellStart"/>
      <w:r w:rsidRPr="000F24E4">
        <w:rPr>
          <w:lang w:val="ru-RU"/>
        </w:rPr>
        <w:t>здобуття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вищої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освіти</w:t>
      </w:r>
      <w:proofErr w:type="spellEnd"/>
      <w:r w:rsidRPr="000F24E4">
        <w:rPr>
          <w:lang w:val="ru-RU"/>
        </w:rPr>
        <w:t xml:space="preserve"> за </w:t>
      </w:r>
      <w:proofErr w:type="spellStart"/>
      <w:r w:rsidRPr="000F24E4">
        <w:rPr>
          <w:lang w:val="ru-RU"/>
        </w:rPr>
        <w:t>освітньою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програмою</w:t>
      </w:r>
      <w:proofErr w:type="spellEnd"/>
      <w:r w:rsidRPr="000F24E4">
        <w:rPr>
          <w:lang w:val="ru-RU"/>
        </w:rPr>
        <w:t xml:space="preserve"> _____________________________________________ з «___» __________ 202_ року.</w:t>
      </w:r>
    </w:p>
    <w:p w14:paraId="7DEEF1EC" w14:textId="355111DD" w:rsidR="00412924" w:rsidRPr="000F24E4" w:rsidRDefault="0021128B">
      <w:pPr>
        <w:ind w:firstLine="0"/>
        <w:rPr>
          <w:lang w:val="ru-RU"/>
        </w:rPr>
      </w:pPr>
      <w:proofErr w:type="spellStart"/>
      <w:r w:rsidRPr="000F24E4">
        <w:rPr>
          <w:lang w:val="ru-RU"/>
        </w:rPr>
        <w:t xml:space="preserve">Роботодавець (назва, код, адреса): _______________________________________________</w:t>
      </w:r>
      <w:proofErr w:type="spellEnd"/>
      <w:proofErr w:type="spellStart"/>
      <w:proofErr w:type="spellEnd"/>
    </w:p>
    <w:p w14:paraId="52C3F08E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0F24E4">
        <w:rPr>
          <w:lang w:val="ru-RU"/>
        </w:rPr>
        <w:t>Робоче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місце</w:t>
      </w:r>
      <w:proofErr w:type="spellEnd"/>
      <w:r w:rsidRPr="000F24E4">
        <w:rPr>
          <w:lang w:val="ru-RU"/>
        </w:rPr>
        <w:t xml:space="preserve"> / посада: _______________________________________________</w:t>
      </w:r>
    </w:p>
    <w:p w14:paraId="41F06129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t xml:space="preserve">З </w:t>
      </w:r>
      <w:proofErr w:type="spellStart"/>
      <w:r w:rsidRPr="00FC0B6D">
        <w:rPr>
          <w:lang w:val="ru-RU"/>
        </w:rPr>
        <w:t>умовами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Положення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ознайомлений</w:t>
      </w:r>
      <w:proofErr w:type="spellEnd"/>
      <w:r w:rsidRPr="00FC0B6D">
        <w:rPr>
          <w:lang w:val="ru-RU"/>
        </w:rPr>
        <w:t xml:space="preserve">(а). </w:t>
      </w:r>
      <w:proofErr w:type="spellStart"/>
      <w:r w:rsidRPr="00FC0B6D">
        <w:rPr>
          <w:lang w:val="ru-RU"/>
        </w:rPr>
        <w:t>Погоджуюся</w:t>
      </w:r>
      <w:proofErr w:type="spellEnd"/>
      <w:r w:rsidRPr="00FC0B6D">
        <w:rPr>
          <w:lang w:val="ru-RU"/>
        </w:rPr>
        <w:t xml:space="preserve"> на </w:t>
      </w:r>
      <w:proofErr w:type="spellStart"/>
      <w:r w:rsidRPr="00FC0B6D">
        <w:rPr>
          <w:lang w:val="ru-RU"/>
        </w:rPr>
        <w:t>обробку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персональних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даних</w:t>
      </w:r>
      <w:proofErr w:type="spellEnd"/>
      <w:r w:rsidRPr="00FC0B6D">
        <w:rPr>
          <w:lang w:val="ru-RU"/>
        </w:rPr>
        <w:t xml:space="preserve"> у межах, </w:t>
      </w:r>
      <w:proofErr w:type="spellStart"/>
      <w:r w:rsidRPr="00FC0B6D">
        <w:rPr>
          <w:lang w:val="ru-RU"/>
        </w:rPr>
        <w:t>необхідних</w:t>
      </w:r>
      <w:proofErr w:type="spellEnd"/>
      <w:r w:rsidRPr="00FC0B6D">
        <w:rPr>
          <w:lang w:val="ru-RU"/>
        </w:rPr>
        <w:t xml:space="preserve"> для </w:t>
      </w:r>
      <w:proofErr w:type="spellStart"/>
      <w:r w:rsidRPr="00FC0B6D">
        <w:rPr>
          <w:lang w:val="ru-RU"/>
        </w:rPr>
        <w:t>організації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дуальної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форми</w:t>
      </w:r>
      <w:proofErr w:type="spellEnd"/>
      <w:r w:rsidRPr="00FC0B6D">
        <w:rPr>
          <w:lang w:val="ru-RU"/>
        </w:rPr>
        <w:t xml:space="preserve">, та </w:t>
      </w:r>
      <w:proofErr w:type="spellStart"/>
      <w:r w:rsidRPr="00FC0B6D">
        <w:rPr>
          <w:lang w:val="ru-RU"/>
        </w:rPr>
        <w:t>зобов’язуюся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виконувати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індивідуальний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план і </w:t>
      </w:r>
      <w:proofErr w:type="spellStart"/>
      <w:r w:rsidRPr="00FC0B6D">
        <w:rPr>
          <w:lang w:val="ru-RU"/>
        </w:rPr>
        <w:t>програму</w:t>
      </w:r>
      <w:proofErr w:type="spellEnd"/>
      <w:r w:rsidRPr="00FC0B6D">
        <w:rPr>
          <w:lang w:val="ru-RU"/>
        </w:rPr>
        <w:t xml:space="preserve"> практичного </w:t>
      </w:r>
      <w:proofErr w:type="spellStart"/>
      <w:r w:rsidRPr="00FC0B6D">
        <w:rPr>
          <w:lang w:val="ru-RU"/>
        </w:rPr>
        <w:t>навчання</w:t>
      </w:r>
      <w:proofErr w:type="spellEnd"/>
      <w:r w:rsidRPr="00FC0B6D">
        <w:rPr>
          <w:lang w:val="ru-RU"/>
        </w:rPr>
        <w:t>.</w:t>
      </w:r>
    </w:p>
    <w:p w14:paraId="3DCC391D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«___» __________ 202_ р.        ______________ / ______________________</w:t>
      </w:r>
    </w:p>
    <w:p w14:paraId="5EB7D17E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b/>
          <w:lang w:val="ru-RU"/>
        </w:rPr>
        <w:t>Погоджено</w:t>
      </w:r>
      <w:proofErr w:type="spellEnd"/>
      <w:r w:rsidRPr="00FC0B6D">
        <w:rPr>
          <w:b/>
          <w:lang w:val="ru-RU"/>
        </w:rPr>
        <w:t>:</w:t>
      </w:r>
    </w:p>
    <w:p w14:paraId="4CECC54F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 xml:space="preserve">Гарант </w:t>
      </w:r>
      <w:proofErr w:type="spellStart"/>
      <w:r w:rsidRPr="00FC0B6D">
        <w:rPr>
          <w:lang w:val="ru-RU"/>
        </w:rPr>
        <w:t>освітньої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програми</w:t>
      </w:r>
      <w:proofErr w:type="spellEnd"/>
      <w:r w:rsidRPr="00FC0B6D">
        <w:rPr>
          <w:lang w:val="ru-RU"/>
        </w:rPr>
        <w:t xml:space="preserve"> ____________ / __________________________</w:t>
      </w:r>
    </w:p>
    <w:p w14:paraId="325A4F2D" w14:textId="77777777" w:rsidR="00412924" w:rsidRPr="000F24E4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Завідувач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кафедри</w:t>
      </w:r>
      <w:proofErr w:type="spellEnd"/>
      <w:r w:rsidRPr="00FC0B6D">
        <w:rPr>
          <w:lang w:val="ru-RU"/>
        </w:rPr>
        <w:t xml:space="preserve"> </w:t>
      </w:r>
      <w:r w:rsidRPr="000F24E4">
        <w:rPr>
          <w:lang w:val="ru-RU"/>
        </w:rPr>
        <w:t>___________________ / __________________________</w:t>
      </w:r>
    </w:p>
    <w:p w14:paraId="36EEFC33" w14:textId="77777777" w:rsidR="002619F6" w:rsidRPr="000F24E4" w:rsidRDefault="002619F6" w:rsidP="002619F6">
      <w:pPr>
        <w:ind w:firstLine="0"/>
        <w:rPr>
          <w:lang w:val="ru-RU"/>
        </w:rPr>
      </w:pPr>
      <w:r w:rsidRPr="000F24E4">
        <w:rPr>
          <w:lang w:val="ru-RU"/>
        </w:rPr>
        <w:t>Декан факультету ____________________ / __________________________</w:t>
      </w:r>
    </w:p>
    <w:p w14:paraId="4D9C4544" w14:textId="77777777" w:rsidR="00412924" w:rsidRPr="00FC0B6D" w:rsidRDefault="0021128B">
      <w:pPr>
        <w:ind w:firstLine="0"/>
        <w:rPr>
          <w:lang w:val="ru-RU"/>
        </w:rPr>
      </w:pPr>
      <w:r w:rsidRPr="000F24E4">
        <w:rPr>
          <w:lang w:val="ru-RU"/>
        </w:rPr>
        <w:t xml:space="preserve">Координатор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Pr="000F24E4">
        <w:rPr>
          <w:lang w:val="ru-RU"/>
        </w:rPr>
        <w:t xml:space="preserve"> _________ / __________________________</w:t>
      </w:r>
    </w:p>
    <w:p w14:paraId="7F1A2C53" w14:textId="77777777" w:rsidR="00412924" w:rsidRPr="00FC0B6D" w:rsidRDefault="0021128B">
      <w:pPr>
        <w:rPr>
          <w:lang w:val="ru-RU"/>
        </w:rPr>
      </w:pPr>
      <w:r w:rsidRPr="00FC0B6D">
        <w:rPr>
          <w:lang w:val="ru-RU"/>
        </w:rPr>
        <w:br w:type="page"/>
      </w:r>
    </w:p>
    <w:p w14:paraId="01BA1BBE" w14:textId="603DA642" w:rsidR="00D2720E" w:rsidRPr="00EA5407" w:rsidRDefault="00D2720E" w:rsidP="00EA5407">
      <w:pPr>
        <w:spacing w:line="240" w:lineRule="auto"/>
        <w:ind w:firstLine="0"/>
        <w:jc w:val="right"/>
        <w:rPr>
          <w:rFonts w:cs="Times New Roman"/>
          <w:lang w:val="uk-UA"/>
        </w:rPr>
      </w:pPr>
      <w:proofErr w:type="spellStart"/>
      <w:r w:rsidRPr="00EA5407">
        <w:rPr>
          <w:rFonts w:cs="Times New Roman"/>
          <w:lang w:val="ru-RU"/>
        </w:rPr>
        <w:lastRenderedPageBreak/>
        <w:t>Додаток</w:t>
      </w:r>
      <w:proofErr w:type="spellEnd"/>
      <w:r w:rsidRPr="00EA5407">
        <w:rPr>
          <w:rFonts w:cs="Times New Roman"/>
          <w:lang w:val="ru-RU"/>
        </w:rPr>
        <w:t xml:space="preserve"> </w:t>
      </w:r>
      <w:r w:rsidRPr="00EA5407">
        <w:rPr>
          <w:rFonts w:cs="Times New Roman"/>
          <w:lang w:val="uk-UA"/>
        </w:rPr>
        <w:t>Д</w:t>
      </w:r>
    </w:p>
    <w:p w14:paraId="2C906070" w14:textId="7F3584A1" w:rsidR="00D630A8" w:rsidRPr="00EA5407" w:rsidRDefault="00D630A8" w:rsidP="00EA5407">
      <w:pPr>
        <w:suppressAutoHyphens/>
        <w:autoSpaceDE w:val="0"/>
        <w:spacing w:line="240" w:lineRule="auto"/>
        <w:jc w:val="center"/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ФОРМА ІНДИВІДУАЛЬНОГО НАВЧАЛЬНОГО ПЛАНУ</w:t>
      </w:r>
    </w:p>
    <w:p w14:paraId="3DA48BA0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cs="Times New Roman"/>
          <w:kern w:val="2"/>
          <w:szCs w:val="28"/>
          <w:lang w:val="ru-RU" w:eastAsia="hi-IN" w:bidi="hi-IN"/>
        </w:rPr>
      </w:pPr>
    </w:p>
    <w:p w14:paraId="6C8D4673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cs="Times New Roman"/>
          <w:kern w:val="2"/>
          <w:szCs w:val="28"/>
          <w:lang w:val="ru-RU" w:eastAsia="hi-IN" w:bidi="hi-IN"/>
        </w:rPr>
      </w:pPr>
    </w:p>
    <w:p w14:paraId="02D49501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cs="Times New Roman"/>
          <w:kern w:val="2"/>
          <w:szCs w:val="28"/>
          <w:lang w:val="ru-RU" w:eastAsia="hi-IN" w:bidi="hi-IN"/>
        </w:rPr>
      </w:pPr>
    </w:p>
    <w:p w14:paraId="281DEF7C" w14:textId="641185C5" w:rsidR="00D630A8" w:rsidRPr="00EA5407" w:rsidRDefault="00D630A8" w:rsidP="00EA5407">
      <w:pPr>
        <w:suppressAutoHyphens/>
        <w:autoSpaceDE w:val="0"/>
        <w:spacing w:line="240" w:lineRule="auto"/>
        <w:rPr>
          <w:rFonts w:cs="Times New Roman"/>
          <w:kern w:val="2"/>
          <w:szCs w:val="28"/>
          <w:lang w:val="ru-RU" w:eastAsia="hi-IN" w:bidi="hi-IN"/>
        </w:rPr>
      </w:pPr>
      <w:r w:rsidRPr="00EA5407">
        <w:rPr>
          <w:rFonts w:cs="Times New Roman"/>
          <w:kern w:val="2"/>
          <w:szCs w:val="28"/>
          <w:lang w:val="ru-RU" w:eastAsia="hi-IN" w:bidi="hi-IN"/>
        </w:rPr>
        <w:t xml:space="preserve"> «</w:t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ЗАТВЕРДЖУЮ</w:t>
      </w:r>
      <w:r w:rsidRPr="00EA5407">
        <w:rPr>
          <w:rFonts w:cs="Times New Roman"/>
          <w:kern w:val="2"/>
          <w:szCs w:val="28"/>
          <w:lang w:val="ru-RU" w:eastAsia="hi-IN" w:bidi="hi-IN"/>
        </w:rPr>
        <w:t>»</w:t>
      </w:r>
    </w:p>
    <w:p w14:paraId="1F793813" w14:textId="0F45B594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Декан факультету </w:t>
      </w:r>
    </w:p>
    <w:p w14:paraId="0868E415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__________________________</w:t>
      </w:r>
    </w:p>
    <w:p w14:paraId="3B02AF6E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cs="Times New Roman"/>
          <w:kern w:val="2"/>
          <w:szCs w:val="28"/>
          <w:lang w:val="ru-RU" w:eastAsia="hi-IN" w:bidi="hi-IN"/>
        </w:rPr>
        <w:t xml:space="preserve"> «______» ____________20  _</w:t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р.</w:t>
      </w:r>
    </w:p>
    <w:p w14:paraId="7110D278" w14:textId="77777777" w:rsidR="00D630A8" w:rsidRPr="00EA5407" w:rsidRDefault="00D630A8" w:rsidP="00EA5407">
      <w:pPr>
        <w:suppressAutoHyphens/>
        <w:autoSpaceDE w:val="0"/>
        <w:spacing w:line="240" w:lineRule="auto"/>
        <w:jc w:val="center"/>
        <w:rPr>
          <w:rFonts w:cs="Times New Roman"/>
          <w:kern w:val="2"/>
          <w:szCs w:val="28"/>
          <w:lang w:val="ru-RU" w:eastAsia="hi-IN" w:bidi="hi-IN"/>
        </w:rPr>
      </w:pPr>
    </w:p>
    <w:p w14:paraId="2D6738AF" w14:textId="77777777" w:rsidR="00D630A8" w:rsidRPr="00EA5407" w:rsidRDefault="00D630A8" w:rsidP="00EA5407">
      <w:pPr>
        <w:suppressAutoHyphens/>
        <w:autoSpaceDE w:val="0"/>
        <w:spacing w:line="240" w:lineRule="auto"/>
        <w:jc w:val="center"/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ІНДИВІДУАЛЬНИЙ НАВЧАЛЬНИЙ ПЛАН</w:t>
      </w:r>
    </w:p>
    <w:p w14:paraId="6BF66B69" w14:textId="77777777" w:rsidR="00D630A8" w:rsidRPr="00EA5407" w:rsidRDefault="00D630A8" w:rsidP="00EA5407">
      <w:pPr>
        <w:suppressAutoHyphens/>
        <w:autoSpaceDE w:val="0"/>
        <w:spacing w:line="240" w:lineRule="auto"/>
        <w:jc w:val="center"/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здобувача</w:t>
      </w:r>
      <w:proofErr w:type="spellEnd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дуальної</w:t>
      </w:r>
      <w:proofErr w:type="spellEnd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форми</w:t>
      </w:r>
      <w:proofErr w:type="spellEnd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вищої</w:t>
      </w:r>
      <w:proofErr w:type="spellEnd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освіти</w:t>
      </w:r>
      <w:proofErr w:type="spellEnd"/>
    </w:p>
    <w:p w14:paraId="6783932D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Здобувач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вищої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освіти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_______________________________________________</w:t>
      </w:r>
    </w:p>
    <w:p w14:paraId="3DB22540" w14:textId="19E334C6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Факультет</w:t>
      </w:r>
      <w:r w:rsidRPr="00EA5407">
        <w:rPr>
          <w:rFonts w:eastAsia="Times New Roman CYR" w:cs="Times New Roman"/>
          <w:kern w:val="2"/>
          <w:szCs w:val="28"/>
          <w:lang w:eastAsia="hi-IN" w:bidi="hi-IN"/>
        </w:rPr>
        <w:t> </w:t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_________________________________________________</w:t>
      </w:r>
    </w:p>
    <w:p w14:paraId="764BE469" w14:textId="4B628A4C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Спеціальність</w:t>
      </w:r>
      <w:proofErr w:type="spellEnd"/>
      <w:r w:rsidR="004D0427"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(</w:t>
      </w:r>
      <w:proofErr w:type="spellStart"/>
      <w:r w:rsidR="004D0427" w:rsidRPr="00EA5407">
        <w:rPr>
          <w:rFonts w:eastAsia="Times New Roman CYR" w:cs="Times New Roman"/>
          <w:kern w:val="2"/>
          <w:szCs w:val="28"/>
          <w:lang w:val="ru-RU" w:eastAsia="hi-IN" w:bidi="hi-IN"/>
        </w:rPr>
        <w:t>спеціалізація</w:t>
      </w:r>
      <w:proofErr w:type="spellEnd"/>
      <w:r w:rsidR="004D0427"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) </w:t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_______________________________________________________</w:t>
      </w:r>
    </w:p>
    <w:p w14:paraId="58867A04" w14:textId="3C6C55C3" w:rsidR="00D630A8" w:rsidRPr="00EA5407" w:rsidRDefault="00D630A8" w:rsidP="00EA5407">
      <w:pPr>
        <w:autoSpaceDE w:val="0"/>
        <w:spacing w:line="240" w:lineRule="auto"/>
        <w:rPr>
          <w:rFonts w:eastAsia="Times New Roman CYR" w:cs="Times New Roman"/>
          <w:szCs w:val="28"/>
          <w:lang w:val="ru-RU"/>
        </w:rPr>
      </w:pPr>
      <w:proofErr w:type="spellStart"/>
      <w:r w:rsidRPr="00EA5407">
        <w:rPr>
          <w:rFonts w:eastAsia="Times New Roman CYR" w:cs="Times New Roman"/>
          <w:szCs w:val="28"/>
          <w:lang w:val="ru-RU"/>
        </w:rPr>
        <w:t>Рівень</w:t>
      </w:r>
      <w:proofErr w:type="spellEnd"/>
      <w:r w:rsidRPr="00EA5407">
        <w:rPr>
          <w:rFonts w:eastAsia="Times New Roman CYR" w:cs="Times New Roman"/>
          <w:szCs w:val="28"/>
          <w:lang w:val="ru-RU"/>
        </w:rPr>
        <w:t xml:space="preserve"> </w:t>
      </w:r>
      <w:proofErr w:type="spellStart"/>
      <w:r w:rsidRPr="00EA5407">
        <w:rPr>
          <w:rFonts w:eastAsia="Times New Roman CYR" w:cs="Times New Roman"/>
          <w:szCs w:val="28"/>
          <w:lang w:val="ru-RU"/>
        </w:rPr>
        <w:t>вищої</w:t>
      </w:r>
      <w:proofErr w:type="spellEnd"/>
      <w:r w:rsidRPr="00EA5407">
        <w:rPr>
          <w:rFonts w:eastAsia="Times New Roman CYR" w:cs="Times New Roman"/>
          <w:szCs w:val="28"/>
          <w:lang w:val="ru-RU"/>
        </w:rPr>
        <w:t xml:space="preserve"> </w:t>
      </w:r>
      <w:proofErr w:type="spellStart"/>
      <w:r w:rsidRPr="00EA5407">
        <w:rPr>
          <w:rFonts w:eastAsia="Times New Roman CYR" w:cs="Times New Roman"/>
          <w:szCs w:val="28"/>
          <w:lang w:val="ru-RU"/>
        </w:rPr>
        <w:t>освіти</w:t>
      </w:r>
      <w:proofErr w:type="spellEnd"/>
      <w:r w:rsidRPr="00EA5407">
        <w:rPr>
          <w:rFonts w:eastAsia="Times New Roman CYR" w:cs="Times New Roman"/>
          <w:szCs w:val="28"/>
          <w:lang w:val="ru-RU"/>
        </w:rPr>
        <w:t xml:space="preserve"> ____________________________</w:t>
      </w:r>
      <w:r w:rsidRPr="00EA5407">
        <w:rPr>
          <w:rFonts w:eastAsia="Times New Roman CYR" w:cs="Times New Roman"/>
          <w:szCs w:val="28"/>
          <w:lang w:val="ru-RU"/>
        </w:rPr>
        <w:tab/>
      </w:r>
    </w:p>
    <w:p w14:paraId="3A03DE9E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Освітній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ступінь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____________________________________________________</w:t>
      </w:r>
    </w:p>
    <w:p w14:paraId="41803435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Освітня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програма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___________________________________________________</w:t>
      </w:r>
    </w:p>
    <w:p w14:paraId="6E5FA2CD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Курс (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рік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навчання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)</w:t>
      </w:r>
      <w:r w:rsidRPr="00EA5407">
        <w:rPr>
          <w:rFonts w:eastAsia="Times New Roman CYR" w:cs="Times New Roman"/>
          <w:color w:val="FF0000"/>
          <w:kern w:val="2"/>
          <w:szCs w:val="28"/>
          <w:lang w:val="ru-RU" w:eastAsia="hi-IN" w:bidi="hi-IN"/>
        </w:rPr>
        <w:t xml:space="preserve"> </w:t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  <w:t>________</w:t>
      </w:r>
      <w:proofErr w:type="spellStart"/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>Г</w:t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рупа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</w:t>
      </w:r>
    </w:p>
    <w:p w14:paraId="65F59299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Навчальний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рік</w:t>
      </w:r>
      <w:proofErr w:type="spellEnd"/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u w:val="single"/>
          <w:lang w:val="ru-RU" w:eastAsia="hi-IN" w:bidi="hi-IN"/>
        </w:rPr>
        <w:tab/>
      </w: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Семестр ________________________</w:t>
      </w:r>
    </w:p>
    <w:p w14:paraId="1905E8CD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Завідувач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кафедрою _________________________________________________</w:t>
      </w:r>
    </w:p>
    <w:p w14:paraId="12C0C58F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Гарант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освітньої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програми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____________________________________________</w:t>
      </w:r>
    </w:p>
    <w:p w14:paraId="0867C490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</w:pPr>
    </w:p>
    <w:p w14:paraId="0FEC71FA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</w:pPr>
      <w:proofErr w:type="spellStart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Погоджено</w:t>
      </w:r>
      <w:proofErr w:type="spellEnd"/>
      <w:r w:rsidRPr="00EA5407">
        <w:rPr>
          <w:rFonts w:eastAsia="Times New Roman CYR" w:cs="Times New Roman"/>
          <w:b/>
          <w:bCs/>
          <w:kern w:val="2"/>
          <w:szCs w:val="28"/>
          <w:lang w:val="ru-RU" w:eastAsia="hi-IN" w:bidi="hi-IN"/>
        </w:rPr>
        <w:t>:</w:t>
      </w:r>
    </w:p>
    <w:p w14:paraId="7CDD36FE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val="ru-RU" w:eastAsia="hi-IN" w:bidi="hi-IN"/>
        </w:rPr>
      </w:pPr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Координатор 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від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 </w:t>
      </w:r>
      <w:proofErr w:type="spellStart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>університету</w:t>
      </w:r>
      <w:proofErr w:type="spellEnd"/>
      <w:r w:rsidRPr="00EA5407">
        <w:rPr>
          <w:rFonts w:eastAsia="Times New Roman CYR" w:cs="Times New Roman"/>
          <w:kern w:val="2"/>
          <w:szCs w:val="28"/>
          <w:lang w:val="ru-RU" w:eastAsia="hi-IN" w:bidi="hi-IN"/>
        </w:rPr>
        <w:t xml:space="preserve"> _________________________</w:t>
      </w:r>
    </w:p>
    <w:p w14:paraId="4D93B0CC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eastAsia="hi-IN" w:bidi="hi-IN"/>
        </w:rPr>
      </w:pPr>
      <w:proofErr w:type="spellStart"/>
      <w:r w:rsidRPr="00EA5407">
        <w:rPr>
          <w:rFonts w:eastAsia="Times New Roman CYR" w:cs="Times New Roman"/>
          <w:kern w:val="2"/>
          <w:szCs w:val="28"/>
          <w:lang w:eastAsia="hi-IN" w:bidi="hi-IN"/>
        </w:rPr>
        <w:t>Координатор</w:t>
      </w:r>
      <w:proofErr w:type="spellEnd"/>
      <w:r w:rsidRPr="00EA5407">
        <w:rPr>
          <w:rFonts w:eastAsia="Times New Roman CYR" w:cs="Times New Roman"/>
          <w:kern w:val="2"/>
          <w:szCs w:val="28"/>
          <w:lang w:eastAsia="hi-IN" w:bidi="hi-IN"/>
        </w:rPr>
        <w:t xml:space="preserve"> </w:t>
      </w:r>
      <w:proofErr w:type="spellStart"/>
      <w:r w:rsidRPr="00EA5407">
        <w:rPr>
          <w:rFonts w:eastAsia="Times New Roman CYR" w:cs="Times New Roman"/>
          <w:kern w:val="2"/>
          <w:szCs w:val="28"/>
          <w:lang w:eastAsia="hi-IN" w:bidi="hi-IN"/>
        </w:rPr>
        <w:t>від</w:t>
      </w:r>
      <w:proofErr w:type="spellEnd"/>
      <w:r w:rsidRPr="00EA5407">
        <w:rPr>
          <w:rFonts w:eastAsia="Times New Roman CYR" w:cs="Times New Roman"/>
          <w:kern w:val="2"/>
          <w:szCs w:val="28"/>
          <w:lang w:eastAsia="hi-IN" w:bidi="hi-IN"/>
        </w:rPr>
        <w:t xml:space="preserve"> </w:t>
      </w:r>
      <w:proofErr w:type="spellStart"/>
      <w:proofErr w:type="gramStart"/>
      <w:r w:rsidRPr="00EA5407">
        <w:rPr>
          <w:rFonts w:eastAsia="Times New Roman CYR" w:cs="Times New Roman"/>
          <w:kern w:val="2"/>
          <w:szCs w:val="28"/>
          <w:lang w:eastAsia="hi-IN" w:bidi="hi-IN"/>
        </w:rPr>
        <w:t>роботодавця</w:t>
      </w:r>
      <w:proofErr w:type="spellEnd"/>
      <w:r w:rsidRPr="00EA5407">
        <w:rPr>
          <w:rFonts w:eastAsia="Times New Roman CYR" w:cs="Times New Roman"/>
          <w:kern w:val="2"/>
          <w:szCs w:val="28"/>
          <w:lang w:eastAsia="hi-IN" w:bidi="hi-IN"/>
        </w:rPr>
        <w:t xml:space="preserve">  _</w:t>
      </w:r>
      <w:proofErr w:type="gramEnd"/>
      <w:r w:rsidRPr="00EA5407">
        <w:rPr>
          <w:rFonts w:eastAsia="Times New Roman CYR" w:cs="Times New Roman"/>
          <w:kern w:val="2"/>
          <w:szCs w:val="28"/>
          <w:lang w:eastAsia="hi-IN" w:bidi="hi-IN"/>
        </w:rPr>
        <w:t>__________________</w:t>
      </w:r>
    </w:p>
    <w:p w14:paraId="35F26C22" w14:textId="77777777" w:rsidR="00D630A8" w:rsidRPr="00EA5407" w:rsidRDefault="00D630A8" w:rsidP="00EA5407">
      <w:pPr>
        <w:suppressAutoHyphens/>
        <w:autoSpaceDE w:val="0"/>
        <w:spacing w:line="240" w:lineRule="auto"/>
        <w:rPr>
          <w:rFonts w:eastAsia="Times New Roman CYR" w:cs="Times New Roman"/>
          <w:kern w:val="2"/>
          <w:szCs w:val="28"/>
          <w:lang w:eastAsia="hi-IN" w:bidi="hi-IN"/>
        </w:rPr>
      </w:pPr>
    </w:p>
    <w:p w14:paraId="498FB587" w14:textId="77777777" w:rsidR="00D630A8" w:rsidRPr="00EA5407" w:rsidRDefault="00D630A8" w:rsidP="00EA5407">
      <w:pPr>
        <w:spacing w:line="240" w:lineRule="auto"/>
        <w:rPr>
          <w:rFonts w:cs="Times New Roman"/>
          <w:lang w:val="uk-UA"/>
        </w:rPr>
      </w:pPr>
    </w:p>
    <w:p w14:paraId="77CFFDB4" w14:textId="77777777" w:rsidR="00D630A8" w:rsidRPr="00EA5407" w:rsidRDefault="00D630A8" w:rsidP="00EA5407">
      <w:pPr>
        <w:spacing w:line="240" w:lineRule="auto"/>
        <w:ind w:firstLine="0"/>
        <w:jc w:val="left"/>
        <w:rPr>
          <w:rFonts w:cs="Times New Roman"/>
          <w:lang w:val="uk-UA"/>
        </w:rPr>
      </w:pPr>
      <w:r w:rsidRPr="00EA5407">
        <w:rPr>
          <w:rFonts w:cs="Times New Roman"/>
          <w:lang w:val="uk-UA"/>
        </w:rPr>
        <w:br w:type="page"/>
      </w:r>
    </w:p>
    <w:tbl>
      <w:tblPr>
        <w:tblStyle w:val="TableGrid"/>
        <w:tblpPr w:leftFromText="180" w:rightFromText="180" w:horzAnchor="margin" w:tblpXSpec="center" w:tblpY="254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"/>
        <w:gridCol w:w="2776"/>
        <w:gridCol w:w="629"/>
        <w:gridCol w:w="863"/>
        <w:gridCol w:w="333"/>
        <w:gridCol w:w="14"/>
        <w:gridCol w:w="303"/>
        <w:gridCol w:w="50"/>
        <w:gridCol w:w="416"/>
        <w:gridCol w:w="418"/>
        <w:gridCol w:w="494"/>
        <w:gridCol w:w="470"/>
        <w:gridCol w:w="428"/>
        <w:gridCol w:w="500"/>
        <w:gridCol w:w="506"/>
        <w:gridCol w:w="502"/>
        <w:gridCol w:w="1007"/>
      </w:tblGrid>
      <w:tr w:rsidR="000604F2" w:rsidRPr="00EA5407" w14:paraId="7C1EA651" w14:textId="77777777" w:rsidTr="00EA5407">
        <w:trPr>
          <w:trHeight w:val="218"/>
        </w:trPr>
        <w:tc>
          <w:tcPr>
            <w:tcW w:w="187" w:type="pct"/>
            <w:vMerge w:val="restart"/>
            <w:vAlign w:val="center"/>
          </w:tcPr>
          <w:p w14:paraId="79205D6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lastRenderedPageBreak/>
              <w:t>№ з/п</w:t>
            </w:r>
          </w:p>
        </w:tc>
        <w:tc>
          <w:tcPr>
            <w:tcW w:w="1376" w:type="pct"/>
            <w:vMerge w:val="restart"/>
            <w:vAlign w:val="center"/>
          </w:tcPr>
          <w:p w14:paraId="69ABF927" w14:textId="54DF3163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2937" w:type="pct"/>
            <w:gridSpan w:val="14"/>
            <w:vAlign w:val="center"/>
          </w:tcPr>
          <w:p w14:paraId="05824AF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Навчальні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навантаження</w:t>
            </w:r>
            <w:proofErr w:type="spellEnd"/>
          </w:p>
        </w:tc>
        <w:tc>
          <w:tcPr>
            <w:tcW w:w="500" w:type="pct"/>
            <w:vMerge w:val="restart"/>
            <w:vAlign w:val="center"/>
          </w:tcPr>
          <w:p w14:paraId="72830B5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Форма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підсумко-вого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контролю</w:t>
            </w:r>
            <w:proofErr w:type="spellEnd"/>
          </w:p>
          <w:p w14:paraId="285632F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0DEDF00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5218A9D7" w14:textId="77777777" w:rsidTr="00EA5407">
        <w:trPr>
          <w:cantSplit/>
          <w:trHeight w:val="163"/>
        </w:trPr>
        <w:tc>
          <w:tcPr>
            <w:tcW w:w="187" w:type="pct"/>
            <w:vMerge/>
            <w:vAlign w:val="center"/>
          </w:tcPr>
          <w:p w14:paraId="3EDF66D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  <w:vAlign w:val="center"/>
          </w:tcPr>
          <w:p w14:paraId="1B7911D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0EAEF0E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К-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ть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годин</w:t>
            </w:r>
            <w:proofErr w:type="spellEnd"/>
          </w:p>
        </w:tc>
        <w:tc>
          <w:tcPr>
            <w:tcW w:w="428" w:type="pct"/>
            <w:vMerge w:val="restart"/>
            <w:vAlign w:val="center"/>
          </w:tcPr>
          <w:p w14:paraId="685C886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К-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ть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кредитів</w:t>
            </w:r>
            <w:proofErr w:type="spellEnd"/>
          </w:p>
        </w:tc>
        <w:tc>
          <w:tcPr>
            <w:tcW w:w="1697" w:type="pct"/>
            <w:gridSpan w:val="10"/>
            <w:vAlign w:val="center"/>
          </w:tcPr>
          <w:p w14:paraId="40EB0535" w14:textId="52102EA0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Аудиторні</w:t>
            </w:r>
            <w:proofErr w:type="spellEnd"/>
          </w:p>
        </w:tc>
        <w:tc>
          <w:tcPr>
            <w:tcW w:w="500" w:type="pct"/>
            <w:gridSpan w:val="2"/>
            <w:vMerge w:val="restart"/>
            <w:vAlign w:val="center"/>
          </w:tcPr>
          <w:p w14:paraId="133397E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Самостійна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робота</w:t>
            </w:r>
            <w:proofErr w:type="spellEnd"/>
          </w:p>
        </w:tc>
        <w:tc>
          <w:tcPr>
            <w:tcW w:w="500" w:type="pct"/>
            <w:vMerge/>
            <w:vAlign w:val="center"/>
          </w:tcPr>
          <w:p w14:paraId="3D571DA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7BAE2599" w14:textId="77777777" w:rsidTr="00EA5407">
        <w:trPr>
          <w:cantSplit/>
          <w:trHeight w:val="570"/>
        </w:trPr>
        <w:tc>
          <w:tcPr>
            <w:tcW w:w="187" w:type="pct"/>
            <w:vMerge/>
          </w:tcPr>
          <w:p w14:paraId="17387CB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</w:tcPr>
          <w:p w14:paraId="6D1549A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/>
            <w:textDirection w:val="btLr"/>
          </w:tcPr>
          <w:p w14:paraId="64B6747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  <w:vMerge/>
            <w:textDirection w:val="btLr"/>
          </w:tcPr>
          <w:p w14:paraId="469EBE1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47" w:type="pct"/>
            <w:gridSpan w:val="4"/>
            <w:tcMar>
              <w:left w:w="0" w:type="dxa"/>
              <w:right w:w="0" w:type="dxa"/>
            </w:tcMar>
            <w:vAlign w:val="center"/>
          </w:tcPr>
          <w:p w14:paraId="52EF4F6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Лекції</w:t>
            </w:r>
            <w:proofErr w:type="spellEnd"/>
          </w:p>
        </w:tc>
        <w:tc>
          <w:tcPr>
            <w:tcW w:w="413" w:type="pct"/>
            <w:gridSpan w:val="2"/>
            <w:tcMar>
              <w:left w:w="0" w:type="dxa"/>
              <w:right w:w="0" w:type="dxa"/>
            </w:tcMar>
            <w:vAlign w:val="center"/>
          </w:tcPr>
          <w:p w14:paraId="41C6BE9F" w14:textId="75855ECC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Практичні</w:t>
            </w:r>
            <w:proofErr w:type="spellEnd"/>
          </w:p>
        </w:tc>
        <w:tc>
          <w:tcPr>
            <w:tcW w:w="477" w:type="pct"/>
            <w:gridSpan w:val="2"/>
            <w:tcMar>
              <w:left w:w="0" w:type="dxa"/>
              <w:right w:w="0" w:type="dxa"/>
            </w:tcMar>
            <w:vAlign w:val="center"/>
          </w:tcPr>
          <w:p w14:paraId="008BB22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Семінарські</w:t>
            </w:r>
            <w:proofErr w:type="spellEnd"/>
          </w:p>
        </w:tc>
        <w:tc>
          <w:tcPr>
            <w:tcW w:w="460" w:type="pct"/>
            <w:gridSpan w:val="2"/>
            <w:tcMar>
              <w:left w:w="0" w:type="dxa"/>
              <w:right w:w="0" w:type="dxa"/>
            </w:tcMar>
            <w:vAlign w:val="center"/>
          </w:tcPr>
          <w:p w14:paraId="0A3F4F1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Лабораторні</w:t>
            </w:r>
            <w:proofErr w:type="spellEnd"/>
          </w:p>
        </w:tc>
        <w:tc>
          <w:tcPr>
            <w:tcW w:w="500" w:type="pct"/>
            <w:gridSpan w:val="2"/>
            <w:vMerge/>
            <w:textDirection w:val="btLr"/>
          </w:tcPr>
          <w:p w14:paraId="39C966D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500" w:type="pct"/>
            <w:vMerge/>
            <w:textDirection w:val="tbRl"/>
          </w:tcPr>
          <w:p w14:paraId="7E7C254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4FB26722" w14:textId="77777777" w:rsidTr="00EA5407">
        <w:trPr>
          <w:cantSplit/>
          <w:trHeight w:val="376"/>
        </w:trPr>
        <w:tc>
          <w:tcPr>
            <w:tcW w:w="187" w:type="pct"/>
            <w:vMerge/>
          </w:tcPr>
          <w:p w14:paraId="62E5498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</w:tcPr>
          <w:p w14:paraId="1141BB7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/>
            <w:textDirection w:val="btLr"/>
          </w:tcPr>
          <w:p w14:paraId="21C2C49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  <w:vMerge/>
            <w:textDirection w:val="btLr"/>
          </w:tcPr>
          <w:p w14:paraId="47FD8DD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Mar>
              <w:left w:w="0" w:type="dxa"/>
              <w:right w:w="0" w:type="dxa"/>
            </w:tcMar>
            <w:vAlign w:val="center"/>
          </w:tcPr>
          <w:p w14:paraId="6536F33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175" w:type="pct"/>
            <w:gridSpan w:val="2"/>
            <w:vAlign w:val="center"/>
          </w:tcPr>
          <w:p w14:paraId="081CEF0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590AB0E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  <w:p w14:paraId="0A31E4E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06" w:type="pct"/>
            <w:tcMar>
              <w:left w:w="0" w:type="dxa"/>
              <w:right w:w="0" w:type="dxa"/>
            </w:tcMar>
            <w:vAlign w:val="center"/>
          </w:tcPr>
          <w:p w14:paraId="3726B72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06" w:type="pct"/>
            <w:vAlign w:val="center"/>
          </w:tcPr>
          <w:p w14:paraId="634E039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245" w:type="pct"/>
            <w:tcMar>
              <w:left w:w="0" w:type="dxa"/>
              <w:right w:w="0" w:type="dxa"/>
            </w:tcMar>
            <w:vAlign w:val="center"/>
          </w:tcPr>
          <w:p w14:paraId="42ED050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33" w:type="pct"/>
            <w:vAlign w:val="center"/>
          </w:tcPr>
          <w:p w14:paraId="19E6044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283FF15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  <w:p w14:paraId="381B4C2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  <w:tcMar>
              <w:left w:w="0" w:type="dxa"/>
              <w:right w:w="0" w:type="dxa"/>
            </w:tcMar>
            <w:vAlign w:val="center"/>
          </w:tcPr>
          <w:p w14:paraId="0A449BE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48" w:type="pct"/>
            <w:vAlign w:val="center"/>
          </w:tcPr>
          <w:p w14:paraId="051DC7C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251" w:type="pct"/>
          </w:tcPr>
          <w:p w14:paraId="6287105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728A9FA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49" w:type="pct"/>
          </w:tcPr>
          <w:p w14:paraId="4B1C103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0EA7686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500" w:type="pct"/>
          </w:tcPr>
          <w:p w14:paraId="475CD70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3F40B457" w14:textId="77777777" w:rsidTr="00EA5407">
        <w:trPr>
          <w:trHeight w:val="218"/>
        </w:trPr>
        <w:tc>
          <w:tcPr>
            <w:tcW w:w="5000" w:type="pct"/>
            <w:gridSpan w:val="17"/>
          </w:tcPr>
          <w:p w14:paraId="0A2B6EA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>О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світні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компоненти</w:t>
            </w:r>
          </w:p>
        </w:tc>
      </w:tr>
      <w:tr w:rsidR="000604F2" w:rsidRPr="00EA5407" w14:paraId="53B2334C" w14:textId="77777777" w:rsidTr="00EA5407">
        <w:trPr>
          <w:trHeight w:val="70"/>
        </w:trPr>
        <w:tc>
          <w:tcPr>
            <w:tcW w:w="187" w:type="pct"/>
          </w:tcPr>
          <w:p w14:paraId="305345D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76" w:type="pct"/>
          </w:tcPr>
          <w:p w14:paraId="05AC54C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3F3E1FA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4D521C9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621ED60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5405548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6B87DF2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5688085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3BB6097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5195013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5C5CEB5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8" w:type="pct"/>
          </w:tcPr>
          <w:p w14:paraId="73BDE15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51" w:type="pct"/>
          </w:tcPr>
          <w:p w14:paraId="567BAEC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61ED348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6405F5C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6EF252C7" w14:textId="77777777" w:rsidTr="00EA5407">
        <w:trPr>
          <w:trHeight w:val="218"/>
        </w:trPr>
        <w:tc>
          <w:tcPr>
            <w:tcW w:w="187" w:type="pct"/>
          </w:tcPr>
          <w:p w14:paraId="7666D54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76" w:type="pct"/>
          </w:tcPr>
          <w:p w14:paraId="6212045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683DC3A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2487475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74C8A97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511B659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2316619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2CAB067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3823116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345FECB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5F09272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7D3115D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5F1F6B7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536A7B0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36FEFB1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29092E42" w14:textId="77777777" w:rsidTr="00EA5407">
        <w:trPr>
          <w:trHeight w:val="218"/>
        </w:trPr>
        <w:tc>
          <w:tcPr>
            <w:tcW w:w="187" w:type="pct"/>
          </w:tcPr>
          <w:p w14:paraId="615E7E7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76" w:type="pct"/>
          </w:tcPr>
          <w:p w14:paraId="0125D9D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2422112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49F9B48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0B907C5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40FE37F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73B516C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0538B92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6C23B84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31605A1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586D4BD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74028FD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215592D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6AEFD4B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0DC065A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71144C43" w14:textId="77777777" w:rsidTr="00EA5407">
        <w:trPr>
          <w:trHeight w:val="218"/>
        </w:trPr>
        <w:tc>
          <w:tcPr>
            <w:tcW w:w="187" w:type="pct"/>
          </w:tcPr>
          <w:p w14:paraId="60406B5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376" w:type="pct"/>
          </w:tcPr>
          <w:p w14:paraId="2263193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4ECB0B5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5E7E5FC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312CE2A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21FF211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53A4563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628BD83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29F383B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7E10B80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626FE4D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79ABDEB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518B993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7382070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5E54AA4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576D3B8C" w14:textId="77777777" w:rsidTr="00EA5407">
        <w:trPr>
          <w:trHeight w:val="218"/>
        </w:trPr>
        <w:tc>
          <w:tcPr>
            <w:tcW w:w="187" w:type="pct"/>
          </w:tcPr>
          <w:p w14:paraId="32BE9F9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76" w:type="pct"/>
          </w:tcPr>
          <w:p w14:paraId="55FCA05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57A036E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3867C53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0006964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17BF982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2C3BF34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12F077E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2E3588E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56D1DC8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4C064CB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28B9ACE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762AB1A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5EEEDD3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0CA956A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1611AEDB" w14:textId="77777777" w:rsidTr="00EA5407">
        <w:trPr>
          <w:trHeight w:val="218"/>
        </w:trPr>
        <w:tc>
          <w:tcPr>
            <w:tcW w:w="1563" w:type="pct"/>
            <w:gridSpan w:val="2"/>
          </w:tcPr>
          <w:p w14:paraId="3C11D4C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Всього</w:t>
            </w:r>
            <w:proofErr w:type="spellEnd"/>
          </w:p>
          <w:p w14:paraId="131D07E0" w14:textId="2F425EDE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 xml:space="preserve">за </w:t>
            </w:r>
            <w:r w:rsidR="001D35FB" w:rsidRPr="00EA5407">
              <w:rPr>
                <w:rFonts w:cs="Times New Roman"/>
                <w:b/>
                <w:sz w:val="16"/>
                <w:szCs w:val="16"/>
                <w:lang w:val="uk-UA"/>
              </w:rPr>
              <w:t xml:space="preserve">1 </w:t>
            </w: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>семестр</w:t>
            </w:r>
          </w:p>
        </w:tc>
        <w:tc>
          <w:tcPr>
            <w:tcW w:w="312" w:type="pct"/>
          </w:tcPr>
          <w:p w14:paraId="5BC3E29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04D84F8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797019B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5C96ED8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2524081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7256902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7DE5EEE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790BFF8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5C5764A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8" w:type="pct"/>
          </w:tcPr>
          <w:p w14:paraId="1FBDC0A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51" w:type="pct"/>
          </w:tcPr>
          <w:p w14:paraId="4D937F0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2E7E407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3C7CAD5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7CEECF93" w14:textId="77777777" w:rsidTr="00EA5407">
        <w:trPr>
          <w:trHeight w:val="218"/>
        </w:trPr>
        <w:tc>
          <w:tcPr>
            <w:tcW w:w="187" w:type="pct"/>
            <w:vMerge w:val="restart"/>
            <w:vAlign w:val="center"/>
          </w:tcPr>
          <w:p w14:paraId="3F6DC46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№ з/п</w:t>
            </w:r>
          </w:p>
        </w:tc>
        <w:tc>
          <w:tcPr>
            <w:tcW w:w="1376" w:type="pct"/>
            <w:vMerge w:val="restart"/>
            <w:vAlign w:val="center"/>
          </w:tcPr>
          <w:p w14:paraId="711469C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Назва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дисциплін</w:t>
            </w:r>
            <w:proofErr w:type="spellEnd"/>
          </w:p>
        </w:tc>
        <w:tc>
          <w:tcPr>
            <w:tcW w:w="2937" w:type="pct"/>
            <w:gridSpan w:val="14"/>
            <w:vAlign w:val="center"/>
          </w:tcPr>
          <w:p w14:paraId="372AC046" w14:textId="7BC34276" w:rsidR="000604F2" w:rsidRPr="00EA5407" w:rsidRDefault="00EE339D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Навчальне</w:t>
            </w:r>
            <w:proofErr w:type="spellEnd"/>
            <w:r w:rsidR="000604F2"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0604F2" w:rsidRPr="00EA5407">
              <w:rPr>
                <w:rFonts w:cs="Times New Roman"/>
                <w:b/>
                <w:sz w:val="16"/>
                <w:szCs w:val="16"/>
              </w:rPr>
              <w:t>навантаження</w:t>
            </w:r>
            <w:proofErr w:type="spellEnd"/>
          </w:p>
        </w:tc>
        <w:tc>
          <w:tcPr>
            <w:tcW w:w="500" w:type="pct"/>
            <w:vMerge w:val="restart"/>
            <w:vAlign w:val="center"/>
          </w:tcPr>
          <w:p w14:paraId="7E1F144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Форма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підсумко-вого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контролю</w:t>
            </w:r>
            <w:proofErr w:type="spellEnd"/>
          </w:p>
          <w:p w14:paraId="095988E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4AE6379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405114E5" w14:textId="77777777" w:rsidTr="00EA5407">
        <w:trPr>
          <w:cantSplit/>
          <w:trHeight w:val="163"/>
        </w:trPr>
        <w:tc>
          <w:tcPr>
            <w:tcW w:w="187" w:type="pct"/>
            <w:vMerge/>
            <w:vAlign w:val="center"/>
          </w:tcPr>
          <w:p w14:paraId="709E3E0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  <w:vAlign w:val="center"/>
          </w:tcPr>
          <w:p w14:paraId="01BF581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24A3E67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К-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ть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годин</w:t>
            </w:r>
            <w:proofErr w:type="spellEnd"/>
          </w:p>
        </w:tc>
        <w:tc>
          <w:tcPr>
            <w:tcW w:w="428" w:type="pct"/>
            <w:vMerge w:val="restart"/>
            <w:vAlign w:val="center"/>
          </w:tcPr>
          <w:p w14:paraId="3ECE2BB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К-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ть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кредитів</w:t>
            </w:r>
            <w:proofErr w:type="spellEnd"/>
          </w:p>
        </w:tc>
        <w:tc>
          <w:tcPr>
            <w:tcW w:w="1697" w:type="pct"/>
            <w:gridSpan w:val="10"/>
            <w:vAlign w:val="center"/>
          </w:tcPr>
          <w:p w14:paraId="06700851" w14:textId="51D99AD2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Аудиторні</w:t>
            </w:r>
            <w:proofErr w:type="spellEnd"/>
          </w:p>
        </w:tc>
        <w:tc>
          <w:tcPr>
            <w:tcW w:w="500" w:type="pct"/>
            <w:gridSpan w:val="2"/>
            <w:vMerge w:val="restart"/>
            <w:vAlign w:val="center"/>
          </w:tcPr>
          <w:p w14:paraId="12FBB01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Самостійна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робота</w:t>
            </w:r>
            <w:proofErr w:type="spellEnd"/>
          </w:p>
        </w:tc>
        <w:tc>
          <w:tcPr>
            <w:tcW w:w="500" w:type="pct"/>
            <w:vMerge/>
            <w:vAlign w:val="center"/>
          </w:tcPr>
          <w:p w14:paraId="5C9E4F3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73703720" w14:textId="77777777" w:rsidTr="00EA5407">
        <w:trPr>
          <w:cantSplit/>
          <w:trHeight w:val="570"/>
        </w:trPr>
        <w:tc>
          <w:tcPr>
            <w:tcW w:w="187" w:type="pct"/>
            <w:vMerge/>
          </w:tcPr>
          <w:p w14:paraId="019B65F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</w:tcPr>
          <w:p w14:paraId="41A3873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/>
            <w:textDirection w:val="btLr"/>
          </w:tcPr>
          <w:p w14:paraId="3987956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  <w:vMerge/>
            <w:textDirection w:val="btLr"/>
          </w:tcPr>
          <w:p w14:paraId="217AC9B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47" w:type="pct"/>
            <w:gridSpan w:val="4"/>
            <w:tcMar>
              <w:left w:w="0" w:type="dxa"/>
              <w:right w:w="0" w:type="dxa"/>
            </w:tcMar>
            <w:vAlign w:val="center"/>
          </w:tcPr>
          <w:p w14:paraId="7E982CC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Лекції</w:t>
            </w:r>
            <w:proofErr w:type="spellEnd"/>
          </w:p>
        </w:tc>
        <w:tc>
          <w:tcPr>
            <w:tcW w:w="413" w:type="pct"/>
            <w:gridSpan w:val="2"/>
            <w:tcMar>
              <w:left w:w="0" w:type="dxa"/>
              <w:right w:w="0" w:type="dxa"/>
            </w:tcMar>
            <w:vAlign w:val="center"/>
          </w:tcPr>
          <w:p w14:paraId="2EFB4901" w14:textId="24155D4E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Практичні</w:t>
            </w:r>
            <w:proofErr w:type="spellEnd"/>
          </w:p>
        </w:tc>
        <w:tc>
          <w:tcPr>
            <w:tcW w:w="477" w:type="pct"/>
            <w:gridSpan w:val="2"/>
            <w:tcMar>
              <w:left w:w="0" w:type="dxa"/>
              <w:right w:w="0" w:type="dxa"/>
            </w:tcMar>
            <w:vAlign w:val="center"/>
          </w:tcPr>
          <w:p w14:paraId="792C7C8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Семінарські</w:t>
            </w:r>
            <w:proofErr w:type="spellEnd"/>
          </w:p>
        </w:tc>
        <w:tc>
          <w:tcPr>
            <w:tcW w:w="460" w:type="pct"/>
            <w:gridSpan w:val="2"/>
            <w:tcMar>
              <w:left w:w="0" w:type="dxa"/>
              <w:right w:w="0" w:type="dxa"/>
            </w:tcMar>
            <w:vAlign w:val="center"/>
          </w:tcPr>
          <w:p w14:paraId="3AB17C9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Лабораторні</w:t>
            </w:r>
            <w:proofErr w:type="spellEnd"/>
          </w:p>
        </w:tc>
        <w:tc>
          <w:tcPr>
            <w:tcW w:w="500" w:type="pct"/>
            <w:gridSpan w:val="2"/>
            <w:vMerge/>
            <w:textDirection w:val="btLr"/>
          </w:tcPr>
          <w:p w14:paraId="46048B8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500" w:type="pct"/>
            <w:vMerge/>
            <w:textDirection w:val="tbRl"/>
          </w:tcPr>
          <w:p w14:paraId="3769DDD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22E9F04C" w14:textId="77777777" w:rsidTr="00EA5407">
        <w:trPr>
          <w:cantSplit/>
          <w:trHeight w:val="376"/>
        </w:trPr>
        <w:tc>
          <w:tcPr>
            <w:tcW w:w="187" w:type="pct"/>
            <w:vMerge/>
          </w:tcPr>
          <w:p w14:paraId="32FFC56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76" w:type="pct"/>
            <w:vMerge/>
          </w:tcPr>
          <w:p w14:paraId="1944E72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  <w:vMerge/>
            <w:textDirection w:val="btLr"/>
          </w:tcPr>
          <w:p w14:paraId="0364516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  <w:vMerge/>
            <w:textDirection w:val="btLr"/>
          </w:tcPr>
          <w:p w14:paraId="3A93C9E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Mar>
              <w:left w:w="0" w:type="dxa"/>
              <w:right w:w="0" w:type="dxa"/>
            </w:tcMar>
            <w:vAlign w:val="center"/>
          </w:tcPr>
          <w:p w14:paraId="52B4F1C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175" w:type="pct"/>
            <w:gridSpan w:val="2"/>
            <w:vAlign w:val="center"/>
          </w:tcPr>
          <w:p w14:paraId="02ABC00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11F3700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  <w:p w14:paraId="431D134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06" w:type="pct"/>
            <w:tcMar>
              <w:left w:w="0" w:type="dxa"/>
              <w:right w:w="0" w:type="dxa"/>
            </w:tcMar>
            <w:vAlign w:val="center"/>
          </w:tcPr>
          <w:p w14:paraId="4D78B89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06" w:type="pct"/>
            <w:vAlign w:val="center"/>
          </w:tcPr>
          <w:p w14:paraId="2B4E957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245" w:type="pct"/>
            <w:tcMar>
              <w:left w:w="0" w:type="dxa"/>
              <w:right w:w="0" w:type="dxa"/>
            </w:tcMar>
            <w:vAlign w:val="center"/>
          </w:tcPr>
          <w:p w14:paraId="00C8751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33" w:type="pct"/>
            <w:vAlign w:val="center"/>
          </w:tcPr>
          <w:p w14:paraId="2541713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5AA10DB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  <w:p w14:paraId="6F99114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  <w:tcMar>
              <w:left w:w="0" w:type="dxa"/>
              <w:right w:w="0" w:type="dxa"/>
            </w:tcMar>
            <w:vAlign w:val="center"/>
          </w:tcPr>
          <w:p w14:paraId="5E39558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48" w:type="pct"/>
            <w:vAlign w:val="center"/>
          </w:tcPr>
          <w:p w14:paraId="5893938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251" w:type="pct"/>
          </w:tcPr>
          <w:p w14:paraId="308FA0A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1113BF4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У</w:t>
            </w:r>
          </w:p>
        </w:tc>
        <w:tc>
          <w:tcPr>
            <w:tcW w:w="249" w:type="pct"/>
          </w:tcPr>
          <w:p w14:paraId="3D9DC3A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68670A9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П</w:t>
            </w:r>
          </w:p>
        </w:tc>
        <w:tc>
          <w:tcPr>
            <w:tcW w:w="500" w:type="pct"/>
          </w:tcPr>
          <w:p w14:paraId="540D726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3700BE31" w14:textId="77777777" w:rsidTr="00EA5407">
        <w:trPr>
          <w:trHeight w:val="218"/>
        </w:trPr>
        <w:tc>
          <w:tcPr>
            <w:tcW w:w="5000" w:type="pct"/>
            <w:gridSpan w:val="17"/>
          </w:tcPr>
          <w:p w14:paraId="03B44D2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>О</w:t>
            </w: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світні</w:t>
            </w:r>
            <w:proofErr w:type="spellEnd"/>
            <w:r w:rsidRPr="00EA5407">
              <w:rPr>
                <w:rFonts w:cs="Times New Roman"/>
                <w:b/>
                <w:sz w:val="16"/>
                <w:szCs w:val="16"/>
              </w:rPr>
              <w:t xml:space="preserve"> компоненти</w:t>
            </w:r>
          </w:p>
        </w:tc>
      </w:tr>
      <w:tr w:rsidR="000604F2" w:rsidRPr="00EA5407" w14:paraId="706D742D" w14:textId="77777777" w:rsidTr="00EA5407">
        <w:trPr>
          <w:trHeight w:val="70"/>
        </w:trPr>
        <w:tc>
          <w:tcPr>
            <w:tcW w:w="187" w:type="pct"/>
          </w:tcPr>
          <w:p w14:paraId="328D1C4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76" w:type="pct"/>
          </w:tcPr>
          <w:p w14:paraId="6A832F7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45C0568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7EC517C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6A2EA5E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1A9F832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74767E9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00E4A0B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5DF61ED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4609E4D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049CDD0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8" w:type="pct"/>
          </w:tcPr>
          <w:p w14:paraId="10D835F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51" w:type="pct"/>
          </w:tcPr>
          <w:p w14:paraId="519B88E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56DF813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576C4A5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36DF845D" w14:textId="77777777" w:rsidTr="00EA5407">
        <w:trPr>
          <w:trHeight w:val="218"/>
        </w:trPr>
        <w:tc>
          <w:tcPr>
            <w:tcW w:w="187" w:type="pct"/>
          </w:tcPr>
          <w:p w14:paraId="320ECA8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76" w:type="pct"/>
          </w:tcPr>
          <w:p w14:paraId="7C7B568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22B47F6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0189133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02B2518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0DEDDB1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78FAF82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4F0EC5D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04C8F79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2CD01D7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47068F5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61B57F7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0AE75B3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68A3DB5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7121C06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66E20495" w14:textId="77777777" w:rsidTr="00EA5407">
        <w:trPr>
          <w:trHeight w:val="218"/>
        </w:trPr>
        <w:tc>
          <w:tcPr>
            <w:tcW w:w="187" w:type="pct"/>
          </w:tcPr>
          <w:p w14:paraId="37E5C65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76" w:type="pct"/>
          </w:tcPr>
          <w:p w14:paraId="04F5E5C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687D8AD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3343473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3711152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2564534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14DB9EC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4867769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443E269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1F5B92F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1721462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728DF44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4AE1300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3BFBFCC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4D1CD9F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2E502679" w14:textId="77777777" w:rsidTr="00EA5407">
        <w:trPr>
          <w:trHeight w:val="218"/>
        </w:trPr>
        <w:tc>
          <w:tcPr>
            <w:tcW w:w="187" w:type="pct"/>
          </w:tcPr>
          <w:p w14:paraId="07D6C90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376" w:type="pct"/>
          </w:tcPr>
          <w:p w14:paraId="55EA156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104351A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019F5F1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5A0FA16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24B031D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1675756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3325B7E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490CD75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0CADBD7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004AFD3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57E0DF2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68DEA40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4047913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149B8BD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0A21C7C5" w14:textId="77777777" w:rsidTr="00EA5407">
        <w:trPr>
          <w:trHeight w:val="218"/>
        </w:trPr>
        <w:tc>
          <w:tcPr>
            <w:tcW w:w="187" w:type="pct"/>
          </w:tcPr>
          <w:p w14:paraId="53E0BD5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A5407">
              <w:rPr>
                <w:rFonts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76" w:type="pct"/>
          </w:tcPr>
          <w:p w14:paraId="6FCD3E3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2" w:type="pct"/>
          </w:tcPr>
          <w:p w14:paraId="2FD9F03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56E08B0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7F415AD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09479E4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1B9033CF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0620452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1F097815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495076B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2EE780C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48" w:type="pct"/>
          </w:tcPr>
          <w:p w14:paraId="02444FE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14:paraId="11B90857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02819B6C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41342FF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0604F2" w:rsidRPr="00EA5407" w14:paraId="04EE78A2" w14:textId="77777777" w:rsidTr="00EA5407">
        <w:trPr>
          <w:trHeight w:val="218"/>
        </w:trPr>
        <w:tc>
          <w:tcPr>
            <w:tcW w:w="1563" w:type="pct"/>
            <w:gridSpan w:val="2"/>
          </w:tcPr>
          <w:p w14:paraId="6D75BF6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proofErr w:type="spellStart"/>
            <w:r w:rsidRPr="00EA5407">
              <w:rPr>
                <w:rFonts w:cs="Times New Roman"/>
                <w:b/>
                <w:sz w:val="16"/>
                <w:szCs w:val="16"/>
              </w:rPr>
              <w:t>Всього</w:t>
            </w:r>
            <w:proofErr w:type="spellEnd"/>
          </w:p>
          <w:p w14:paraId="593C8C56" w14:textId="2A403290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uk-UA"/>
              </w:rPr>
            </w:pP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 xml:space="preserve">за </w:t>
            </w:r>
            <w:r w:rsidR="001D35FB" w:rsidRPr="00EA5407">
              <w:rPr>
                <w:rFonts w:cs="Times New Roman"/>
                <w:b/>
                <w:sz w:val="16"/>
                <w:szCs w:val="16"/>
                <w:lang w:val="uk-UA"/>
              </w:rPr>
              <w:t xml:space="preserve">2 </w:t>
            </w:r>
            <w:r w:rsidRPr="00EA5407">
              <w:rPr>
                <w:rFonts w:cs="Times New Roman"/>
                <w:b/>
                <w:sz w:val="16"/>
                <w:szCs w:val="16"/>
                <w:lang w:val="uk-UA"/>
              </w:rPr>
              <w:t>семестр</w:t>
            </w:r>
          </w:p>
        </w:tc>
        <w:tc>
          <w:tcPr>
            <w:tcW w:w="312" w:type="pct"/>
          </w:tcPr>
          <w:p w14:paraId="02E0A8D2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28" w:type="pct"/>
          </w:tcPr>
          <w:p w14:paraId="7FB93124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65" w:type="pct"/>
          </w:tcPr>
          <w:p w14:paraId="7E9F1C66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57" w:type="pct"/>
            <w:gridSpan w:val="2"/>
          </w:tcPr>
          <w:p w14:paraId="39118298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31" w:type="pct"/>
            <w:gridSpan w:val="2"/>
          </w:tcPr>
          <w:p w14:paraId="6FCBDFB3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06" w:type="pct"/>
          </w:tcPr>
          <w:p w14:paraId="7B51D819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5" w:type="pct"/>
          </w:tcPr>
          <w:p w14:paraId="0DDC43E0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</w:tcPr>
          <w:p w14:paraId="5624A78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12" w:type="pct"/>
          </w:tcPr>
          <w:p w14:paraId="573C37B1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8" w:type="pct"/>
          </w:tcPr>
          <w:p w14:paraId="3C3163FB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51" w:type="pct"/>
          </w:tcPr>
          <w:p w14:paraId="4DD5767D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49" w:type="pct"/>
          </w:tcPr>
          <w:p w14:paraId="112F7F3E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00" w:type="pct"/>
          </w:tcPr>
          <w:p w14:paraId="66311B3A" w14:textId="77777777" w:rsidR="000604F2" w:rsidRPr="00EA5407" w:rsidRDefault="000604F2" w:rsidP="00EA5407">
            <w:pPr>
              <w:spacing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</w:tr>
    </w:tbl>
    <w:p w14:paraId="03B77E0E" w14:textId="32CEAB53" w:rsidR="00D630A8" w:rsidRPr="00EA5407" w:rsidRDefault="00D630A8" w:rsidP="00EA5407">
      <w:pPr>
        <w:spacing w:line="240" w:lineRule="auto"/>
        <w:ind w:firstLine="0"/>
        <w:jc w:val="center"/>
        <w:rPr>
          <w:rFonts w:cs="Times New Roman"/>
          <w:b/>
          <w:sz w:val="16"/>
          <w:szCs w:val="16"/>
        </w:rPr>
      </w:pPr>
    </w:p>
    <w:p w14:paraId="7157C886" w14:textId="77777777" w:rsidR="000604F2" w:rsidRPr="00EA5407" w:rsidRDefault="000604F2" w:rsidP="00EA5407">
      <w:pPr>
        <w:spacing w:line="240" w:lineRule="auto"/>
        <w:ind w:firstLine="0"/>
        <w:jc w:val="center"/>
        <w:rPr>
          <w:rFonts w:cs="Times New Roman"/>
          <w:sz w:val="18"/>
          <w:szCs w:val="18"/>
        </w:rPr>
      </w:pPr>
    </w:p>
    <w:p w14:paraId="4FB4BEFB" w14:textId="77777777" w:rsidR="000604F2" w:rsidRPr="00EA5407" w:rsidRDefault="000604F2" w:rsidP="00EA5407">
      <w:pPr>
        <w:spacing w:line="240" w:lineRule="auto"/>
        <w:rPr>
          <w:rFonts w:cs="Times New Roman"/>
          <w:sz w:val="18"/>
          <w:szCs w:val="18"/>
        </w:rPr>
      </w:pPr>
    </w:p>
    <w:p w14:paraId="640F783A" w14:textId="77777777" w:rsidR="000604F2" w:rsidRPr="00EA5407" w:rsidRDefault="000604F2" w:rsidP="00EA5407">
      <w:pPr>
        <w:spacing w:line="240" w:lineRule="auto"/>
        <w:rPr>
          <w:rFonts w:cs="Times New Roman"/>
          <w:sz w:val="18"/>
          <w:szCs w:val="18"/>
        </w:rPr>
      </w:pPr>
    </w:p>
    <w:p w14:paraId="6E7896C2" w14:textId="77777777" w:rsidR="00D630A8" w:rsidRPr="00EA5407" w:rsidRDefault="00D630A8" w:rsidP="00EA5407">
      <w:pPr>
        <w:pStyle w:val="1"/>
        <w:ind w:firstLine="0"/>
        <w:jc w:val="both"/>
        <w:rPr>
          <w:sz w:val="20"/>
          <w:szCs w:val="20"/>
          <w:lang w:val="ru-RU"/>
        </w:rPr>
      </w:pPr>
      <w:proofErr w:type="spellStart"/>
      <w:r w:rsidRPr="00EA5407">
        <w:rPr>
          <w:b/>
          <w:sz w:val="20"/>
          <w:szCs w:val="20"/>
          <w:lang w:val="ru-RU"/>
        </w:rPr>
        <w:t>Позначки</w:t>
      </w:r>
      <w:proofErr w:type="spellEnd"/>
      <w:r w:rsidRPr="00EA5407">
        <w:rPr>
          <w:b/>
          <w:sz w:val="20"/>
          <w:szCs w:val="20"/>
          <w:lang w:val="ru-RU"/>
        </w:rPr>
        <w:t>:</w:t>
      </w:r>
      <w:r w:rsidRPr="00EA5407">
        <w:rPr>
          <w:sz w:val="20"/>
          <w:szCs w:val="20"/>
          <w:lang w:val="ru-RU"/>
        </w:rPr>
        <w:t xml:space="preserve"> У – в </w:t>
      </w:r>
      <w:proofErr w:type="spellStart"/>
      <w:r w:rsidRPr="00EA5407">
        <w:rPr>
          <w:sz w:val="20"/>
          <w:szCs w:val="20"/>
          <w:lang w:val="ru-RU"/>
        </w:rPr>
        <w:t>університеті</w:t>
      </w:r>
      <w:proofErr w:type="spellEnd"/>
      <w:r w:rsidRPr="00EA5407">
        <w:rPr>
          <w:sz w:val="20"/>
          <w:szCs w:val="20"/>
          <w:lang w:val="ru-RU"/>
        </w:rPr>
        <w:t xml:space="preserve">; П – на </w:t>
      </w:r>
      <w:proofErr w:type="spellStart"/>
      <w:r w:rsidRPr="00EA5407">
        <w:rPr>
          <w:sz w:val="20"/>
          <w:szCs w:val="20"/>
          <w:lang w:val="ru-RU"/>
        </w:rPr>
        <w:t>підприємстві</w:t>
      </w:r>
      <w:proofErr w:type="spellEnd"/>
    </w:p>
    <w:p w14:paraId="0EED9F76" w14:textId="77777777" w:rsidR="004D0427" w:rsidRPr="00EA5407" w:rsidRDefault="004D0427" w:rsidP="00EA5407">
      <w:pPr>
        <w:spacing w:line="240" w:lineRule="auto"/>
        <w:ind w:firstLine="0"/>
        <w:jc w:val="right"/>
        <w:rPr>
          <w:rFonts w:cs="Times New Roman"/>
          <w:lang w:val="ru-RU"/>
        </w:rPr>
      </w:pPr>
    </w:p>
    <w:p w14:paraId="3E5701A5" w14:textId="77777777" w:rsidR="004D0427" w:rsidRDefault="004D0427">
      <w:pPr>
        <w:ind w:firstLine="0"/>
        <w:jc w:val="right"/>
        <w:rPr>
          <w:lang w:val="ru-RU"/>
        </w:rPr>
      </w:pPr>
    </w:p>
    <w:p w14:paraId="3F0BA7E8" w14:textId="77777777" w:rsidR="00EA5407" w:rsidRDefault="00EA5407">
      <w:pPr>
        <w:ind w:firstLine="0"/>
        <w:jc w:val="right"/>
        <w:rPr>
          <w:lang w:val="ru-RU"/>
        </w:rPr>
      </w:pPr>
    </w:p>
    <w:p w14:paraId="3D6BBCA7" w14:textId="77777777" w:rsidR="00EA5407" w:rsidRDefault="00EA5407">
      <w:pPr>
        <w:ind w:firstLine="0"/>
        <w:jc w:val="right"/>
        <w:rPr>
          <w:lang w:val="ru-RU"/>
        </w:rPr>
      </w:pPr>
    </w:p>
    <w:p w14:paraId="1F799DE8" w14:textId="77777777" w:rsidR="00EA5407" w:rsidRDefault="00EA5407">
      <w:pPr>
        <w:ind w:firstLine="0"/>
        <w:jc w:val="right"/>
        <w:rPr>
          <w:lang w:val="ru-RU"/>
        </w:rPr>
      </w:pPr>
    </w:p>
    <w:p w14:paraId="2E654B60" w14:textId="77777777" w:rsidR="00EA5407" w:rsidRDefault="00EA5407">
      <w:pPr>
        <w:ind w:firstLine="0"/>
        <w:jc w:val="right"/>
        <w:rPr>
          <w:lang w:val="ru-RU"/>
        </w:rPr>
      </w:pPr>
    </w:p>
    <w:p w14:paraId="28E1D868" w14:textId="77777777" w:rsidR="00EA5407" w:rsidRDefault="00EA5407">
      <w:pPr>
        <w:ind w:firstLine="0"/>
        <w:jc w:val="right"/>
        <w:rPr>
          <w:lang w:val="ru-RU"/>
        </w:rPr>
      </w:pPr>
    </w:p>
    <w:p w14:paraId="26EC3C68" w14:textId="77777777" w:rsidR="00EA5407" w:rsidRDefault="00EA5407">
      <w:pPr>
        <w:ind w:firstLine="0"/>
        <w:jc w:val="right"/>
        <w:rPr>
          <w:lang w:val="ru-RU"/>
        </w:rPr>
      </w:pPr>
    </w:p>
    <w:p w14:paraId="65EB74C3" w14:textId="77777777" w:rsidR="00EA5407" w:rsidRDefault="00EA5407">
      <w:pPr>
        <w:ind w:firstLine="0"/>
        <w:jc w:val="right"/>
        <w:rPr>
          <w:lang w:val="ru-RU"/>
        </w:rPr>
      </w:pPr>
    </w:p>
    <w:p w14:paraId="23774B04" w14:textId="77777777" w:rsidR="00EA5407" w:rsidRDefault="00EA5407">
      <w:pPr>
        <w:ind w:firstLine="0"/>
        <w:jc w:val="right"/>
        <w:rPr>
          <w:lang w:val="ru-RU"/>
        </w:rPr>
      </w:pPr>
    </w:p>
    <w:p w14:paraId="4BAE9498" w14:textId="77777777" w:rsidR="00EA5407" w:rsidRDefault="00EA5407">
      <w:pPr>
        <w:ind w:firstLine="0"/>
        <w:jc w:val="right"/>
        <w:rPr>
          <w:lang w:val="ru-RU"/>
        </w:rPr>
      </w:pPr>
    </w:p>
    <w:p w14:paraId="7C1A43AB" w14:textId="77777777" w:rsidR="00EA5407" w:rsidRDefault="00EA5407">
      <w:pPr>
        <w:ind w:firstLine="0"/>
        <w:jc w:val="right"/>
        <w:rPr>
          <w:lang w:val="ru-RU"/>
        </w:rPr>
      </w:pPr>
    </w:p>
    <w:p w14:paraId="2A235833" w14:textId="0387642A" w:rsidR="00412924" w:rsidRPr="000F24E4" w:rsidRDefault="0021128B">
      <w:pPr>
        <w:ind w:firstLine="0"/>
        <w:jc w:val="right"/>
        <w:rPr>
          <w:lang w:val="uk-UA"/>
        </w:rPr>
      </w:pPr>
      <w:proofErr w:type="spellStart"/>
      <w:r w:rsidRPr="000F24E4">
        <w:rPr>
          <w:lang w:val="ru-RU"/>
        </w:rPr>
        <w:lastRenderedPageBreak/>
        <w:t>Додаток</w:t>
      </w:r>
      <w:proofErr w:type="spellEnd"/>
      <w:r w:rsidRPr="000F24E4">
        <w:rPr>
          <w:lang w:val="ru-RU"/>
        </w:rPr>
        <w:t xml:space="preserve"> </w:t>
      </w:r>
      <w:r w:rsidR="000604F2" w:rsidRPr="000F24E4">
        <w:rPr>
          <w:lang w:val="uk-UA"/>
        </w:rPr>
        <w:t>Е</w:t>
      </w:r>
    </w:p>
    <w:p w14:paraId="1F632063" w14:textId="77777777" w:rsidR="00DF4067" w:rsidRPr="000F24E4" w:rsidRDefault="0021128B" w:rsidP="00A235F8">
      <w:pPr>
        <w:spacing w:line="240" w:lineRule="auto"/>
        <w:ind w:firstLine="0"/>
        <w:jc w:val="center"/>
        <w:rPr>
          <w:b/>
          <w:lang w:val="ru-RU"/>
        </w:rPr>
      </w:pPr>
      <w:r w:rsidRPr="000F24E4">
        <w:rPr>
          <w:b/>
          <w:lang w:val="ru-RU"/>
        </w:rPr>
        <w:t xml:space="preserve">ФОРМА ПРОГРАМИ ПРАКТИЧНОГО НАВЧАННЯ </w:t>
      </w:r>
    </w:p>
    <w:p w14:paraId="28FB7385" w14:textId="38DE3894" w:rsidR="00412924" w:rsidRPr="000F24E4" w:rsidRDefault="0021128B" w:rsidP="00A235F8">
      <w:pPr>
        <w:spacing w:line="240" w:lineRule="auto"/>
        <w:ind w:firstLine="0"/>
        <w:jc w:val="center"/>
        <w:rPr>
          <w:lang w:val="ru-RU"/>
        </w:rPr>
      </w:pPr>
      <w:r w:rsidRPr="000F24E4">
        <w:rPr>
          <w:b/>
          <w:lang w:val="ru-RU"/>
        </w:rPr>
        <w:t>НА РОБОЧОМУ МІСЦІ</w:t>
      </w:r>
    </w:p>
    <w:p w14:paraId="3EEF5EE3" w14:textId="77777777" w:rsidR="00A235F8" w:rsidRPr="000F24E4" w:rsidRDefault="00A235F8" w:rsidP="00A235F8">
      <w:pPr>
        <w:spacing w:line="240" w:lineRule="auto"/>
        <w:ind w:firstLine="0"/>
        <w:rPr>
          <w:lang w:val="ru-RU"/>
        </w:rPr>
      </w:pPr>
    </w:p>
    <w:p w14:paraId="518B8ABC" w14:textId="77777777" w:rsidR="00412924" w:rsidRPr="000F24E4" w:rsidRDefault="0021128B" w:rsidP="00A235F8">
      <w:pPr>
        <w:spacing w:line="240" w:lineRule="auto"/>
        <w:ind w:firstLine="0"/>
        <w:rPr>
          <w:lang w:val="ru-RU"/>
        </w:rPr>
      </w:pPr>
      <w:proofErr w:type="spellStart"/>
      <w:r w:rsidRPr="000F24E4">
        <w:rPr>
          <w:lang w:val="ru-RU"/>
        </w:rPr>
        <w:t>Освітня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програма</w:t>
      </w:r>
      <w:proofErr w:type="spellEnd"/>
      <w:r w:rsidRPr="000F24E4">
        <w:rPr>
          <w:lang w:val="ru-RU"/>
        </w:rPr>
        <w:t>: ____________________________________________________</w:t>
      </w:r>
    </w:p>
    <w:p w14:paraId="71562AD5" w14:textId="77777777" w:rsidR="00412924" w:rsidRPr="000F24E4" w:rsidRDefault="0021128B" w:rsidP="00A235F8">
      <w:pPr>
        <w:spacing w:line="240" w:lineRule="auto"/>
        <w:ind w:firstLine="0"/>
        <w:rPr>
          <w:lang w:val="ru-RU"/>
        </w:rPr>
      </w:pPr>
      <w:proofErr w:type="spellStart"/>
      <w:r w:rsidRPr="000F24E4">
        <w:rPr>
          <w:lang w:val="ru-RU"/>
        </w:rPr>
        <w:t>Рівень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освіти</w:t>
      </w:r>
      <w:proofErr w:type="spellEnd"/>
      <w:r w:rsidRPr="000F24E4">
        <w:rPr>
          <w:lang w:val="ru-RU"/>
        </w:rPr>
        <w:t xml:space="preserve">: ____________________ </w:t>
      </w:r>
      <w:proofErr w:type="spellStart"/>
      <w:r w:rsidRPr="000F24E4">
        <w:rPr>
          <w:lang w:val="ru-RU"/>
        </w:rPr>
        <w:t>Здобувач</w:t>
      </w:r>
      <w:proofErr w:type="spellEnd"/>
      <w:r w:rsidRPr="000F24E4">
        <w:rPr>
          <w:lang w:val="ru-RU"/>
        </w:rPr>
        <w:t>: __________________________</w:t>
      </w:r>
    </w:p>
    <w:p w14:paraId="11B613BC" w14:textId="77777777" w:rsidR="00412924" w:rsidRPr="000F24E4" w:rsidRDefault="0021128B" w:rsidP="00A235F8">
      <w:pPr>
        <w:spacing w:line="240" w:lineRule="auto"/>
        <w:ind w:firstLine="0"/>
        <w:rPr>
          <w:lang w:val="ru-RU"/>
        </w:rPr>
      </w:pPr>
      <w:proofErr w:type="spellStart"/>
      <w:r w:rsidRPr="000F24E4">
        <w:rPr>
          <w:lang w:val="ru-RU"/>
        </w:rPr>
        <w:t>Роботодавець</w:t>
      </w:r>
      <w:proofErr w:type="spellEnd"/>
      <w:r w:rsidRPr="000F24E4">
        <w:rPr>
          <w:lang w:val="ru-RU"/>
        </w:rPr>
        <w:t xml:space="preserve">: ____________________ </w:t>
      </w:r>
      <w:proofErr w:type="spellStart"/>
      <w:r w:rsidRPr="000F24E4">
        <w:rPr>
          <w:lang w:val="ru-RU"/>
        </w:rPr>
        <w:t>Робоче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місце</w:t>
      </w:r>
      <w:proofErr w:type="spellEnd"/>
      <w:r w:rsidRPr="000F24E4">
        <w:rPr>
          <w:lang w:val="ru-RU"/>
        </w:rPr>
        <w:t>: ______________________</w:t>
      </w:r>
    </w:p>
    <w:p w14:paraId="111FCB6C" w14:textId="77777777" w:rsidR="00412924" w:rsidRP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Куратор: _________________________ Наставник: _________________________</w:t>
      </w:r>
    </w:p>
    <w:p w14:paraId="0BCBA396" w14:textId="77777777" w:rsidR="00412924" w:rsidRP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 xml:space="preserve">Модель і </w:t>
      </w:r>
      <w:proofErr w:type="spellStart"/>
      <w:r w:rsidRPr="000F24E4">
        <w:rPr>
          <w:lang w:val="ru-RU"/>
        </w:rPr>
        <w:t>період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навчання</w:t>
      </w:r>
      <w:proofErr w:type="spellEnd"/>
      <w:r w:rsidRPr="000F24E4">
        <w:rPr>
          <w:lang w:val="ru-RU"/>
        </w:rPr>
        <w:t>: ____________________________________________</w:t>
      </w:r>
    </w:p>
    <w:p w14:paraId="1E4F718F" w14:textId="77777777" w:rsidR="00412924" w:rsidRPr="000F24E4" w:rsidRDefault="0021128B" w:rsidP="00A235F8">
      <w:pPr>
        <w:pStyle w:val="RegulationHeading2"/>
        <w:spacing w:before="0" w:line="240" w:lineRule="auto"/>
        <w:rPr>
          <w:lang w:val="ru-RU"/>
        </w:rPr>
      </w:pPr>
      <w:r w:rsidRPr="000F24E4">
        <w:rPr>
          <w:lang w:val="ru-RU"/>
        </w:rPr>
        <w:t xml:space="preserve">1. </w:t>
      </w:r>
      <w:proofErr w:type="spellStart"/>
      <w:r w:rsidRPr="000F24E4">
        <w:rPr>
          <w:lang w:val="ru-RU"/>
        </w:rPr>
        <w:t>Матриця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трудових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функцій</w:t>
      </w:r>
      <w:proofErr w:type="spellEnd"/>
      <w:r w:rsidRPr="000F24E4">
        <w:rPr>
          <w:lang w:val="ru-RU"/>
        </w:rPr>
        <w:t xml:space="preserve"> і </w:t>
      </w:r>
      <w:proofErr w:type="spellStart"/>
      <w:r w:rsidRPr="000F24E4">
        <w:rPr>
          <w:lang w:val="ru-RU"/>
        </w:rPr>
        <w:t>результатів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навчання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3686"/>
        <w:gridCol w:w="2268"/>
        <w:gridCol w:w="1314"/>
        <w:gridCol w:w="1994"/>
      </w:tblGrid>
      <w:tr w:rsidR="001D35FB" w:rsidRPr="004B7F99" w14:paraId="7E165E48" w14:textId="77777777" w:rsidTr="00023DAE">
        <w:trPr>
          <w:cantSplit/>
          <w:tblHeader/>
          <w:jc w:val="center"/>
        </w:trPr>
        <w:tc>
          <w:tcPr>
            <w:tcW w:w="708" w:type="dxa"/>
            <w:vAlign w:val="center"/>
          </w:tcPr>
          <w:p w14:paraId="68C43A09" w14:textId="77777777" w:rsidR="001D35FB" w:rsidRPr="000F24E4" w:rsidRDefault="001D35FB" w:rsidP="00A235F8">
            <w:pPr>
              <w:spacing w:line="240" w:lineRule="auto"/>
              <w:ind w:firstLine="0"/>
              <w:jc w:val="center"/>
            </w:pPr>
            <w:r w:rsidRPr="000F24E4">
              <w:rPr>
                <w:b/>
                <w:sz w:val="18"/>
              </w:rPr>
              <w:t>№</w:t>
            </w:r>
          </w:p>
        </w:tc>
        <w:tc>
          <w:tcPr>
            <w:tcW w:w="3686" w:type="dxa"/>
            <w:vAlign w:val="center"/>
          </w:tcPr>
          <w:p w14:paraId="537431B3" w14:textId="77777777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b/>
                <w:sz w:val="18"/>
                <w:lang w:val="uk-UA"/>
              </w:rPr>
            </w:pPr>
            <w:r w:rsidRPr="000F24E4">
              <w:rPr>
                <w:b/>
                <w:sz w:val="18"/>
                <w:lang w:val="ru-RU"/>
              </w:rPr>
              <w:t xml:space="preserve">Результат </w:t>
            </w:r>
            <w:proofErr w:type="spellStart"/>
            <w:r w:rsidRPr="000F24E4">
              <w:rPr>
                <w:b/>
                <w:sz w:val="18"/>
                <w:lang w:val="ru-RU"/>
              </w:rPr>
              <w:t>навчання</w:t>
            </w:r>
            <w:proofErr w:type="spellEnd"/>
          </w:p>
          <w:p w14:paraId="77189681" w14:textId="2C78CD15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0F24E4">
              <w:rPr>
                <w:b/>
                <w:sz w:val="18"/>
                <w:lang w:val="uk-UA"/>
              </w:rPr>
              <w:t>(відповідно до освітньої програми)</w:t>
            </w:r>
          </w:p>
        </w:tc>
        <w:tc>
          <w:tcPr>
            <w:tcW w:w="2268" w:type="dxa"/>
            <w:vAlign w:val="center"/>
          </w:tcPr>
          <w:p w14:paraId="4203D5DC" w14:textId="15EAF51A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0F24E4">
              <w:rPr>
                <w:b/>
                <w:sz w:val="18"/>
                <w:szCs w:val="18"/>
                <w:lang w:val="uk-UA"/>
              </w:rPr>
              <w:t>Тема / завдання (відповідно до робочої програми освітньої компоненти)</w:t>
            </w:r>
          </w:p>
        </w:tc>
        <w:tc>
          <w:tcPr>
            <w:tcW w:w="1314" w:type="dxa"/>
            <w:vAlign w:val="center"/>
          </w:tcPr>
          <w:p w14:paraId="0552DB29" w14:textId="6F798CB3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lang w:val="uk-UA"/>
              </w:rPr>
            </w:pPr>
            <w:proofErr w:type="spellStart"/>
            <w:r w:rsidRPr="000F24E4">
              <w:rPr>
                <w:b/>
                <w:sz w:val="18"/>
              </w:rPr>
              <w:t>Обсяг</w:t>
            </w:r>
            <w:proofErr w:type="spellEnd"/>
            <w:r w:rsidRPr="000F24E4">
              <w:rPr>
                <w:b/>
                <w:sz w:val="18"/>
              </w:rPr>
              <w:t xml:space="preserve">, </w:t>
            </w:r>
            <w:proofErr w:type="spellStart"/>
            <w:r w:rsidRPr="000F24E4">
              <w:rPr>
                <w:b/>
                <w:sz w:val="18"/>
              </w:rPr>
              <w:t>кредити</w:t>
            </w:r>
            <w:proofErr w:type="spellEnd"/>
            <w:r w:rsidRPr="000F24E4">
              <w:rPr>
                <w:b/>
                <w:sz w:val="18"/>
              </w:rPr>
              <w:t xml:space="preserve"> ЄКТС</w:t>
            </w:r>
            <w:r w:rsidRPr="000F24E4">
              <w:rPr>
                <w:b/>
                <w:sz w:val="18"/>
                <w:lang w:val="uk-UA"/>
              </w:rPr>
              <w:t xml:space="preserve"> / години</w:t>
            </w:r>
          </w:p>
        </w:tc>
        <w:tc>
          <w:tcPr>
            <w:tcW w:w="1994" w:type="dxa"/>
            <w:vAlign w:val="center"/>
          </w:tcPr>
          <w:p w14:paraId="7A6E8CF2" w14:textId="77777777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b/>
                <w:sz w:val="18"/>
                <w:lang w:val="uk-UA"/>
              </w:rPr>
            </w:pPr>
            <w:proofErr w:type="spellStart"/>
            <w:r w:rsidRPr="000F24E4">
              <w:rPr>
                <w:b/>
                <w:sz w:val="18"/>
                <w:lang w:val="ru-RU"/>
              </w:rPr>
              <w:t>Доказ</w:t>
            </w:r>
            <w:proofErr w:type="spellEnd"/>
            <w:r w:rsidRPr="000F24E4">
              <w:rPr>
                <w:b/>
                <w:sz w:val="18"/>
                <w:lang w:val="ru-RU"/>
              </w:rPr>
              <w:t xml:space="preserve"> і форма </w:t>
            </w:r>
            <w:proofErr w:type="spellStart"/>
            <w:r w:rsidRPr="000F24E4">
              <w:rPr>
                <w:b/>
                <w:sz w:val="18"/>
                <w:lang w:val="ru-RU"/>
              </w:rPr>
              <w:t>оцінювання</w:t>
            </w:r>
            <w:proofErr w:type="spellEnd"/>
          </w:p>
          <w:p w14:paraId="56AE76F4" w14:textId="17061E2F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0F24E4">
              <w:rPr>
                <w:b/>
                <w:sz w:val="18"/>
                <w:lang w:val="uk-UA"/>
              </w:rPr>
              <w:t>(зараховано / не зараховано)</w:t>
            </w:r>
          </w:p>
        </w:tc>
      </w:tr>
      <w:tr w:rsidR="009C5C53" w:rsidRPr="000F24E4" w14:paraId="265718A4" w14:textId="77777777" w:rsidTr="00023DAE">
        <w:trPr>
          <w:cantSplit/>
          <w:tblHeader/>
          <w:jc w:val="center"/>
        </w:trPr>
        <w:tc>
          <w:tcPr>
            <w:tcW w:w="9970" w:type="dxa"/>
            <w:gridSpan w:val="5"/>
            <w:vAlign w:val="center"/>
          </w:tcPr>
          <w:p w14:paraId="02F90590" w14:textId="219999F1" w:rsidR="009C5C53" w:rsidRPr="000F24E4" w:rsidRDefault="009C5C53" w:rsidP="00A235F8">
            <w:pPr>
              <w:spacing w:line="240" w:lineRule="auto"/>
              <w:ind w:firstLine="0"/>
              <w:jc w:val="center"/>
              <w:rPr>
                <w:b/>
                <w:sz w:val="21"/>
                <w:szCs w:val="21"/>
              </w:rPr>
            </w:pPr>
            <w:r w:rsidRPr="000F24E4">
              <w:rPr>
                <w:b/>
                <w:sz w:val="21"/>
                <w:szCs w:val="21"/>
                <w:lang w:val="uk-UA"/>
              </w:rPr>
              <w:t>Освітня компонента «_______»</w:t>
            </w:r>
          </w:p>
        </w:tc>
      </w:tr>
      <w:tr w:rsidR="001D35FB" w:rsidRPr="000F24E4" w14:paraId="32053072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3B2BE2B9" w14:textId="476FBF64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sz w:val="22"/>
              </w:rPr>
              <w:t>1</w:t>
            </w:r>
          </w:p>
        </w:tc>
        <w:tc>
          <w:tcPr>
            <w:tcW w:w="3686" w:type="dxa"/>
            <w:vAlign w:val="center"/>
          </w:tcPr>
          <w:p w14:paraId="765FC8E0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5F0616E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53AA3262" w14:textId="21D510C0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435BC0EE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0F24E4" w14:paraId="455B5AD5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0C2051EB" w14:textId="77777777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sz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6B1BB35E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A19C0CE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20BD1BC8" w14:textId="2B08C27B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11DF7A16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0F24E4" w14:paraId="30695046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5CB88A19" w14:textId="77777777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sz w:val="22"/>
              </w:rPr>
              <w:t>3</w:t>
            </w:r>
          </w:p>
        </w:tc>
        <w:tc>
          <w:tcPr>
            <w:tcW w:w="3686" w:type="dxa"/>
            <w:vAlign w:val="center"/>
          </w:tcPr>
          <w:p w14:paraId="6AC6BC4A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F24A3C7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653242CA" w14:textId="5DF37036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54392C67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0F24E4" w14:paraId="2E94C266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533953A3" w14:textId="0BBBF6EE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  <w:lang w:val="uk-UA"/>
              </w:rPr>
            </w:pPr>
            <w:r w:rsidRPr="000F24E4">
              <w:rPr>
                <w:rFonts w:cs="Times New Roman"/>
                <w:sz w:val="22"/>
                <w:lang w:val="uk-UA"/>
              </w:rPr>
              <w:t>4</w:t>
            </w:r>
          </w:p>
        </w:tc>
        <w:tc>
          <w:tcPr>
            <w:tcW w:w="3686" w:type="dxa"/>
            <w:vAlign w:val="center"/>
          </w:tcPr>
          <w:p w14:paraId="188F33B3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EE22176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48BF12D3" w14:textId="0FBF746D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6541F65A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A235F8" w:rsidRPr="000F24E4" w14:paraId="7433D645" w14:textId="77777777" w:rsidTr="00023DAE">
        <w:trPr>
          <w:cantSplit/>
          <w:jc w:val="center"/>
        </w:trPr>
        <w:tc>
          <w:tcPr>
            <w:tcW w:w="9970" w:type="dxa"/>
            <w:gridSpan w:val="5"/>
            <w:vAlign w:val="center"/>
          </w:tcPr>
          <w:p w14:paraId="01A00D88" w14:textId="51C84997" w:rsidR="00A235F8" w:rsidRPr="000F24E4" w:rsidRDefault="00A235F8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b/>
                <w:sz w:val="22"/>
                <w:lang w:val="uk-UA"/>
              </w:rPr>
              <w:t>Освітня компонента «_______»</w:t>
            </w:r>
          </w:p>
        </w:tc>
      </w:tr>
      <w:tr w:rsidR="001D35FB" w:rsidRPr="000F24E4" w14:paraId="43160F92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65A93253" w14:textId="6E62B1A2" w:rsidR="001D35FB" w:rsidRPr="000F24E4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sz w:val="22"/>
              </w:rPr>
              <w:t>1</w:t>
            </w:r>
          </w:p>
        </w:tc>
        <w:tc>
          <w:tcPr>
            <w:tcW w:w="3686" w:type="dxa"/>
            <w:vAlign w:val="center"/>
          </w:tcPr>
          <w:p w14:paraId="425E9661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1BBE08E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5FA26ED7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75832457" w14:textId="77777777" w:rsidR="001D35FB" w:rsidRPr="000F24E4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A235F8" w14:paraId="6D8F55B4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2D683C02" w14:textId="5B45781B" w:rsidR="001D35FB" w:rsidRPr="00A235F8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0F24E4">
              <w:rPr>
                <w:rFonts w:cs="Times New Roman"/>
                <w:sz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41461B22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98BBFC5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4148A8EE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1B858D6D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A235F8" w14:paraId="0EB834B2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729F6FD1" w14:textId="131D7F26" w:rsidR="001D35FB" w:rsidRPr="00A235F8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A235F8">
              <w:rPr>
                <w:rFonts w:cs="Times New Roman"/>
                <w:sz w:val="22"/>
              </w:rPr>
              <w:t>3</w:t>
            </w:r>
          </w:p>
        </w:tc>
        <w:tc>
          <w:tcPr>
            <w:tcW w:w="3686" w:type="dxa"/>
            <w:vAlign w:val="center"/>
          </w:tcPr>
          <w:p w14:paraId="0F512497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6F5651C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7F34BC1C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25216F51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1D35FB" w:rsidRPr="00A235F8" w14:paraId="68C7C117" w14:textId="77777777" w:rsidTr="00023DAE">
        <w:trPr>
          <w:cantSplit/>
          <w:jc w:val="center"/>
        </w:trPr>
        <w:tc>
          <w:tcPr>
            <w:tcW w:w="708" w:type="dxa"/>
            <w:vAlign w:val="center"/>
          </w:tcPr>
          <w:p w14:paraId="01E8C907" w14:textId="6DA39863" w:rsidR="001D35FB" w:rsidRPr="00A235F8" w:rsidRDefault="001D35FB" w:rsidP="00A235F8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A235F8">
              <w:rPr>
                <w:rFonts w:cs="Times New Roman"/>
                <w:sz w:val="22"/>
                <w:lang w:val="uk-UA"/>
              </w:rPr>
              <w:t>4</w:t>
            </w:r>
          </w:p>
        </w:tc>
        <w:tc>
          <w:tcPr>
            <w:tcW w:w="3686" w:type="dxa"/>
            <w:vAlign w:val="center"/>
          </w:tcPr>
          <w:p w14:paraId="4A4A3E6D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D49AD6C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2E8EC933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  <w:tc>
          <w:tcPr>
            <w:tcW w:w="1994" w:type="dxa"/>
            <w:vAlign w:val="center"/>
          </w:tcPr>
          <w:p w14:paraId="36C96F83" w14:textId="77777777" w:rsidR="001D35FB" w:rsidRPr="00A235F8" w:rsidRDefault="001D35FB" w:rsidP="00A235F8">
            <w:pPr>
              <w:spacing w:line="240" w:lineRule="auto"/>
              <w:ind w:firstLine="0"/>
              <w:jc w:val="left"/>
              <w:rPr>
                <w:rFonts w:cs="Times New Roman"/>
                <w:sz w:val="22"/>
              </w:rPr>
            </w:pPr>
          </w:p>
        </w:tc>
      </w:tr>
    </w:tbl>
    <w:p w14:paraId="5684B678" w14:textId="77777777" w:rsidR="00A235F8" w:rsidRDefault="00A235F8" w:rsidP="00A235F8">
      <w:pPr>
        <w:pStyle w:val="RegulationHeading2"/>
        <w:spacing w:before="0" w:line="240" w:lineRule="auto"/>
        <w:rPr>
          <w:lang w:val="uk-UA"/>
        </w:rPr>
      </w:pPr>
    </w:p>
    <w:p w14:paraId="03B01A4B" w14:textId="77777777" w:rsidR="00412924" w:rsidRDefault="0021128B" w:rsidP="00A235F8">
      <w:pPr>
        <w:pStyle w:val="RegulationHeading2"/>
        <w:spacing w:before="0" w:line="240" w:lineRule="auto"/>
      </w:pPr>
      <w:r>
        <w:t xml:space="preserve">2. </w:t>
      </w:r>
      <w:proofErr w:type="spellStart"/>
      <w:r>
        <w:t>Календарний</w:t>
      </w:r>
      <w:proofErr w:type="spellEnd"/>
      <w:r>
        <w:t xml:space="preserve"> </w:t>
      </w:r>
      <w:proofErr w:type="spellStart"/>
      <w:r>
        <w:t>графік</w:t>
      </w:r>
      <w:proofErr w:type="spellEnd"/>
      <w:r>
        <w:t xml:space="preserve"> і </w:t>
      </w:r>
      <w:proofErr w:type="spellStart"/>
      <w:r>
        <w:t>ротації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412924" w14:paraId="00696372" w14:textId="77777777">
        <w:trPr>
          <w:cantSplit/>
        </w:trPr>
        <w:tc>
          <w:tcPr>
            <w:tcW w:w="2493" w:type="dxa"/>
            <w:vAlign w:val="center"/>
          </w:tcPr>
          <w:p w14:paraId="15ED6C9E" w14:textId="77777777" w:rsidR="00412924" w:rsidRDefault="0021128B" w:rsidP="00A235F8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Період</w:t>
            </w:r>
            <w:proofErr w:type="spellEnd"/>
          </w:p>
        </w:tc>
        <w:tc>
          <w:tcPr>
            <w:tcW w:w="2493" w:type="dxa"/>
            <w:vAlign w:val="center"/>
          </w:tcPr>
          <w:p w14:paraId="506C93CF" w14:textId="77777777" w:rsidR="00412924" w:rsidRDefault="0021128B" w:rsidP="00A235F8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Підрозділ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робоче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місце</w:t>
            </w:r>
            <w:proofErr w:type="spellEnd"/>
          </w:p>
        </w:tc>
        <w:tc>
          <w:tcPr>
            <w:tcW w:w="2493" w:type="dxa"/>
            <w:vAlign w:val="center"/>
          </w:tcPr>
          <w:p w14:paraId="706F3EB1" w14:textId="77777777" w:rsidR="00412924" w:rsidRDefault="0021128B" w:rsidP="00A235F8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Завдання</w:t>
            </w:r>
            <w:proofErr w:type="spellEnd"/>
          </w:p>
        </w:tc>
        <w:tc>
          <w:tcPr>
            <w:tcW w:w="2493" w:type="dxa"/>
            <w:vAlign w:val="center"/>
          </w:tcPr>
          <w:p w14:paraId="76C50BFA" w14:textId="77777777" w:rsidR="00412924" w:rsidRDefault="0021128B" w:rsidP="00A235F8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Відповідальний</w:t>
            </w:r>
            <w:proofErr w:type="spellEnd"/>
          </w:p>
        </w:tc>
      </w:tr>
      <w:tr w:rsidR="00412924" w14:paraId="081E1224" w14:textId="77777777">
        <w:trPr>
          <w:cantSplit/>
        </w:trPr>
        <w:tc>
          <w:tcPr>
            <w:tcW w:w="2493" w:type="dxa"/>
            <w:vAlign w:val="center"/>
          </w:tcPr>
          <w:p w14:paraId="6618B5FF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5D0AF092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07BBFFB6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524DA775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</w:tr>
      <w:tr w:rsidR="00412924" w14:paraId="765BA98F" w14:textId="77777777">
        <w:trPr>
          <w:cantSplit/>
        </w:trPr>
        <w:tc>
          <w:tcPr>
            <w:tcW w:w="2493" w:type="dxa"/>
            <w:vAlign w:val="center"/>
          </w:tcPr>
          <w:p w14:paraId="04AAB25E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238977F9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BCC4B4B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17717329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</w:tr>
      <w:tr w:rsidR="00412924" w14:paraId="211DCF3B" w14:textId="77777777">
        <w:trPr>
          <w:cantSplit/>
        </w:trPr>
        <w:tc>
          <w:tcPr>
            <w:tcW w:w="2493" w:type="dxa"/>
            <w:vAlign w:val="center"/>
          </w:tcPr>
          <w:p w14:paraId="3584BF99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0B71298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A512C08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27130E71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</w:tr>
      <w:tr w:rsidR="00412924" w14:paraId="3D2E1EA3" w14:textId="77777777">
        <w:trPr>
          <w:cantSplit/>
        </w:trPr>
        <w:tc>
          <w:tcPr>
            <w:tcW w:w="2493" w:type="dxa"/>
            <w:vAlign w:val="center"/>
          </w:tcPr>
          <w:p w14:paraId="0FA3DD88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1C766EBE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06833BAE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73952EB7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</w:tr>
      <w:tr w:rsidR="00412924" w14:paraId="258E2F4F" w14:textId="77777777">
        <w:trPr>
          <w:cantSplit/>
        </w:trPr>
        <w:tc>
          <w:tcPr>
            <w:tcW w:w="2493" w:type="dxa"/>
            <w:vAlign w:val="center"/>
          </w:tcPr>
          <w:p w14:paraId="2D5A2C4E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7762850C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19971FF6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55B1EAEB" w14:textId="77777777" w:rsidR="00412924" w:rsidRDefault="00412924" w:rsidP="00A235F8">
            <w:pPr>
              <w:spacing w:line="240" w:lineRule="auto"/>
              <w:ind w:firstLine="0"/>
              <w:jc w:val="left"/>
            </w:pPr>
          </w:p>
        </w:tc>
      </w:tr>
    </w:tbl>
    <w:p w14:paraId="00ABB67E" w14:textId="77777777" w:rsidR="00A235F8" w:rsidRDefault="00A235F8" w:rsidP="00A235F8">
      <w:pPr>
        <w:pStyle w:val="RegulationHeading2"/>
        <w:spacing w:before="0" w:line="240" w:lineRule="auto"/>
        <w:rPr>
          <w:lang w:val="uk-UA"/>
        </w:rPr>
      </w:pPr>
    </w:p>
    <w:p w14:paraId="4A7F67E9" w14:textId="235A1359" w:rsidR="00412924" w:rsidRPr="00FC0B6D" w:rsidRDefault="000F24E4" w:rsidP="00A235F8">
      <w:pPr>
        <w:pStyle w:val="RegulationHeading2"/>
        <w:spacing w:before="0" w:line="240" w:lineRule="auto"/>
        <w:rPr>
          <w:lang w:val="ru-RU"/>
        </w:rPr>
      </w:pPr>
      <w:r>
        <w:rPr>
          <w:lang w:val="ru-RU"/>
        </w:rPr>
        <w:t>3</w:t>
      </w:r>
      <w:r w:rsidR="0021128B" w:rsidRPr="00FC0B6D">
        <w:rPr>
          <w:lang w:val="ru-RU"/>
        </w:rPr>
        <w:t xml:space="preserve">. </w:t>
      </w:r>
      <w:proofErr w:type="spellStart"/>
      <w:r w:rsidR="0021128B" w:rsidRPr="00FC0B6D">
        <w:rPr>
          <w:lang w:val="ru-RU"/>
        </w:rPr>
        <w:t>Погодження</w:t>
      </w:r>
      <w:proofErr w:type="spellEnd"/>
    </w:p>
    <w:p w14:paraId="51A4FF92" w14:textId="77777777" w:rsidR="000F24E4" w:rsidRDefault="0021128B" w:rsidP="00A235F8">
      <w:pPr>
        <w:spacing w:line="240" w:lineRule="auto"/>
        <w:ind w:firstLine="0"/>
        <w:rPr>
          <w:lang w:val="ru-RU"/>
        </w:rPr>
      </w:pP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 ____________</w:t>
      </w:r>
    </w:p>
    <w:p w14:paraId="1C8A1AA3" w14:textId="77777777" w:rsid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Куратор ____________</w:t>
      </w:r>
    </w:p>
    <w:p w14:paraId="14C24272" w14:textId="5E3A50BB" w:rsidR="00412924" w:rsidRP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Наставник ____________</w:t>
      </w:r>
    </w:p>
    <w:p w14:paraId="7E37F40A" w14:textId="77777777" w:rsidR="000F24E4" w:rsidRDefault="001D35F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 xml:space="preserve">Координатор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Pr="000F24E4">
        <w:rPr>
          <w:lang w:val="ru-RU"/>
        </w:rPr>
        <w:t xml:space="preserve"> ______ </w:t>
      </w:r>
    </w:p>
    <w:p w14:paraId="2045B818" w14:textId="439A293B" w:rsidR="001D35FB" w:rsidRP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 xml:space="preserve">Координатор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роботодавця</w:t>
      </w:r>
      <w:proofErr w:type="spellEnd"/>
      <w:r w:rsidRPr="000F24E4">
        <w:rPr>
          <w:lang w:val="ru-RU"/>
        </w:rPr>
        <w:t xml:space="preserve"> ____</w:t>
      </w:r>
      <w:r w:rsidR="001D35FB" w:rsidRPr="000F24E4">
        <w:rPr>
          <w:lang w:val="ru-RU"/>
        </w:rPr>
        <w:t>____</w:t>
      </w:r>
    </w:p>
    <w:p w14:paraId="7B7BB8FF" w14:textId="4BE80CF4" w:rsidR="00412924" w:rsidRPr="000F24E4" w:rsidRDefault="0021128B" w:rsidP="00A235F8">
      <w:pPr>
        <w:spacing w:line="240" w:lineRule="auto"/>
        <w:ind w:firstLine="0"/>
        <w:rPr>
          <w:lang w:val="ru-RU"/>
        </w:rPr>
      </w:pPr>
      <w:r w:rsidRPr="000F24E4">
        <w:rPr>
          <w:lang w:val="ru-RU"/>
        </w:rPr>
        <w:t>Гарант ОП ____________</w:t>
      </w:r>
    </w:p>
    <w:p w14:paraId="54750792" w14:textId="77777777" w:rsidR="00412924" w:rsidRPr="00FC0B6D" w:rsidRDefault="0021128B" w:rsidP="00A235F8">
      <w:pPr>
        <w:spacing w:line="240" w:lineRule="auto"/>
        <w:ind w:firstLine="0"/>
        <w:rPr>
          <w:lang w:val="ru-RU"/>
        </w:rPr>
      </w:pPr>
      <w:proofErr w:type="spellStart"/>
      <w:r w:rsidRPr="000F24E4">
        <w:rPr>
          <w:lang w:val="ru-RU"/>
        </w:rPr>
        <w:t>Затверджено</w:t>
      </w:r>
      <w:proofErr w:type="spellEnd"/>
      <w:r w:rsidRPr="000F24E4">
        <w:rPr>
          <w:lang w:val="ru-RU"/>
        </w:rPr>
        <w:t>: декан факультету __________________ «___» _________ 202_ р.</w:t>
      </w:r>
    </w:p>
    <w:p w14:paraId="008C88D9" w14:textId="77777777" w:rsidR="00A235F8" w:rsidRDefault="00A235F8">
      <w:pPr>
        <w:spacing w:after="200" w:line="276" w:lineRule="auto"/>
        <w:ind w:firstLine="0"/>
        <w:jc w:val="left"/>
        <w:rPr>
          <w:lang w:val="ru-RU"/>
        </w:rPr>
      </w:pPr>
      <w:r>
        <w:rPr>
          <w:lang w:val="ru-RU"/>
        </w:rPr>
        <w:br w:type="page"/>
      </w:r>
    </w:p>
    <w:p w14:paraId="28B04C53" w14:textId="4869FD90" w:rsidR="00412924" w:rsidRPr="00C76943" w:rsidRDefault="0021128B">
      <w:pPr>
        <w:ind w:firstLine="0"/>
        <w:jc w:val="right"/>
        <w:rPr>
          <w:lang w:val="uk-UA"/>
        </w:rPr>
      </w:pPr>
      <w:proofErr w:type="spellStart"/>
      <w:r w:rsidRPr="000F24E4">
        <w:rPr>
          <w:lang w:val="ru-RU"/>
        </w:rPr>
        <w:lastRenderedPageBreak/>
        <w:t>Додаток</w:t>
      </w:r>
      <w:proofErr w:type="spellEnd"/>
      <w:r w:rsidRPr="000F24E4">
        <w:rPr>
          <w:lang w:val="ru-RU"/>
        </w:rPr>
        <w:t xml:space="preserve"> </w:t>
      </w:r>
      <w:r w:rsidR="000604F2" w:rsidRPr="000F24E4">
        <w:rPr>
          <w:lang w:val="uk-UA"/>
        </w:rPr>
        <w:t>Є</w:t>
      </w:r>
    </w:p>
    <w:p w14:paraId="0E6CCF4B" w14:textId="77777777" w:rsidR="00412924" w:rsidRPr="00FC0B6D" w:rsidRDefault="0021128B">
      <w:pPr>
        <w:spacing w:before="120" w:after="120"/>
        <w:ind w:firstLine="0"/>
        <w:jc w:val="center"/>
        <w:rPr>
          <w:lang w:val="ru-RU"/>
        </w:rPr>
      </w:pPr>
      <w:r w:rsidRPr="00FC0B6D">
        <w:rPr>
          <w:b/>
          <w:lang w:val="ru-RU"/>
        </w:rPr>
        <w:t>ВИСНОВОК НАСТАВНИКА ПРО РЕЗУЛЬТАТИ НАВЧАННЯ НА РОБОЧОМУ МІСЦІ</w:t>
      </w:r>
    </w:p>
    <w:p w14:paraId="7F591A21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Здобувач</w:t>
      </w:r>
      <w:proofErr w:type="spellEnd"/>
      <w:r w:rsidRPr="00FC0B6D">
        <w:rPr>
          <w:lang w:val="ru-RU"/>
        </w:rPr>
        <w:t xml:space="preserve">: __________________________ </w:t>
      </w:r>
      <w:proofErr w:type="spellStart"/>
      <w:r w:rsidRPr="00FC0B6D">
        <w:rPr>
          <w:lang w:val="ru-RU"/>
        </w:rPr>
        <w:t>Освітня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програма</w:t>
      </w:r>
      <w:proofErr w:type="spellEnd"/>
      <w:r w:rsidRPr="00FC0B6D">
        <w:rPr>
          <w:lang w:val="ru-RU"/>
        </w:rPr>
        <w:t>: ________________</w:t>
      </w:r>
    </w:p>
    <w:p w14:paraId="184C526F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Роботодавець</w:t>
      </w:r>
      <w:proofErr w:type="spellEnd"/>
      <w:r w:rsidRPr="00FC0B6D">
        <w:rPr>
          <w:lang w:val="ru-RU"/>
        </w:rPr>
        <w:t xml:space="preserve">: _______________________ </w:t>
      </w:r>
      <w:proofErr w:type="spellStart"/>
      <w:r w:rsidRPr="00FC0B6D">
        <w:rPr>
          <w:lang w:val="ru-RU"/>
        </w:rPr>
        <w:t>Період</w:t>
      </w:r>
      <w:proofErr w:type="spellEnd"/>
      <w:r w:rsidRPr="00FC0B6D">
        <w:rPr>
          <w:lang w:val="ru-RU"/>
        </w:rPr>
        <w:t>: 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412924" w14:paraId="794DA169" w14:textId="77777777">
        <w:trPr>
          <w:cantSplit/>
        </w:trPr>
        <w:tc>
          <w:tcPr>
            <w:tcW w:w="2493" w:type="dxa"/>
            <w:vAlign w:val="center"/>
          </w:tcPr>
          <w:p w14:paraId="0C2C912E" w14:textId="77777777" w:rsidR="000F24E4" w:rsidRDefault="0021128B">
            <w:pPr>
              <w:spacing w:line="240" w:lineRule="auto"/>
              <w:ind w:firstLine="0"/>
              <w:jc w:val="center"/>
              <w:rPr>
                <w:b/>
                <w:sz w:val="19"/>
                <w:lang w:val="uk-UA"/>
              </w:rPr>
            </w:pPr>
            <w:proofErr w:type="spellStart"/>
            <w:r>
              <w:rPr>
                <w:b/>
                <w:sz w:val="19"/>
              </w:rPr>
              <w:t>Результат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навчання</w:t>
            </w:r>
            <w:proofErr w:type="spellEnd"/>
            <w:r>
              <w:rPr>
                <w:b/>
                <w:sz w:val="19"/>
              </w:rPr>
              <w:t xml:space="preserve"> </w:t>
            </w:r>
          </w:p>
          <w:p w14:paraId="43033C1F" w14:textId="2BDF8D2E" w:rsidR="00412924" w:rsidRDefault="00412924">
            <w:pPr>
              <w:spacing w:line="240" w:lineRule="auto"/>
              <w:ind w:firstLine="0"/>
              <w:jc w:val="center"/>
            </w:pPr>
          </w:p>
        </w:tc>
        <w:tc>
          <w:tcPr>
            <w:tcW w:w="2493" w:type="dxa"/>
            <w:vAlign w:val="center"/>
          </w:tcPr>
          <w:p w14:paraId="6E265C42" w14:textId="77777777" w:rsidR="00412924" w:rsidRDefault="0021128B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Досягнуто</w:t>
            </w:r>
            <w:proofErr w:type="spellEnd"/>
          </w:p>
        </w:tc>
        <w:tc>
          <w:tcPr>
            <w:tcW w:w="2493" w:type="dxa"/>
            <w:vAlign w:val="center"/>
          </w:tcPr>
          <w:p w14:paraId="50AE3880" w14:textId="77777777" w:rsidR="00412924" w:rsidRDefault="0021128B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Частково</w:t>
            </w:r>
            <w:proofErr w:type="spellEnd"/>
          </w:p>
        </w:tc>
        <w:tc>
          <w:tcPr>
            <w:tcW w:w="2493" w:type="dxa"/>
            <w:vAlign w:val="center"/>
          </w:tcPr>
          <w:p w14:paraId="46BA6F53" w14:textId="77777777" w:rsidR="00412924" w:rsidRDefault="0021128B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19"/>
              </w:rPr>
              <w:t>Коментар</w:t>
            </w:r>
            <w:proofErr w:type="spellEnd"/>
            <w:r>
              <w:rPr>
                <w:b/>
                <w:sz w:val="19"/>
              </w:rPr>
              <w:t xml:space="preserve"> / доказ</w:t>
            </w:r>
          </w:p>
        </w:tc>
      </w:tr>
      <w:tr w:rsidR="00412924" w14:paraId="0F028FD7" w14:textId="77777777">
        <w:trPr>
          <w:cantSplit/>
        </w:trPr>
        <w:tc>
          <w:tcPr>
            <w:tcW w:w="2493" w:type="dxa"/>
            <w:vAlign w:val="center"/>
          </w:tcPr>
          <w:p w14:paraId="32362651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268BDE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74B1865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6F3B8BA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3380492E" w14:textId="77777777">
        <w:trPr>
          <w:cantSplit/>
        </w:trPr>
        <w:tc>
          <w:tcPr>
            <w:tcW w:w="2493" w:type="dxa"/>
            <w:vAlign w:val="center"/>
          </w:tcPr>
          <w:p w14:paraId="7054DD88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02C38D9E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231C8665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185C99A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757E68EB" w14:textId="77777777">
        <w:trPr>
          <w:cantSplit/>
        </w:trPr>
        <w:tc>
          <w:tcPr>
            <w:tcW w:w="2493" w:type="dxa"/>
            <w:vAlign w:val="center"/>
          </w:tcPr>
          <w:p w14:paraId="5B84408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7BAD4F10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2BF23F4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39D32D52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3FA725DD" w14:textId="77777777">
        <w:trPr>
          <w:cantSplit/>
        </w:trPr>
        <w:tc>
          <w:tcPr>
            <w:tcW w:w="2493" w:type="dxa"/>
            <w:vAlign w:val="center"/>
          </w:tcPr>
          <w:p w14:paraId="0D8C002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EEF7B1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5452ED49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0C65FCFD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0705B10F" w14:textId="77777777">
        <w:trPr>
          <w:cantSplit/>
        </w:trPr>
        <w:tc>
          <w:tcPr>
            <w:tcW w:w="2493" w:type="dxa"/>
            <w:vAlign w:val="center"/>
          </w:tcPr>
          <w:p w14:paraId="0A6472B8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A91B1BE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525CA901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7CC632E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4BFECD53" w14:textId="77777777">
        <w:trPr>
          <w:cantSplit/>
        </w:trPr>
        <w:tc>
          <w:tcPr>
            <w:tcW w:w="2493" w:type="dxa"/>
            <w:vAlign w:val="center"/>
          </w:tcPr>
          <w:p w14:paraId="00663BA9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D0B6023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8742330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A76D60F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5F91B9D3" w14:textId="77777777">
        <w:trPr>
          <w:cantSplit/>
        </w:trPr>
        <w:tc>
          <w:tcPr>
            <w:tcW w:w="2493" w:type="dxa"/>
            <w:vAlign w:val="center"/>
          </w:tcPr>
          <w:p w14:paraId="0917B4C2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D7E3484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1DB19514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40B0F41C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45DC5887" w14:textId="77777777">
        <w:trPr>
          <w:cantSplit/>
        </w:trPr>
        <w:tc>
          <w:tcPr>
            <w:tcW w:w="2493" w:type="dxa"/>
            <w:vAlign w:val="center"/>
          </w:tcPr>
          <w:p w14:paraId="7492C3D1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3D6F25E8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6C0E0E38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  <w:tc>
          <w:tcPr>
            <w:tcW w:w="2493" w:type="dxa"/>
            <w:vAlign w:val="center"/>
          </w:tcPr>
          <w:p w14:paraId="72446B7C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</w:tbl>
    <w:p w14:paraId="313CFCD9" w14:textId="77777777" w:rsidR="00412924" w:rsidRDefault="0021128B">
      <w:pPr>
        <w:ind w:firstLine="0"/>
      </w:pPr>
      <w:proofErr w:type="spellStart"/>
      <w:r>
        <w:rPr>
          <w:b/>
        </w:rPr>
        <w:t>Загальний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висновок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наставника</w:t>
      </w:r>
      <w:proofErr w:type="spellEnd"/>
      <w:r>
        <w:rPr>
          <w:b/>
        </w:rPr>
        <w:t>:</w:t>
      </w:r>
    </w:p>
    <w:p w14:paraId="0BBCE774" w14:textId="77777777" w:rsidR="00412924" w:rsidRDefault="0021128B">
      <w:pPr>
        <w:ind w:firstLine="0"/>
      </w:pPr>
      <w:r>
        <w:t>____________________________________________________________________</w:t>
      </w:r>
      <w:r>
        <w:br/>
        <w:t>____________________________________________________________________</w:t>
      </w:r>
    </w:p>
    <w:p w14:paraId="6907FFB7" w14:textId="77777777" w:rsidR="00412924" w:rsidRDefault="0021128B">
      <w:pPr>
        <w:ind w:firstLine="0"/>
      </w:pPr>
      <w:proofErr w:type="spellStart"/>
      <w:r>
        <w:t>Рекомендована</w:t>
      </w:r>
      <w:proofErr w:type="spellEnd"/>
      <w:r>
        <w:t xml:space="preserve"> </w:t>
      </w:r>
      <w:proofErr w:type="spellStart"/>
      <w:r>
        <w:t>оцінка</w:t>
      </w:r>
      <w:proofErr w:type="spellEnd"/>
      <w:r>
        <w:t xml:space="preserve"> / </w:t>
      </w:r>
      <w:proofErr w:type="spellStart"/>
      <w:r>
        <w:t>рівень</w:t>
      </w:r>
      <w:proofErr w:type="spellEnd"/>
      <w:r>
        <w:t xml:space="preserve"> </w:t>
      </w:r>
      <w:proofErr w:type="spellStart"/>
      <w:r>
        <w:t>досягнення</w:t>
      </w:r>
      <w:proofErr w:type="spellEnd"/>
      <w:r>
        <w:t>: _____________________________</w:t>
      </w:r>
    </w:p>
    <w:p w14:paraId="72EA009F" w14:textId="77777777" w:rsidR="00412924" w:rsidRDefault="0021128B">
      <w:pPr>
        <w:ind w:firstLine="0"/>
      </w:pPr>
      <w:proofErr w:type="spellStart"/>
      <w:r>
        <w:t>Наставник</w:t>
      </w:r>
      <w:proofErr w:type="spellEnd"/>
      <w:r>
        <w:t xml:space="preserve"> ____________ / ___________________  «___» _________ 202_ р.</w:t>
      </w:r>
    </w:p>
    <w:p w14:paraId="3A37F2C2" w14:textId="0F68C1AD" w:rsidR="000F24E4" w:rsidRDefault="000F24E4">
      <w:pPr>
        <w:ind w:firstLine="0"/>
        <w:rPr>
          <w:lang w:val="uk-UA"/>
        </w:rPr>
      </w:pPr>
      <w:r>
        <w:rPr>
          <w:lang w:val="uk-UA"/>
        </w:rPr>
        <w:t>ПОГОДЖЕНО:</w:t>
      </w:r>
    </w:p>
    <w:p w14:paraId="2EDFB35A" w14:textId="56F052F8" w:rsidR="001D35FB" w:rsidRPr="000F24E4" w:rsidRDefault="0021128B">
      <w:pPr>
        <w:ind w:firstLine="0"/>
        <w:rPr>
          <w:lang w:val="uk-UA"/>
        </w:rPr>
      </w:pPr>
      <w:r w:rsidRPr="000F24E4">
        <w:rPr>
          <w:lang w:val="ru-RU"/>
        </w:rPr>
        <w:t xml:space="preserve">Координатор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роботодавця</w:t>
      </w:r>
      <w:proofErr w:type="spellEnd"/>
      <w:r w:rsidRPr="000F24E4">
        <w:rPr>
          <w:lang w:val="ru-RU"/>
        </w:rPr>
        <w:t xml:space="preserve"> ____________ / ___________________</w:t>
      </w:r>
    </w:p>
    <w:p w14:paraId="6676EC53" w14:textId="40DAC6B1" w:rsidR="00412924" w:rsidRPr="000F24E4" w:rsidRDefault="0021128B">
      <w:pPr>
        <w:ind w:firstLine="0"/>
        <w:rPr>
          <w:lang w:val="ru-RU"/>
        </w:rPr>
      </w:pPr>
      <w:r w:rsidRPr="000F24E4">
        <w:rPr>
          <w:lang w:val="ru-RU"/>
        </w:rPr>
        <w:t xml:space="preserve">Куратор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Pr="000F24E4">
        <w:rPr>
          <w:lang w:val="ru-RU"/>
        </w:rPr>
        <w:t xml:space="preserve"> ____________ / ___________________</w:t>
      </w:r>
      <w:r w:rsidR="000F24E4">
        <w:rPr>
          <w:lang w:val="ru-RU"/>
        </w:rPr>
        <w:t>___</w:t>
      </w:r>
    </w:p>
    <w:p w14:paraId="470ACFDB" w14:textId="0665C25C" w:rsidR="001D35FB" w:rsidRPr="001D35FB" w:rsidRDefault="001D35FB">
      <w:pPr>
        <w:ind w:firstLine="0"/>
        <w:rPr>
          <w:lang w:val="ru-RU"/>
        </w:rPr>
      </w:pPr>
      <w:r w:rsidRPr="000F24E4">
        <w:rPr>
          <w:lang w:val="ru-RU"/>
        </w:rPr>
        <w:t xml:space="preserve">Координатор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Pr="000F24E4">
        <w:rPr>
          <w:lang w:val="ru-RU"/>
        </w:rPr>
        <w:t xml:space="preserve"> ____________ / ___________________</w:t>
      </w:r>
    </w:p>
    <w:p w14:paraId="7B552921" w14:textId="77777777" w:rsidR="00412924" w:rsidRPr="001D35FB" w:rsidRDefault="0021128B">
      <w:pPr>
        <w:rPr>
          <w:lang w:val="ru-RU"/>
        </w:rPr>
      </w:pPr>
      <w:r w:rsidRPr="001D35FB">
        <w:rPr>
          <w:lang w:val="ru-RU"/>
        </w:rPr>
        <w:br w:type="page"/>
      </w:r>
    </w:p>
    <w:p w14:paraId="0D17D64B" w14:textId="1916CF6B" w:rsidR="00412924" w:rsidRPr="000F24E4" w:rsidRDefault="0021128B">
      <w:pPr>
        <w:ind w:firstLine="0"/>
        <w:jc w:val="right"/>
        <w:rPr>
          <w:lang w:val="uk-UA"/>
        </w:rPr>
      </w:pPr>
      <w:proofErr w:type="spellStart"/>
      <w:r w:rsidRPr="000F24E4">
        <w:rPr>
          <w:lang w:val="ru-RU"/>
        </w:rPr>
        <w:lastRenderedPageBreak/>
        <w:t>Додаток</w:t>
      </w:r>
      <w:proofErr w:type="spellEnd"/>
      <w:r w:rsidRPr="000F24E4">
        <w:rPr>
          <w:lang w:val="ru-RU"/>
        </w:rPr>
        <w:t xml:space="preserve"> </w:t>
      </w:r>
      <w:r w:rsidR="000604F2" w:rsidRPr="000F24E4">
        <w:rPr>
          <w:lang w:val="uk-UA"/>
        </w:rPr>
        <w:t>Ж</w:t>
      </w:r>
    </w:p>
    <w:p w14:paraId="24053AA9" w14:textId="77777777" w:rsidR="000F24E4" w:rsidRDefault="0021128B">
      <w:pPr>
        <w:spacing w:before="120" w:after="120"/>
        <w:ind w:firstLine="0"/>
        <w:jc w:val="center"/>
        <w:rPr>
          <w:b/>
          <w:lang w:val="ru-RU"/>
        </w:rPr>
      </w:pPr>
      <w:r w:rsidRPr="000F24E4">
        <w:rPr>
          <w:b/>
          <w:lang w:val="ru-RU"/>
        </w:rPr>
        <w:t>ФОРМА ЩОРІЧНОГО ЗВІТУ ПРО РЕАЛІЗАЦІЮ</w:t>
      </w:r>
    </w:p>
    <w:p w14:paraId="7A70C388" w14:textId="2641BA06" w:rsidR="00D4255C" w:rsidRPr="000F24E4" w:rsidRDefault="0021128B">
      <w:pPr>
        <w:spacing w:before="120" w:after="120"/>
        <w:ind w:firstLine="0"/>
        <w:jc w:val="center"/>
        <w:rPr>
          <w:lang w:val="ru-RU"/>
        </w:rPr>
      </w:pPr>
      <w:r w:rsidRPr="000F24E4">
        <w:rPr>
          <w:b/>
          <w:lang w:val="ru-RU"/>
        </w:rPr>
        <w:t>ДУАЛЬНОЇ ФОРМИ</w:t>
      </w:r>
      <w:r w:rsidR="000F24E4">
        <w:rPr>
          <w:b/>
          <w:lang w:val="ru-RU"/>
        </w:rPr>
        <w:t xml:space="preserve"> </w:t>
      </w:r>
      <w:r w:rsidR="00D4255C" w:rsidRPr="000F24E4">
        <w:rPr>
          <w:b/>
          <w:lang w:val="ru-RU"/>
        </w:rPr>
        <w:t>ЗДОБУТТЯ ВИЩОЇ ОСВІТИ</w:t>
      </w:r>
    </w:p>
    <w:p w14:paraId="0EB09888" w14:textId="77777777" w:rsidR="00412924" w:rsidRPr="00FC0B6D" w:rsidRDefault="0021128B">
      <w:pPr>
        <w:ind w:firstLine="0"/>
        <w:rPr>
          <w:lang w:val="ru-RU"/>
        </w:rPr>
      </w:pPr>
      <w:r w:rsidRPr="000F24E4">
        <w:rPr>
          <w:lang w:val="ru-RU"/>
        </w:rPr>
        <w:t>Факультет / кафедра: _________________________________________________</w:t>
      </w:r>
    </w:p>
    <w:p w14:paraId="27D85F04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Освітня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програма</w:t>
      </w:r>
      <w:proofErr w:type="spellEnd"/>
      <w:r w:rsidRPr="00FC0B6D">
        <w:rPr>
          <w:lang w:val="ru-RU"/>
        </w:rPr>
        <w:t>: ____________________________________________________</w:t>
      </w:r>
    </w:p>
    <w:p w14:paraId="32C1EC7A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lang w:val="ru-RU"/>
        </w:rPr>
        <w:t>Навчальний</w:t>
      </w:r>
      <w:proofErr w:type="spellEnd"/>
      <w:r w:rsidRPr="00FC0B6D">
        <w:rPr>
          <w:lang w:val="ru-RU"/>
        </w:rPr>
        <w:t xml:space="preserve"> </w:t>
      </w:r>
      <w:proofErr w:type="spellStart"/>
      <w:r w:rsidRPr="00FC0B6D">
        <w:rPr>
          <w:lang w:val="ru-RU"/>
        </w:rPr>
        <w:t>рік</w:t>
      </w:r>
      <w:proofErr w:type="spellEnd"/>
      <w:r w:rsidRPr="00FC0B6D">
        <w:rPr>
          <w:lang w:val="ru-RU"/>
        </w:rPr>
        <w:t>: 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12924" w14:paraId="30259881" w14:textId="77777777">
        <w:trPr>
          <w:cantSplit/>
        </w:trPr>
        <w:tc>
          <w:tcPr>
            <w:tcW w:w="4986" w:type="dxa"/>
            <w:vAlign w:val="center"/>
          </w:tcPr>
          <w:p w14:paraId="5499DDDC" w14:textId="77777777" w:rsidR="00412924" w:rsidRDefault="0021128B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20"/>
              </w:rPr>
              <w:t>Показник</w:t>
            </w:r>
            <w:proofErr w:type="spellEnd"/>
          </w:p>
        </w:tc>
        <w:tc>
          <w:tcPr>
            <w:tcW w:w="4986" w:type="dxa"/>
            <w:vAlign w:val="center"/>
          </w:tcPr>
          <w:p w14:paraId="2DE11D16" w14:textId="77777777" w:rsidR="00412924" w:rsidRDefault="0021128B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b/>
                <w:sz w:val="20"/>
              </w:rPr>
              <w:t>Інформація</w:t>
            </w:r>
            <w:proofErr w:type="spellEnd"/>
          </w:p>
        </w:tc>
      </w:tr>
      <w:tr w:rsidR="00412924" w14:paraId="7639B155" w14:textId="77777777">
        <w:trPr>
          <w:cantSplit/>
        </w:trPr>
        <w:tc>
          <w:tcPr>
            <w:tcW w:w="4986" w:type="dxa"/>
            <w:vAlign w:val="center"/>
          </w:tcPr>
          <w:p w14:paraId="2D585997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Кількість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здобувачів</w:t>
            </w:r>
            <w:proofErr w:type="spellEnd"/>
          </w:p>
        </w:tc>
        <w:tc>
          <w:tcPr>
            <w:tcW w:w="4986" w:type="dxa"/>
            <w:vAlign w:val="center"/>
          </w:tcPr>
          <w:p w14:paraId="3171CFB2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48125CE3" w14:textId="77777777">
        <w:trPr>
          <w:cantSplit/>
        </w:trPr>
        <w:tc>
          <w:tcPr>
            <w:tcW w:w="4986" w:type="dxa"/>
            <w:vAlign w:val="center"/>
          </w:tcPr>
          <w:p w14:paraId="1E5509A2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Кількість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роботодавців</w:t>
            </w:r>
            <w:proofErr w:type="spellEnd"/>
          </w:p>
        </w:tc>
        <w:tc>
          <w:tcPr>
            <w:tcW w:w="4986" w:type="dxa"/>
            <w:vAlign w:val="center"/>
          </w:tcPr>
          <w:p w14:paraId="3F5F5A27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68FEFC60" w14:textId="77777777">
        <w:trPr>
          <w:cantSplit/>
        </w:trPr>
        <w:tc>
          <w:tcPr>
            <w:tcW w:w="4986" w:type="dxa"/>
            <w:vAlign w:val="center"/>
          </w:tcPr>
          <w:p w14:paraId="03825EB0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Застосовані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моделі</w:t>
            </w:r>
            <w:proofErr w:type="spellEnd"/>
          </w:p>
        </w:tc>
        <w:tc>
          <w:tcPr>
            <w:tcW w:w="4986" w:type="dxa"/>
            <w:vAlign w:val="center"/>
          </w:tcPr>
          <w:p w14:paraId="3B7740D5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:rsidRPr="004B7F99" w14:paraId="07371DC5" w14:textId="77777777">
        <w:trPr>
          <w:cantSplit/>
        </w:trPr>
        <w:tc>
          <w:tcPr>
            <w:tcW w:w="4986" w:type="dxa"/>
            <w:vAlign w:val="center"/>
          </w:tcPr>
          <w:p w14:paraId="1924D647" w14:textId="77777777" w:rsidR="00412924" w:rsidRPr="00FC0B6D" w:rsidRDefault="0021128B">
            <w:pPr>
              <w:spacing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FC0B6D">
              <w:rPr>
                <w:b/>
                <w:sz w:val="19"/>
                <w:lang w:val="ru-RU"/>
              </w:rPr>
              <w:t>Частка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навчання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на </w:t>
            </w:r>
            <w:proofErr w:type="spellStart"/>
            <w:r w:rsidRPr="00FC0B6D">
              <w:rPr>
                <w:b/>
                <w:sz w:val="19"/>
                <w:lang w:val="ru-RU"/>
              </w:rPr>
              <w:t>робочих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місцях</w:t>
            </w:r>
            <w:proofErr w:type="spellEnd"/>
          </w:p>
        </w:tc>
        <w:tc>
          <w:tcPr>
            <w:tcW w:w="4986" w:type="dxa"/>
            <w:vAlign w:val="center"/>
          </w:tcPr>
          <w:p w14:paraId="353D2EBF" w14:textId="77777777" w:rsidR="00412924" w:rsidRPr="00FC0B6D" w:rsidRDefault="00412924">
            <w:pPr>
              <w:spacing w:line="240" w:lineRule="auto"/>
              <w:ind w:firstLine="0"/>
              <w:jc w:val="left"/>
              <w:rPr>
                <w:lang w:val="ru-RU"/>
              </w:rPr>
            </w:pPr>
          </w:p>
        </w:tc>
      </w:tr>
      <w:tr w:rsidR="00412924" w14:paraId="3B7F787D" w14:textId="77777777">
        <w:trPr>
          <w:cantSplit/>
        </w:trPr>
        <w:tc>
          <w:tcPr>
            <w:tcW w:w="4986" w:type="dxa"/>
            <w:vAlign w:val="center"/>
          </w:tcPr>
          <w:p w14:paraId="687DD3DF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Середня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успішність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досягнення</w:t>
            </w:r>
            <w:proofErr w:type="spellEnd"/>
            <w:r>
              <w:rPr>
                <w:b/>
                <w:sz w:val="19"/>
              </w:rPr>
              <w:t xml:space="preserve"> ПРН</w:t>
            </w:r>
          </w:p>
        </w:tc>
        <w:tc>
          <w:tcPr>
            <w:tcW w:w="4986" w:type="dxa"/>
            <w:vAlign w:val="center"/>
          </w:tcPr>
          <w:p w14:paraId="3E3612E4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:rsidRPr="004B7F99" w14:paraId="71D4E0EB" w14:textId="77777777">
        <w:trPr>
          <w:cantSplit/>
        </w:trPr>
        <w:tc>
          <w:tcPr>
            <w:tcW w:w="4986" w:type="dxa"/>
            <w:vAlign w:val="center"/>
          </w:tcPr>
          <w:p w14:paraId="243E2E13" w14:textId="77777777" w:rsidR="00412924" w:rsidRPr="00FC0B6D" w:rsidRDefault="0021128B">
            <w:pPr>
              <w:spacing w:line="240" w:lineRule="auto"/>
              <w:ind w:firstLine="0"/>
              <w:jc w:val="left"/>
              <w:rPr>
                <w:lang w:val="ru-RU"/>
              </w:rPr>
            </w:pPr>
            <w:proofErr w:type="spellStart"/>
            <w:r w:rsidRPr="00FC0B6D">
              <w:rPr>
                <w:b/>
                <w:sz w:val="19"/>
                <w:lang w:val="ru-RU"/>
              </w:rPr>
              <w:t>Випадки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зміни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роботодавця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або</w:t>
            </w:r>
            <w:proofErr w:type="spellEnd"/>
            <w:r w:rsidRPr="00FC0B6D">
              <w:rPr>
                <w:b/>
                <w:sz w:val="19"/>
                <w:lang w:val="ru-RU"/>
              </w:rPr>
              <w:t xml:space="preserve"> </w:t>
            </w:r>
            <w:proofErr w:type="spellStart"/>
            <w:r w:rsidRPr="00FC0B6D">
              <w:rPr>
                <w:b/>
                <w:sz w:val="19"/>
                <w:lang w:val="ru-RU"/>
              </w:rPr>
              <w:t>припинення</w:t>
            </w:r>
            <w:proofErr w:type="spellEnd"/>
          </w:p>
        </w:tc>
        <w:tc>
          <w:tcPr>
            <w:tcW w:w="4986" w:type="dxa"/>
            <w:vAlign w:val="center"/>
          </w:tcPr>
          <w:p w14:paraId="007A6081" w14:textId="77777777" w:rsidR="00412924" w:rsidRPr="00FC0B6D" w:rsidRDefault="00412924">
            <w:pPr>
              <w:spacing w:line="240" w:lineRule="auto"/>
              <w:ind w:firstLine="0"/>
              <w:jc w:val="left"/>
              <w:rPr>
                <w:lang w:val="ru-RU"/>
              </w:rPr>
            </w:pPr>
          </w:p>
        </w:tc>
      </w:tr>
      <w:tr w:rsidR="00412924" w14:paraId="33C38571" w14:textId="77777777">
        <w:trPr>
          <w:cantSplit/>
        </w:trPr>
        <w:tc>
          <w:tcPr>
            <w:tcW w:w="4986" w:type="dxa"/>
            <w:vAlign w:val="center"/>
          </w:tcPr>
          <w:p w14:paraId="0EC59016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Порушення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безпеки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трудових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прав</w:t>
            </w:r>
            <w:proofErr w:type="spellEnd"/>
          </w:p>
        </w:tc>
        <w:tc>
          <w:tcPr>
            <w:tcW w:w="4986" w:type="dxa"/>
            <w:vAlign w:val="center"/>
          </w:tcPr>
          <w:p w14:paraId="4C354C78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2CB1D0E9" w14:textId="77777777">
        <w:trPr>
          <w:cantSplit/>
        </w:trPr>
        <w:tc>
          <w:tcPr>
            <w:tcW w:w="4986" w:type="dxa"/>
            <w:vAlign w:val="center"/>
          </w:tcPr>
          <w:p w14:paraId="6EE2FE77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Результати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опитування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здобувачів</w:t>
            </w:r>
            <w:proofErr w:type="spellEnd"/>
          </w:p>
        </w:tc>
        <w:tc>
          <w:tcPr>
            <w:tcW w:w="4986" w:type="dxa"/>
            <w:vAlign w:val="center"/>
          </w:tcPr>
          <w:p w14:paraId="154900D6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4762B553" w14:textId="77777777">
        <w:trPr>
          <w:cantSplit/>
        </w:trPr>
        <w:tc>
          <w:tcPr>
            <w:tcW w:w="4986" w:type="dxa"/>
            <w:vAlign w:val="center"/>
          </w:tcPr>
          <w:p w14:paraId="3CA832D7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Результати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опитування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роботодавців</w:t>
            </w:r>
            <w:proofErr w:type="spellEnd"/>
          </w:p>
        </w:tc>
        <w:tc>
          <w:tcPr>
            <w:tcW w:w="4986" w:type="dxa"/>
            <w:vAlign w:val="center"/>
          </w:tcPr>
          <w:p w14:paraId="1BB344CA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  <w:tr w:rsidR="00412924" w14:paraId="1029E2D0" w14:textId="77777777">
        <w:trPr>
          <w:cantSplit/>
        </w:trPr>
        <w:tc>
          <w:tcPr>
            <w:tcW w:w="4986" w:type="dxa"/>
            <w:vAlign w:val="center"/>
          </w:tcPr>
          <w:p w14:paraId="30D316FB" w14:textId="77777777" w:rsidR="00412924" w:rsidRDefault="0021128B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  <w:sz w:val="19"/>
              </w:rPr>
              <w:t>Працевлаштування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випускників</w:t>
            </w:r>
            <w:proofErr w:type="spellEnd"/>
          </w:p>
        </w:tc>
        <w:tc>
          <w:tcPr>
            <w:tcW w:w="4986" w:type="dxa"/>
            <w:vAlign w:val="center"/>
          </w:tcPr>
          <w:p w14:paraId="2D256F41" w14:textId="77777777" w:rsidR="00412924" w:rsidRDefault="00412924">
            <w:pPr>
              <w:spacing w:line="240" w:lineRule="auto"/>
              <w:ind w:firstLine="0"/>
              <w:jc w:val="left"/>
            </w:pPr>
          </w:p>
        </w:tc>
      </w:tr>
    </w:tbl>
    <w:p w14:paraId="31EF0301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b/>
          <w:lang w:val="ru-RU"/>
        </w:rPr>
        <w:t>Виявлені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проблеми</w:t>
      </w:r>
      <w:proofErr w:type="spellEnd"/>
      <w:r w:rsidRPr="00FC0B6D">
        <w:rPr>
          <w:b/>
          <w:lang w:val="ru-RU"/>
        </w:rPr>
        <w:t xml:space="preserve"> та </w:t>
      </w:r>
      <w:proofErr w:type="spellStart"/>
      <w:r w:rsidRPr="00FC0B6D">
        <w:rPr>
          <w:b/>
          <w:lang w:val="ru-RU"/>
        </w:rPr>
        <w:t>коригувальні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дії</w:t>
      </w:r>
      <w:proofErr w:type="spellEnd"/>
      <w:r w:rsidRPr="00FC0B6D">
        <w:rPr>
          <w:b/>
          <w:lang w:val="ru-RU"/>
        </w:rPr>
        <w:t>:</w:t>
      </w:r>
    </w:p>
    <w:p w14:paraId="3953151B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>____________________________________________________________________</w:t>
      </w:r>
      <w:r w:rsidRPr="00FC0B6D">
        <w:rPr>
          <w:lang w:val="ru-RU"/>
        </w:rPr>
        <w:br/>
        <w:t>____________________________________________________________________</w:t>
      </w:r>
    </w:p>
    <w:p w14:paraId="435D7B2F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FC0B6D">
        <w:rPr>
          <w:b/>
          <w:lang w:val="ru-RU"/>
        </w:rPr>
        <w:t>Пропозиції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щодо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оновлення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освітньої</w:t>
      </w:r>
      <w:proofErr w:type="spellEnd"/>
      <w:r w:rsidRPr="00FC0B6D">
        <w:rPr>
          <w:b/>
          <w:lang w:val="ru-RU"/>
        </w:rPr>
        <w:t xml:space="preserve"> </w:t>
      </w:r>
      <w:proofErr w:type="spellStart"/>
      <w:r w:rsidRPr="00FC0B6D">
        <w:rPr>
          <w:b/>
          <w:lang w:val="ru-RU"/>
        </w:rPr>
        <w:t>програми</w:t>
      </w:r>
      <w:proofErr w:type="spellEnd"/>
      <w:r w:rsidRPr="00FC0B6D">
        <w:rPr>
          <w:b/>
          <w:lang w:val="ru-RU"/>
        </w:rPr>
        <w:t xml:space="preserve"> та </w:t>
      </w:r>
      <w:proofErr w:type="spellStart"/>
      <w:r w:rsidRPr="00FC0B6D">
        <w:rPr>
          <w:b/>
          <w:lang w:val="ru-RU"/>
        </w:rPr>
        <w:t>співпраці</w:t>
      </w:r>
      <w:proofErr w:type="spellEnd"/>
      <w:r w:rsidRPr="00FC0B6D">
        <w:rPr>
          <w:b/>
          <w:lang w:val="ru-RU"/>
        </w:rPr>
        <w:t xml:space="preserve"> з </w:t>
      </w:r>
      <w:proofErr w:type="spellStart"/>
      <w:r w:rsidRPr="00FC0B6D">
        <w:rPr>
          <w:b/>
          <w:lang w:val="ru-RU"/>
        </w:rPr>
        <w:t>роботодавцями</w:t>
      </w:r>
      <w:proofErr w:type="spellEnd"/>
      <w:r w:rsidRPr="00FC0B6D">
        <w:rPr>
          <w:b/>
          <w:lang w:val="ru-RU"/>
        </w:rPr>
        <w:t>:</w:t>
      </w:r>
    </w:p>
    <w:p w14:paraId="744B93C3" w14:textId="77777777" w:rsidR="00412924" w:rsidRPr="000F24E4" w:rsidRDefault="0021128B">
      <w:pPr>
        <w:ind w:firstLine="0"/>
        <w:rPr>
          <w:lang w:val="ru-RU"/>
        </w:rPr>
      </w:pPr>
      <w:r w:rsidRPr="000F24E4">
        <w:rPr>
          <w:lang w:val="ru-RU"/>
        </w:rPr>
        <w:t>____________________________________________________________________</w:t>
      </w:r>
      <w:r w:rsidRPr="000F24E4">
        <w:rPr>
          <w:lang w:val="ru-RU"/>
        </w:rPr>
        <w:br/>
        <w:t>____________________________________________________________________</w:t>
      </w:r>
    </w:p>
    <w:p w14:paraId="428A328D" w14:textId="77777777" w:rsidR="000F24E4" w:rsidRDefault="000F24E4" w:rsidP="00D4255C">
      <w:pPr>
        <w:ind w:firstLine="0"/>
        <w:rPr>
          <w:lang w:val="ru-RU"/>
        </w:rPr>
      </w:pPr>
    </w:p>
    <w:p w14:paraId="77113258" w14:textId="69A897A8" w:rsidR="00D4255C" w:rsidRPr="000F24E4" w:rsidRDefault="00D4255C" w:rsidP="00D4255C">
      <w:pPr>
        <w:ind w:firstLine="0"/>
        <w:rPr>
          <w:lang w:val="ru-RU"/>
        </w:rPr>
      </w:pPr>
      <w:r w:rsidRPr="000F24E4">
        <w:rPr>
          <w:lang w:val="ru-RU"/>
        </w:rPr>
        <w:t xml:space="preserve">Куратор </w:t>
      </w:r>
      <w:proofErr w:type="spellStart"/>
      <w:r w:rsidRPr="000F24E4">
        <w:rPr>
          <w:lang w:val="ru-RU"/>
        </w:rPr>
        <w:t>від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університету</w:t>
      </w:r>
      <w:proofErr w:type="spellEnd"/>
      <w:r w:rsidRPr="000F24E4">
        <w:rPr>
          <w:lang w:val="ru-RU"/>
        </w:rPr>
        <w:t xml:space="preserve">  ____________ / __________________________</w:t>
      </w:r>
    </w:p>
    <w:p w14:paraId="127089F1" w14:textId="77777777" w:rsidR="00412924" w:rsidRPr="000F24E4" w:rsidRDefault="0021128B">
      <w:pPr>
        <w:ind w:firstLine="0"/>
        <w:rPr>
          <w:lang w:val="ru-RU"/>
        </w:rPr>
      </w:pPr>
      <w:r w:rsidRPr="000F24E4">
        <w:rPr>
          <w:lang w:val="ru-RU"/>
        </w:rPr>
        <w:t xml:space="preserve">Гарант </w:t>
      </w:r>
      <w:proofErr w:type="spellStart"/>
      <w:r w:rsidRPr="000F24E4">
        <w:rPr>
          <w:lang w:val="ru-RU"/>
        </w:rPr>
        <w:t>освітньої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програми</w:t>
      </w:r>
      <w:proofErr w:type="spellEnd"/>
      <w:r w:rsidRPr="000F24E4">
        <w:rPr>
          <w:lang w:val="ru-RU"/>
        </w:rPr>
        <w:t xml:space="preserve"> ____________ / __________________________</w:t>
      </w:r>
    </w:p>
    <w:p w14:paraId="02689DD3" w14:textId="77777777" w:rsidR="00412924" w:rsidRPr="00FC0B6D" w:rsidRDefault="0021128B">
      <w:pPr>
        <w:ind w:firstLine="0"/>
        <w:rPr>
          <w:lang w:val="ru-RU"/>
        </w:rPr>
      </w:pPr>
      <w:proofErr w:type="spellStart"/>
      <w:r w:rsidRPr="000F24E4">
        <w:rPr>
          <w:lang w:val="ru-RU"/>
        </w:rPr>
        <w:t>Завідувач</w:t>
      </w:r>
      <w:proofErr w:type="spellEnd"/>
      <w:r w:rsidRPr="000F24E4">
        <w:rPr>
          <w:lang w:val="ru-RU"/>
        </w:rPr>
        <w:t xml:space="preserve"> </w:t>
      </w:r>
      <w:proofErr w:type="spellStart"/>
      <w:r w:rsidRPr="000F24E4">
        <w:rPr>
          <w:lang w:val="ru-RU"/>
        </w:rPr>
        <w:t>кафедри</w:t>
      </w:r>
      <w:proofErr w:type="spellEnd"/>
      <w:r w:rsidRPr="000F24E4">
        <w:rPr>
          <w:lang w:val="ru-RU"/>
        </w:rPr>
        <w:t xml:space="preserve"> ___________________</w:t>
      </w:r>
      <w:r w:rsidRPr="00FC0B6D">
        <w:rPr>
          <w:lang w:val="ru-RU"/>
        </w:rPr>
        <w:t xml:space="preserve"> / __________________________</w:t>
      </w:r>
    </w:p>
    <w:p w14:paraId="027B4EC5" w14:textId="77777777" w:rsidR="00412924" w:rsidRPr="00FC0B6D" w:rsidRDefault="0021128B">
      <w:pPr>
        <w:ind w:firstLine="0"/>
        <w:rPr>
          <w:lang w:val="ru-RU"/>
        </w:rPr>
      </w:pPr>
      <w:r w:rsidRPr="00FC0B6D">
        <w:rPr>
          <w:lang w:val="ru-RU"/>
        </w:rPr>
        <w:t xml:space="preserve">Дата </w:t>
      </w:r>
      <w:proofErr w:type="spellStart"/>
      <w:r w:rsidRPr="00FC0B6D">
        <w:rPr>
          <w:lang w:val="ru-RU"/>
        </w:rPr>
        <w:t>розгляду</w:t>
      </w:r>
      <w:proofErr w:type="spellEnd"/>
      <w:r w:rsidRPr="00FC0B6D">
        <w:rPr>
          <w:lang w:val="ru-RU"/>
        </w:rPr>
        <w:t xml:space="preserve"> кафедрою: «___» __________ 202_ р., протокол № ____</w:t>
      </w:r>
    </w:p>
    <w:sectPr w:rsidR="00412924" w:rsidRPr="00FC0B6D" w:rsidSect="00034616">
      <w:footerReference w:type="default" r:id="rId8"/>
      <w:pgSz w:w="12240" w:h="15840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0C3A7" w14:textId="77777777" w:rsidR="004B39EB" w:rsidRDefault="004B39EB">
      <w:pPr>
        <w:spacing w:line="240" w:lineRule="auto"/>
      </w:pPr>
      <w:r>
        <w:separator/>
      </w:r>
    </w:p>
  </w:endnote>
  <w:endnote w:type="continuationSeparator" w:id="0">
    <w:p w14:paraId="59B4688B" w14:textId="77777777" w:rsidR="004B39EB" w:rsidRDefault="004B39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0A7583" w14:textId="77777777" w:rsidR="005F6D8B" w:rsidRDefault="005F6D8B">
    <w:pPr>
      <w:pStyle w:val="Footer"/>
      <w:ind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7E3A39">
      <w:rPr>
        <w:noProof/>
        <w:sz w:val="24"/>
      </w:rPr>
      <w:t>12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CAC13F" w14:textId="77777777" w:rsidR="004B39EB" w:rsidRDefault="004B39EB">
      <w:pPr>
        <w:spacing w:line="240" w:lineRule="auto"/>
      </w:pPr>
      <w:r>
        <w:separator/>
      </w:r>
    </w:p>
  </w:footnote>
  <w:footnote w:type="continuationSeparator" w:id="0">
    <w:p w14:paraId="75003B55" w14:textId="77777777" w:rsidR="004B39EB" w:rsidRDefault="004B39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D3129F"/>
    <w:multiLevelType w:val="hybridMultilevel"/>
    <w:tmpl w:val="345E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273BE"/>
    <w:multiLevelType w:val="hybridMultilevel"/>
    <w:tmpl w:val="20A6C684"/>
    <w:lvl w:ilvl="0" w:tplc="80A81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9777D"/>
    <w:multiLevelType w:val="hybridMultilevel"/>
    <w:tmpl w:val="345E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401026">
    <w:abstractNumId w:val="8"/>
  </w:num>
  <w:num w:numId="2" w16cid:durableId="943616813">
    <w:abstractNumId w:val="6"/>
  </w:num>
  <w:num w:numId="3" w16cid:durableId="1414430268">
    <w:abstractNumId w:val="5"/>
  </w:num>
  <w:num w:numId="4" w16cid:durableId="1626696038">
    <w:abstractNumId w:val="4"/>
  </w:num>
  <w:num w:numId="5" w16cid:durableId="1226837093">
    <w:abstractNumId w:val="7"/>
  </w:num>
  <w:num w:numId="6" w16cid:durableId="433746030">
    <w:abstractNumId w:val="3"/>
  </w:num>
  <w:num w:numId="7" w16cid:durableId="395982227">
    <w:abstractNumId w:val="2"/>
  </w:num>
  <w:num w:numId="8" w16cid:durableId="808400002">
    <w:abstractNumId w:val="1"/>
  </w:num>
  <w:num w:numId="9" w16cid:durableId="1112552392">
    <w:abstractNumId w:val="0"/>
  </w:num>
  <w:num w:numId="10" w16cid:durableId="1089159251">
    <w:abstractNumId w:val="11"/>
  </w:num>
  <w:num w:numId="11" w16cid:durableId="897087595">
    <w:abstractNumId w:val="9"/>
  </w:num>
  <w:num w:numId="12" w16cid:durableId="150878548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943"/>
    <w:rsid w:val="000114BD"/>
    <w:rsid w:val="00023DAE"/>
    <w:rsid w:val="00034616"/>
    <w:rsid w:val="000604F2"/>
    <w:rsid w:val="0006063C"/>
    <w:rsid w:val="00095545"/>
    <w:rsid w:val="000F24E4"/>
    <w:rsid w:val="00112E59"/>
    <w:rsid w:val="001215F5"/>
    <w:rsid w:val="0013179D"/>
    <w:rsid w:val="0013379E"/>
    <w:rsid w:val="00140D6D"/>
    <w:rsid w:val="00143E55"/>
    <w:rsid w:val="0015074B"/>
    <w:rsid w:val="00190F2D"/>
    <w:rsid w:val="001B5E6E"/>
    <w:rsid w:val="001D0CBD"/>
    <w:rsid w:val="001D35FB"/>
    <w:rsid w:val="002047EF"/>
    <w:rsid w:val="0021128B"/>
    <w:rsid w:val="0021174C"/>
    <w:rsid w:val="00254E53"/>
    <w:rsid w:val="002619F6"/>
    <w:rsid w:val="0029639D"/>
    <w:rsid w:val="00326F90"/>
    <w:rsid w:val="00335867"/>
    <w:rsid w:val="00346D2E"/>
    <w:rsid w:val="00373188"/>
    <w:rsid w:val="00393CED"/>
    <w:rsid w:val="003B5FF3"/>
    <w:rsid w:val="003F5D2F"/>
    <w:rsid w:val="00412924"/>
    <w:rsid w:val="004250A9"/>
    <w:rsid w:val="00453886"/>
    <w:rsid w:val="00487C90"/>
    <w:rsid w:val="004B39EB"/>
    <w:rsid w:val="004B7F99"/>
    <w:rsid w:val="004D0427"/>
    <w:rsid w:val="00545771"/>
    <w:rsid w:val="005950EA"/>
    <w:rsid w:val="005F6D8B"/>
    <w:rsid w:val="006177AA"/>
    <w:rsid w:val="006253C0"/>
    <w:rsid w:val="00650C63"/>
    <w:rsid w:val="006A7E2B"/>
    <w:rsid w:val="00775206"/>
    <w:rsid w:val="00782428"/>
    <w:rsid w:val="00794C7E"/>
    <w:rsid w:val="00794DDF"/>
    <w:rsid w:val="007A2728"/>
    <w:rsid w:val="007E3A39"/>
    <w:rsid w:val="00807287"/>
    <w:rsid w:val="00813177"/>
    <w:rsid w:val="00946374"/>
    <w:rsid w:val="00963879"/>
    <w:rsid w:val="0096496A"/>
    <w:rsid w:val="00993C8A"/>
    <w:rsid w:val="009B3B66"/>
    <w:rsid w:val="009C3C57"/>
    <w:rsid w:val="009C5C53"/>
    <w:rsid w:val="00A235F8"/>
    <w:rsid w:val="00A50FF5"/>
    <w:rsid w:val="00A84773"/>
    <w:rsid w:val="00AA1D8D"/>
    <w:rsid w:val="00B47730"/>
    <w:rsid w:val="00B86DE8"/>
    <w:rsid w:val="00C76943"/>
    <w:rsid w:val="00CB0664"/>
    <w:rsid w:val="00CE685A"/>
    <w:rsid w:val="00D2720E"/>
    <w:rsid w:val="00D4255C"/>
    <w:rsid w:val="00D60A0C"/>
    <w:rsid w:val="00D630A8"/>
    <w:rsid w:val="00DC6094"/>
    <w:rsid w:val="00DE6C53"/>
    <w:rsid w:val="00DF4067"/>
    <w:rsid w:val="00E03E98"/>
    <w:rsid w:val="00E04A7A"/>
    <w:rsid w:val="00E16503"/>
    <w:rsid w:val="00E26F43"/>
    <w:rsid w:val="00EA5407"/>
    <w:rsid w:val="00ED1357"/>
    <w:rsid w:val="00EE339D"/>
    <w:rsid w:val="00F376BD"/>
    <w:rsid w:val="00F569E9"/>
    <w:rsid w:val="00FC0B6D"/>
    <w:rsid w:val="00FC13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8FC07CC"/>
  <w14:defaultImageDpi w14:val="300"/>
  <w15:docId w15:val="{1F7AA93F-A4A1-B84A-B927-A375C84D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283"/>
      <w:jc w:val="both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283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gulationHeading1">
    <w:name w:val="Regulation Heading 1"/>
    <w:pPr>
      <w:keepNext/>
      <w:spacing w:before="240" w:after="120" w:line="360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RegulationHeading2">
    <w:name w:val="Regulation Heading 2"/>
    <w:pPr>
      <w:keepNext/>
      <w:spacing w:before="120" w:after="0" w:line="360" w:lineRule="auto"/>
    </w:pPr>
    <w:rPr>
      <w:rFonts w:ascii="Times New Roman" w:eastAsia="Times New Roman" w:hAnsi="Times New Roman"/>
      <w:b/>
      <w:sz w:val="28"/>
    </w:rPr>
  </w:style>
  <w:style w:type="character" w:customStyle="1" w:styleId="a">
    <w:name w:val="Основной текст_"/>
    <w:basedOn w:val="DefaultParagraphFont"/>
    <w:link w:val="1"/>
    <w:rsid w:val="00D630A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Normal"/>
    <w:link w:val="a"/>
    <w:rsid w:val="00D630A8"/>
    <w:pPr>
      <w:widowControl w:val="0"/>
      <w:spacing w:line="240" w:lineRule="auto"/>
      <w:ind w:firstLine="400"/>
      <w:jc w:val="left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55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8CA348-5A6F-486E-ACC3-3CFC39A4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26</Pages>
  <Words>7164</Words>
  <Characters>40839</Characters>
  <Application>Microsoft Office Word</Application>
  <DocSecurity>0</DocSecurity>
  <Lines>340</Lines>
  <Paragraphs>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Положення про дуальну форму здобуття вищої освіти в Уманському національному університеті</vt:lpstr>
      <vt:lpstr>Положення про дуальну форму здобуття вищої освіти в Уманському національному університеті</vt:lpstr>
    </vt:vector>
  </TitlesOfParts>
  <Manager/>
  <Company/>
  <LinksUpToDate>false</LinksUpToDate>
  <CharactersWithSpaces>47908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Положення про дуальну форму здобуття вищої освіти в Уманському національному університеті</dc:title>
  <dc:subject>Проєкт локального нормативного акта</dc:subject>
  <dc:creator>Уманський національний університет</dc:creator>
  <cp:keywords/>
  <dc:description>generated by python-docx</dc:description>
  <cp:lastModifiedBy>Михайло Мальований</cp:lastModifiedBy>
  <cp:revision>63</cp:revision>
  <dcterms:created xsi:type="dcterms:W3CDTF">2013-12-23T23:15:00Z</dcterms:created>
  <dcterms:modified xsi:type="dcterms:W3CDTF">2026-09-15T08:02:00Z</dcterms:modified>
  <cp:category/>
</cp:coreProperties>
</file>